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327C0" w14:textId="02F43670" w:rsidR="006032C4" w:rsidRPr="00595F84" w:rsidRDefault="00E34153" w:rsidP="006032C4">
      <w:pPr>
        <w:spacing w:after="20" w:line="360" w:lineRule="auto"/>
        <w:jc w:val="center"/>
        <w:rPr>
          <w:sz w:val="22"/>
        </w:rPr>
      </w:pPr>
      <w:r>
        <w:rPr>
          <w:b/>
          <w:sz w:val="22"/>
        </w:rPr>
        <w:t>YAHŞİHAN MESLEKİ EĞİTİM MERKEZİ</w:t>
      </w:r>
    </w:p>
    <w:p w14:paraId="27B8EBA2" w14:textId="77777777" w:rsidR="006032C4" w:rsidRPr="00595F84" w:rsidRDefault="006032C4" w:rsidP="006032C4">
      <w:pPr>
        <w:spacing w:after="20" w:line="360" w:lineRule="auto"/>
        <w:jc w:val="center"/>
        <w:rPr>
          <w:sz w:val="22"/>
        </w:rPr>
      </w:pPr>
      <w:r w:rsidRPr="00595F84">
        <w:rPr>
          <w:b/>
          <w:sz w:val="22"/>
        </w:rPr>
        <w:t>2026/2027 EĞİTİM ÖĞRETİM YILI MOTORLU ARAÇLAR TEKNOLOJİSİ ALANI</w:t>
      </w:r>
    </w:p>
    <w:p w14:paraId="7C347B7E" w14:textId="77777777" w:rsidR="006032C4" w:rsidRPr="00595F84" w:rsidRDefault="006032C4" w:rsidP="006032C4">
      <w:pPr>
        <w:spacing w:after="60" w:line="360" w:lineRule="auto"/>
        <w:jc w:val="center"/>
        <w:rPr>
          <w:sz w:val="22"/>
        </w:rPr>
      </w:pPr>
      <w:r>
        <w:rPr>
          <w:b/>
          <w:sz w:val="22"/>
        </w:rPr>
        <w:t>DİZEL YAKIT SİSTEMLERİ DERSİ 1.DÖNEM 1.YAZILI YOKLAMASI</w:t>
      </w:r>
    </w:p>
    <w:p w14:paraId="04728238" w14:textId="77777777" w:rsidR="002D6A66" w:rsidRPr="00595F84" w:rsidRDefault="00000000" w:rsidP="00595F84">
      <w:pPr>
        <w:spacing w:after="40" w:line="360" w:lineRule="auto"/>
        <w:rPr>
          <w:sz w:val="22"/>
        </w:rPr>
      </w:pPr>
      <w:proofErr w:type="spellStart"/>
      <w:r w:rsidRPr="00595F84">
        <w:rPr>
          <w:b/>
          <w:sz w:val="22"/>
        </w:rPr>
        <w:t>Adı</w:t>
      </w:r>
      <w:proofErr w:type="spellEnd"/>
      <w:r w:rsidRPr="00595F84">
        <w:rPr>
          <w:b/>
          <w:sz w:val="22"/>
        </w:rPr>
        <w:t xml:space="preserve"> </w:t>
      </w:r>
      <w:proofErr w:type="spellStart"/>
      <w:proofErr w:type="gramStart"/>
      <w:r w:rsidRPr="00595F84">
        <w:rPr>
          <w:b/>
          <w:sz w:val="22"/>
        </w:rPr>
        <w:t>Soyadı</w:t>
      </w:r>
      <w:proofErr w:type="spellEnd"/>
      <w:r w:rsidRPr="00595F84">
        <w:rPr>
          <w:b/>
          <w:sz w:val="22"/>
        </w:rPr>
        <w:t xml:space="preserve"> :</w:t>
      </w:r>
      <w:proofErr w:type="gramEnd"/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proofErr w:type="spellStart"/>
      <w:r w:rsidRPr="00595F84">
        <w:rPr>
          <w:b/>
          <w:sz w:val="22"/>
        </w:rPr>
        <w:t>Sınıfı</w:t>
      </w:r>
      <w:proofErr w:type="spellEnd"/>
      <w:r w:rsidRPr="00595F84">
        <w:rPr>
          <w:b/>
          <w:sz w:val="22"/>
        </w:rPr>
        <w:t>/No: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proofErr w:type="spellStart"/>
      <w:r w:rsidRPr="00595F84">
        <w:rPr>
          <w:b/>
          <w:sz w:val="22"/>
        </w:rPr>
        <w:t>Aldığı</w:t>
      </w:r>
      <w:proofErr w:type="spellEnd"/>
      <w:r w:rsidRPr="00595F84">
        <w:rPr>
          <w:b/>
          <w:sz w:val="22"/>
        </w:rPr>
        <w:t xml:space="preserve"> Not:</w:t>
      </w:r>
    </w:p>
    <w:p w14:paraId="37FA521F" w14:textId="77777777" w:rsidR="002D6A66" w:rsidRPr="00595F84" w:rsidRDefault="00000000" w:rsidP="00595F84">
      <w:pPr>
        <w:spacing w:after="40" w:line="360" w:lineRule="auto"/>
        <w:jc w:val="center"/>
        <w:rPr>
          <w:sz w:val="22"/>
        </w:rPr>
      </w:pPr>
      <w:r w:rsidRPr="00595F84">
        <w:rPr>
          <w:b/>
          <w:sz w:val="22"/>
        </w:rPr>
        <w:t>SORULAR</w:t>
      </w:r>
    </w:p>
    <w:p w14:paraId="192D3672" w14:textId="77777777" w:rsidR="002D6A66" w:rsidRPr="00595F84" w:rsidRDefault="00000000" w:rsidP="00595F84">
      <w:pPr>
        <w:spacing w:after="80" w:line="360" w:lineRule="auto"/>
        <w:rPr>
          <w:bCs/>
          <w:sz w:val="22"/>
        </w:rPr>
      </w:pPr>
      <w:r>
        <w:rPr>
          <w:sz w:val="20"/>
        </w:rPr>
        <w:t>1. Dizel motorlarının iki avantajını ve iki dezavantajını maddeler hâlinde yazınız. (15 Puan)</w:t>
      </w:r>
    </w:p>
    <w:p w14:paraId="768E7C51" w14:textId="77777777" w:rsidR="006E66F8" w:rsidRDefault="00000000">
      <w:pPr>
        <w:spacing w:after="80"/>
      </w:pPr>
      <w:r>
        <w:rPr>
          <w:sz w:val="20"/>
        </w:rPr>
        <w:t>2. Dizel yakıt besleme sisteminin temel elemanlarından beş tanesini yazınız. (15 Puan)</w:t>
      </w:r>
    </w:p>
    <w:p w14:paraId="53442583" w14:textId="77777777" w:rsidR="006E66F8" w:rsidRDefault="00000000">
      <w:pPr>
        <w:spacing w:after="80"/>
      </w:pPr>
      <w:r>
        <w:rPr>
          <w:sz w:val="20"/>
        </w:rPr>
        <w:t>3. Yakıt deposunun görevi nedir? (10 Puan)</w:t>
      </w:r>
    </w:p>
    <w:p w14:paraId="785FF69E" w14:textId="77777777" w:rsidR="006E66F8" w:rsidRDefault="00000000">
      <w:pPr>
        <w:spacing w:after="80"/>
      </w:pPr>
      <w:r>
        <w:rPr>
          <w:sz w:val="20"/>
        </w:rPr>
        <w:t>4. Yakıt besleme pompasının görevi nedir? (10 Puan)</w:t>
      </w:r>
    </w:p>
    <w:p w14:paraId="1484F80C" w14:textId="77777777" w:rsidR="006E66F8" w:rsidRDefault="00000000">
      <w:pPr>
        <w:spacing w:after="80"/>
      </w:pPr>
      <w:r>
        <w:rPr>
          <w:sz w:val="20"/>
        </w:rPr>
        <w:t>5. Dizel motorunda yakıt filtresinin iki görevini yazınız. (10 Puan)</w:t>
      </w:r>
    </w:p>
    <w:p w14:paraId="4C2CA685" w14:textId="77777777" w:rsidR="006E66F8" w:rsidRDefault="00000000">
      <w:pPr>
        <w:spacing w:after="80"/>
      </w:pPr>
      <w:r>
        <w:rPr>
          <w:sz w:val="20"/>
        </w:rPr>
        <w:t>6. Dizel motorunda enjeksiyon sisteminin temel görevi nedir? (10 Puan)</w:t>
      </w:r>
    </w:p>
    <w:p w14:paraId="67FD2510" w14:textId="500EB565" w:rsidR="006E66F8" w:rsidRDefault="00000000">
      <w:pPr>
        <w:spacing w:after="80"/>
      </w:pPr>
      <w:r>
        <w:rPr>
          <w:sz w:val="20"/>
        </w:rPr>
        <w:t>7. Yakıt deposundaki yakıt seviyesini algılayan elemana .....</w:t>
      </w:r>
      <w:r w:rsidR="00E34153">
        <w:rPr>
          <w:sz w:val="20"/>
        </w:rPr>
        <w:t>....................</w:t>
      </w:r>
      <w:r>
        <w:rPr>
          <w:sz w:val="20"/>
        </w:rPr>
        <w:t>............... denir. (10 Puan)</w:t>
      </w:r>
    </w:p>
    <w:p w14:paraId="7583D477" w14:textId="57A439C3" w:rsidR="006E66F8" w:rsidRDefault="00000000">
      <w:pPr>
        <w:spacing w:after="80"/>
      </w:pPr>
      <w:r>
        <w:rPr>
          <w:sz w:val="20"/>
        </w:rPr>
        <w:t>8. Yakıt içerisindeki kir ve yabancı maddeleri tutan elemana ........</w:t>
      </w:r>
      <w:r w:rsidR="00E34153">
        <w:rPr>
          <w:sz w:val="20"/>
        </w:rPr>
        <w:t>............</w:t>
      </w:r>
      <w:r>
        <w:rPr>
          <w:sz w:val="20"/>
        </w:rPr>
        <w:t>............ denir. (10 Puan)</w:t>
      </w:r>
    </w:p>
    <w:p w14:paraId="5D7ACA85" w14:textId="77777777" w:rsidR="006E66F8" w:rsidRDefault="00000000">
      <w:pPr>
        <w:spacing w:after="80"/>
      </w:pPr>
      <w:r>
        <w:rPr>
          <w:sz w:val="20"/>
        </w:rPr>
        <w:t>9. (   ) Dizel motorlarında yakıtın temiz olması, enjeksiyon sistemi elemanlarının korunmasına yardımcı olur. (5 Puan)</w:t>
      </w:r>
    </w:p>
    <w:p w14:paraId="4AB842BB" w14:textId="77777777" w:rsidR="006E66F8" w:rsidRDefault="00000000">
      <w:pPr>
        <w:spacing w:after="80"/>
      </w:pPr>
      <w:r>
        <w:rPr>
          <w:sz w:val="20"/>
        </w:rPr>
        <w:t>10. (   ) Yakıt besleme pompasının görevi, motor yağını kartere göndermektir. (5 Puan)</w:t>
      </w:r>
    </w:p>
    <w:p w14:paraId="19E4E7C9" w14:textId="77777777" w:rsidR="00595F84" w:rsidRDefault="00595F84">
      <w:pPr>
        <w:spacing w:after="80" w:line="240" w:lineRule="auto"/>
      </w:pPr>
    </w:p>
    <w:p w14:paraId="7D9CDA6A" w14:textId="77777777" w:rsidR="002D6A66" w:rsidRDefault="00000000">
      <w:pPr>
        <w:spacing w:before="40" w:after="0"/>
      </w:pPr>
      <w:r>
        <w:t>Süre : 40 Dk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Başarılar</w:t>
      </w:r>
    </w:p>
    <w:p w14:paraId="057410E5" w14:textId="77777777" w:rsidR="002D6A66" w:rsidRDefault="00000000" w:rsidP="00595F84">
      <w:pPr>
        <w:spacing w:after="0"/>
        <w:ind w:left="5760" w:firstLine="720"/>
      </w:pPr>
      <w:r>
        <w:t>Mot.Arç.Tekn Öğrt Abdullah YANIK</w:t>
      </w:r>
    </w:p>
    <w:p w14:paraId="50B8C262" w14:textId="77777777" w:rsidR="002D6A66" w:rsidRDefault="00000000">
      <w:r>
        <w:br w:type="page"/>
      </w:r>
    </w:p>
    <w:p w14:paraId="5B061559" w14:textId="77777777" w:rsidR="002D6A66" w:rsidRPr="00595F84" w:rsidRDefault="00000000">
      <w:pPr>
        <w:spacing w:after="60"/>
        <w:jc w:val="center"/>
        <w:rPr>
          <w:b/>
          <w:sz w:val="22"/>
        </w:rPr>
      </w:pPr>
      <w:r>
        <w:rPr>
          <w:b/>
          <w:sz w:val="22"/>
        </w:rPr>
        <w:lastRenderedPageBreak/>
        <w:t>2026/2027 DİZEL YAKIT SİSTEMLERİ DERSİ 1.DÖNEM 1.YAZILI CEVAP ANAHTARI</w:t>
      </w:r>
    </w:p>
    <w:p w14:paraId="136DD8D1" w14:textId="77777777" w:rsidR="00595F84" w:rsidRPr="00595F84" w:rsidRDefault="00595F84">
      <w:pPr>
        <w:spacing w:after="60"/>
        <w:jc w:val="center"/>
        <w:rPr>
          <w:sz w:val="24"/>
          <w:szCs w:val="24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6E66F8" w14:paraId="4A68A637" w14:textId="77777777">
        <w:trPr>
          <w:jc w:val="center"/>
        </w:trPr>
        <w:tc>
          <w:tcPr>
            <w:tcW w:w="10596" w:type="dxa"/>
          </w:tcPr>
          <w:p w14:paraId="78238976" w14:textId="77777777" w:rsidR="006E66F8" w:rsidRDefault="00000000">
            <w:pPr>
              <w:spacing w:after="40"/>
            </w:pPr>
            <w:r>
              <w:rPr>
                <w:b/>
              </w:rPr>
              <w:t>1. Dizel motorlarının iki avantajını ve iki dezavantajını maddeler hâlinde yazınız. (15 Puan)</w:t>
            </w:r>
          </w:p>
          <w:p w14:paraId="065D7546" w14:textId="77777777" w:rsidR="006E66F8" w:rsidRDefault="00000000">
            <w:r>
              <w:t>Avantajlar: Yakıt ekonomisi yüksektir; düşük devirlerde yüksek tork üretir. Dezavantajlar: Yapısı daha ağır ve maliyetlidir; çalışma sesi ve titreşimi benzinli motora göre daha fazladır.</w:t>
            </w:r>
          </w:p>
        </w:tc>
      </w:tr>
      <w:tr w:rsidR="006E66F8" w14:paraId="14ED1581" w14:textId="77777777">
        <w:trPr>
          <w:jc w:val="center"/>
        </w:trPr>
        <w:tc>
          <w:tcPr>
            <w:tcW w:w="10596" w:type="dxa"/>
          </w:tcPr>
          <w:p w14:paraId="2BBD7721" w14:textId="77777777" w:rsidR="006E66F8" w:rsidRDefault="00000000">
            <w:pPr>
              <w:spacing w:after="40"/>
            </w:pPr>
            <w:r>
              <w:rPr>
                <w:b/>
              </w:rPr>
              <w:t>2. Dizel yakıt besleme sisteminin temel elemanlarından beş tanesini yazınız. (15 Puan)</w:t>
            </w:r>
          </w:p>
          <w:p w14:paraId="1E8FFD17" w14:textId="77777777" w:rsidR="006E66F8" w:rsidRDefault="00000000">
            <w:r>
              <w:t>Yakıt deposu, yakıt boruları, besleme pompası, yakıt filtresi, yakıt enjeksiyon pompası ve enjektörler. (Beş tanesi yeterlidir.)</w:t>
            </w:r>
          </w:p>
        </w:tc>
      </w:tr>
      <w:tr w:rsidR="006E66F8" w14:paraId="4D7BCFCE" w14:textId="77777777">
        <w:trPr>
          <w:jc w:val="center"/>
        </w:trPr>
        <w:tc>
          <w:tcPr>
            <w:tcW w:w="10596" w:type="dxa"/>
          </w:tcPr>
          <w:p w14:paraId="665EA78A" w14:textId="77777777" w:rsidR="006E66F8" w:rsidRDefault="00000000">
            <w:pPr>
              <w:spacing w:after="40"/>
            </w:pPr>
            <w:r>
              <w:rPr>
                <w:b/>
              </w:rPr>
              <w:t>3. Yakıt deposunun görevi nedir? (10 Puan)</w:t>
            </w:r>
          </w:p>
          <w:p w14:paraId="584E4361" w14:textId="77777777" w:rsidR="006E66F8" w:rsidRDefault="00000000">
            <w:r>
              <w:t>Motorun çalışması için gerekli dizel yakıtını güvenli biçimde depolamak ve yakıt sistemine iletilmek üzere hazır bulundurmaktır.</w:t>
            </w:r>
          </w:p>
        </w:tc>
      </w:tr>
      <w:tr w:rsidR="006E66F8" w14:paraId="0DE658CC" w14:textId="77777777">
        <w:trPr>
          <w:jc w:val="center"/>
        </w:trPr>
        <w:tc>
          <w:tcPr>
            <w:tcW w:w="10596" w:type="dxa"/>
          </w:tcPr>
          <w:p w14:paraId="21DFFD6F" w14:textId="77777777" w:rsidR="006E66F8" w:rsidRDefault="00000000">
            <w:pPr>
              <w:spacing w:after="40"/>
            </w:pPr>
            <w:r>
              <w:rPr>
                <w:b/>
              </w:rPr>
              <w:t>4. Yakıt besleme pompasının görevi nedir? (10 Puan)</w:t>
            </w:r>
          </w:p>
          <w:p w14:paraId="290A5EDF" w14:textId="77777777" w:rsidR="006E66F8" w:rsidRDefault="00000000">
            <w:r>
              <w:t>Depodaki yakıtı çekerek filtre ve enjeksiyon pompasına yeterli miktar ve basınçta göndermektir.</w:t>
            </w:r>
          </w:p>
        </w:tc>
      </w:tr>
      <w:tr w:rsidR="006E66F8" w14:paraId="4DFE20FE" w14:textId="77777777">
        <w:trPr>
          <w:jc w:val="center"/>
        </w:trPr>
        <w:tc>
          <w:tcPr>
            <w:tcW w:w="10596" w:type="dxa"/>
          </w:tcPr>
          <w:p w14:paraId="58E93E09" w14:textId="77777777" w:rsidR="006E66F8" w:rsidRDefault="00000000">
            <w:pPr>
              <w:spacing w:after="40"/>
            </w:pPr>
            <w:r>
              <w:rPr>
                <w:b/>
              </w:rPr>
              <w:t>5. Dizel motorunda yakıt filtresinin iki görevini yazınız. (10 Puan)</w:t>
            </w:r>
          </w:p>
          <w:p w14:paraId="06FDB464" w14:textId="77777777" w:rsidR="006E66F8" w:rsidRDefault="00000000">
            <w:r>
              <w:t>Yakıt içindeki kir ve yabancı maddeleri süzmek; yakıttaki suyun sisteme ve hassas pompa/enjektör elemanlarına ulaşmasını azaltmaktır.</w:t>
            </w:r>
          </w:p>
        </w:tc>
      </w:tr>
      <w:tr w:rsidR="006E66F8" w14:paraId="1ADDB250" w14:textId="77777777">
        <w:trPr>
          <w:jc w:val="center"/>
        </w:trPr>
        <w:tc>
          <w:tcPr>
            <w:tcW w:w="10596" w:type="dxa"/>
          </w:tcPr>
          <w:p w14:paraId="294480C0" w14:textId="77777777" w:rsidR="006E66F8" w:rsidRDefault="00000000">
            <w:pPr>
              <w:spacing w:after="40"/>
            </w:pPr>
            <w:r>
              <w:rPr>
                <w:b/>
              </w:rPr>
              <w:t>6. Dizel motorunda enjeksiyon sisteminin temel görevi nedir? (10 Puan)</w:t>
            </w:r>
          </w:p>
          <w:p w14:paraId="440BFC5F" w14:textId="77777777" w:rsidR="006E66F8" w:rsidRDefault="00000000">
            <w:r>
              <w:t>Yakıtı uygun zamanda, uygun miktarda ve gerekli basınçta yanma odasına püskürtmektir.</w:t>
            </w:r>
          </w:p>
        </w:tc>
      </w:tr>
      <w:tr w:rsidR="006E66F8" w14:paraId="4A04728C" w14:textId="77777777">
        <w:trPr>
          <w:jc w:val="center"/>
        </w:trPr>
        <w:tc>
          <w:tcPr>
            <w:tcW w:w="10596" w:type="dxa"/>
          </w:tcPr>
          <w:p w14:paraId="460E6CD2" w14:textId="77777777" w:rsidR="006E66F8" w:rsidRDefault="00000000">
            <w:pPr>
              <w:spacing w:after="40"/>
            </w:pPr>
            <w:r>
              <w:rPr>
                <w:b/>
              </w:rPr>
              <w:t>7. Yakıt deposundaki yakıt seviyesini algılayan elemana .................... denir. (10 Puan)</w:t>
            </w:r>
          </w:p>
          <w:p w14:paraId="32719240" w14:textId="77777777" w:rsidR="006E66F8" w:rsidRDefault="00000000">
            <w:r>
              <w:t>şamandıra</w:t>
            </w:r>
          </w:p>
        </w:tc>
      </w:tr>
      <w:tr w:rsidR="006E66F8" w14:paraId="5866E3EF" w14:textId="77777777">
        <w:trPr>
          <w:jc w:val="center"/>
        </w:trPr>
        <w:tc>
          <w:tcPr>
            <w:tcW w:w="10596" w:type="dxa"/>
          </w:tcPr>
          <w:p w14:paraId="27AB41C6" w14:textId="77777777" w:rsidR="006E66F8" w:rsidRDefault="00000000">
            <w:pPr>
              <w:spacing w:after="40"/>
            </w:pPr>
            <w:r>
              <w:rPr>
                <w:b/>
              </w:rPr>
              <w:t>8. Yakıt içerisindeki kir ve yabancı maddeleri tutan elemana .................... denir. (10 Puan)</w:t>
            </w:r>
          </w:p>
          <w:p w14:paraId="70070565" w14:textId="77777777" w:rsidR="006E66F8" w:rsidRDefault="00000000">
            <w:r>
              <w:t>yakıt filtresi</w:t>
            </w:r>
          </w:p>
        </w:tc>
      </w:tr>
      <w:tr w:rsidR="006E66F8" w14:paraId="5E87FFD0" w14:textId="77777777">
        <w:trPr>
          <w:jc w:val="center"/>
        </w:trPr>
        <w:tc>
          <w:tcPr>
            <w:tcW w:w="10596" w:type="dxa"/>
          </w:tcPr>
          <w:p w14:paraId="7E43258E" w14:textId="77777777" w:rsidR="006E66F8" w:rsidRDefault="00000000">
            <w:pPr>
              <w:spacing w:after="40"/>
            </w:pPr>
            <w:r>
              <w:rPr>
                <w:b/>
              </w:rPr>
              <w:t>9. (   ) Dizel motorlarında yakıtın temiz olması, enjeksiyon sistemi elemanlarının korunmasına yardımcı olur. (5 Puan)</w:t>
            </w:r>
          </w:p>
          <w:p w14:paraId="7104C1B4" w14:textId="77777777" w:rsidR="006E66F8" w:rsidRDefault="00000000">
            <w:r>
              <w:t>Doğru</w:t>
            </w:r>
          </w:p>
        </w:tc>
      </w:tr>
      <w:tr w:rsidR="006E66F8" w14:paraId="436B98D2" w14:textId="77777777">
        <w:trPr>
          <w:jc w:val="center"/>
        </w:trPr>
        <w:tc>
          <w:tcPr>
            <w:tcW w:w="10596" w:type="dxa"/>
          </w:tcPr>
          <w:p w14:paraId="226DBE48" w14:textId="77777777" w:rsidR="006E66F8" w:rsidRDefault="00000000">
            <w:pPr>
              <w:spacing w:after="40"/>
            </w:pPr>
            <w:r>
              <w:rPr>
                <w:b/>
              </w:rPr>
              <w:t>10. (   ) Yakıt besleme pompasının görevi, motor yağını kartere göndermektir. (5 Puan)</w:t>
            </w:r>
          </w:p>
          <w:p w14:paraId="6729A353" w14:textId="77777777" w:rsidR="006E66F8" w:rsidRDefault="00000000">
            <w:r>
              <w:t>Yanlış</w:t>
            </w:r>
          </w:p>
        </w:tc>
      </w:tr>
    </w:tbl>
    <w:p w14:paraId="11D278D3" w14:textId="77777777" w:rsidR="00DF3F4A" w:rsidRDefault="00DF3F4A"/>
    <w:sectPr w:rsidR="00DF3F4A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AF5567E"/>
    <w:multiLevelType w:val="hybridMultilevel"/>
    <w:tmpl w:val="F154DC7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EC1EFE"/>
    <w:multiLevelType w:val="hybridMultilevel"/>
    <w:tmpl w:val="56429EE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4963C7"/>
    <w:multiLevelType w:val="hybridMultilevel"/>
    <w:tmpl w:val="36D608F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3902084">
    <w:abstractNumId w:val="8"/>
  </w:num>
  <w:num w:numId="2" w16cid:durableId="892354849">
    <w:abstractNumId w:val="6"/>
  </w:num>
  <w:num w:numId="3" w16cid:durableId="8145828">
    <w:abstractNumId w:val="5"/>
  </w:num>
  <w:num w:numId="4" w16cid:durableId="62339978">
    <w:abstractNumId w:val="4"/>
  </w:num>
  <w:num w:numId="5" w16cid:durableId="1480076533">
    <w:abstractNumId w:val="7"/>
  </w:num>
  <w:num w:numId="6" w16cid:durableId="932085288">
    <w:abstractNumId w:val="3"/>
  </w:num>
  <w:num w:numId="7" w16cid:durableId="414862227">
    <w:abstractNumId w:val="2"/>
  </w:num>
  <w:num w:numId="8" w16cid:durableId="86004017">
    <w:abstractNumId w:val="1"/>
  </w:num>
  <w:num w:numId="9" w16cid:durableId="1242985829">
    <w:abstractNumId w:val="0"/>
  </w:num>
  <w:num w:numId="10" w16cid:durableId="438835600">
    <w:abstractNumId w:val="10"/>
  </w:num>
  <w:num w:numId="11" w16cid:durableId="549151816">
    <w:abstractNumId w:val="11"/>
  </w:num>
  <w:num w:numId="12" w16cid:durableId="18475328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4C7F"/>
    <w:rsid w:val="0006063C"/>
    <w:rsid w:val="0015074B"/>
    <w:rsid w:val="001570FB"/>
    <w:rsid w:val="0029639D"/>
    <w:rsid w:val="002D6A66"/>
    <w:rsid w:val="00326F90"/>
    <w:rsid w:val="00595F84"/>
    <w:rsid w:val="006032C4"/>
    <w:rsid w:val="006E66F8"/>
    <w:rsid w:val="00746C80"/>
    <w:rsid w:val="00AA1D8D"/>
    <w:rsid w:val="00B47730"/>
    <w:rsid w:val="00CB0664"/>
    <w:rsid w:val="00DA68DD"/>
    <w:rsid w:val="00DF3F4A"/>
    <w:rsid w:val="00E3415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4F5BAD"/>
  <w14:defaultImageDpi w14:val="300"/>
  <w15:docId w15:val="{C3CF4D37-697F-46CA-9A8C-C4BDFB117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5</cp:revision>
  <dcterms:created xsi:type="dcterms:W3CDTF">2013-12-23T23:15:00Z</dcterms:created>
  <dcterms:modified xsi:type="dcterms:W3CDTF">2026-09-12T18:56:00Z</dcterms:modified>
  <cp:category/>
</cp:coreProperties>
</file>