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04F9C" w14:textId="77777777" w:rsidR="001E1148" w:rsidRPr="001E1148" w:rsidRDefault="001E1148" w:rsidP="001E1148">
      <w:pPr>
        <w:spacing w:after="20" w:line="360" w:lineRule="auto"/>
        <w:jc w:val="center"/>
        <w:rPr>
          <w:b/>
          <w:sz w:val="22"/>
        </w:rPr>
      </w:pPr>
      <w:r w:rsidRPr="001E1148">
        <w:rPr>
          <w:b/>
          <w:sz w:val="22"/>
        </w:rPr>
        <w:t>YAHŞİHAN MESLEKİ EĞİTİM MERKEZİ</w:t>
      </w:r>
    </w:p>
    <w:p w14:paraId="39DCBF67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64A79973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DİZEL YAKIT SİSTEMLERİ DERSİ 2.DÖNEM 2.YAZILI YOKLAMASI</w:t>
      </w:r>
    </w:p>
    <w:p w14:paraId="0CB6B21D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57DBB423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29A85FF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Common Rail dizel yakıt sisteminin temel elemanlarından beş tanesini maddeler hâlinde yazınız. (15 Puan)</w:t>
      </w:r>
    </w:p>
    <w:p w14:paraId="1D1354F7" w14:textId="77777777" w:rsidR="00127E93" w:rsidRDefault="00000000">
      <w:pPr>
        <w:spacing w:after="80"/>
      </w:pPr>
      <w:r>
        <w:rPr>
          <w:sz w:val="20"/>
        </w:rPr>
        <w:t>2. Dizel motor yönetim sisteminde kullanılan sensörlerden beş tanesini ve görevlerinden birer tanesini yazınız. (15 Puan)</w:t>
      </w:r>
    </w:p>
    <w:p w14:paraId="09AF4C98" w14:textId="77777777" w:rsidR="00127E93" w:rsidRDefault="00000000">
      <w:pPr>
        <w:spacing w:after="80"/>
      </w:pPr>
      <w:r>
        <w:rPr>
          <w:sz w:val="20"/>
        </w:rPr>
        <w:t>3. Elektronik Kontrol Ünitesinin (ECU) dizel yakıt sistemindeki görevi nedir? (10 Puan)</w:t>
      </w:r>
    </w:p>
    <w:p w14:paraId="251A13ED" w14:textId="77777777" w:rsidR="00127E93" w:rsidRDefault="00000000">
      <w:pPr>
        <w:spacing w:after="80"/>
      </w:pPr>
      <w:r>
        <w:rPr>
          <w:sz w:val="20"/>
        </w:rPr>
        <w:t>4. EGR sisteminin görevi nedir? (10 Puan)</w:t>
      </w:r>
    </w:p>
    <w:p w14:paraId="747B211E" w14:textId="77777777" w:rsidR="00127E93" w:rsidRDefault="00000000">
      <w:pPr>
        <w:spacing w:after="80"/>
      </w:pPr>
      <w:r>
        <w:rPr>
          <w:sz w:val="20"/>
        </w:rPr>
        <w:t>5. AdBlue sisteminin kullanım amacı nedir? (10 Puan)</w:t>
      </w:r>
    </w:p>
    <w:p w14:paraId="32B27AAE" w14:textId="77777777" w:rsidR="00127E93" w:rsidRDefault="00000000">
      <w:pPr>
        <w:spacing w:after="80"/>
      </w:pPr>
      <w:r>
        <w:rPr>
          <w:sz w:val="20"/>
        </w:rPr>
        <w:t>6. Dizel partikül filtresinin (DPF) görevi nedir? (10 Puan)</w:t>
      </w:r>
    </w:p>
    <w:p w14:paraId="04192594" w14:textId="77777777" w:rsidR="00127E93" w:rsidRDefault="00000000">
      <w:pPr>
        <w:spacing w:after="80"/>
      </w:pPr>
      <w:r>
        <w:rPr>
          <w:sz w:val="20"/>
        </w:rPr>
        <w:t>7. Common Rail sisteminde yüksek basınçlı yakıtın depolandığı ortak hatta .................... denir. (10 Puan)</w:t>
      </w:r>
    </w:p>
    <w:p w14:paraId="53C3535D" w14:textId="77777777" w:rsidR="00127E93" w:rsidRDefault="00000000">
      <w:pPr>
        <w:spacing w:after="80"/>
      </w:pPr>
      <w:r>
        <w:rPr>
          <w:sz w:val="20"/>
        </w:rPr>
        <w:t>8. Egzoz gazındaki kurum parçacıklarını tutan elemana .................... denir. (10 Puan)</w:t>
      </w:r>
    </w:p>
    <w:p w14:paraId="07620442" w14:textId="77777777" w:rsidR="00127E93" w:rsidRDefault="00000000">
      <w:pPr>
        <w:spacing w:after="80"/>
      </w:pPr>
      <w:r>
        <w:rPr>
          <w:sz w:val="20"/>
        </w:rPr>
        <w:t>9. (   ) Common Rail sisteminde yakıt basıncı elektronik olarak kontrol edilebilir. (5 Puan)</w:t>
      </w:r>
    </w:p>
    <w:p w14:paraId="564A19EA" w14:textId="77777777" w:rsidR="00127E93" w:rsidRDefault="00000000">
      <w:pPr>
        <w:spacing w:after="80"/>
      </w:pPr>
      <w:r>
        <w:rPr>
          <w:sz w:val="20"/>
        </w:rPr>
        <w:t>10. (   ) EGR sisteminin temel görevi yakıt deposundaki suyu ayırmaktır. (5 Puan)</w:t>
      </w:r>
    </w:p>
    <w:p w14:paraId="73D0F9DA" w14:textId="77777777" w:rsidR="00595F84" w:rsidRDefault="00595F84">
      <w:pPr>
        <w:spacing w:after="80" w:line="240" w:lineRule="auto"/>
      </w:pPr>
    </w:p>
    <w:p w14:paraId="330E03DA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3BB68C26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652B725B" w14:textId="77777777" w:rsidR="002D6A66" w:rsidRDefault="00000000">
      <w:r>
        <w:br w:type="page"/>
      </w:r>
    </w:p>
    <w:p w14:paraId="4ECF041E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DİZEL YAKIT SİSTEMLERİ DERSİ 2.DÖNEM 2.YAZILI CEVAP ANAHTARI</w:t>
      </w:r>
    </w:p>
    <w:p w14:paraId="76DDE4C9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127E93" w14:paraId="2EF05440" w14:textId="77777777">
        <w:trPr>
          <w:jc w:val="center"/>
        </w:trPr>
        <w:tc>
          <w:tcPr>
            <w:tcW w:w="10596" w:type="dxa"/>
          </w:tcPr>
          <w:p w14:paraId="399EF6D2" w14:textId="77777777" w:rsidR="00127E93" w:rsidRDefault="00000000">
            <w:pPr>
              <w:spacing w:after="40"/>
            </w:pPr>
            <w:r>
              <w:rPr>
                <w:b/>
              </w:rPr>
              <w:t>1. Common Rail dizel yakıt sisteminin temel elemanlarından beş tanesini maddeler hâlinde yazınız. (15 Puan)</w:t>
            </w:r>
          </w:p>
          <w:p w14:paraId="226F9D40" w14:textId="77777777" w:rsidR="00127E93" w:rsidRDefault="00000000">
            <w:r>
              <w:t>Yüksek basınç pompası, ortak yakıt rampası (rail), enjektörler, yakıt basınç sensörü, basınç kontrol/regülatör valfi, elektronik kontrol ünitesi ve ilgili sensörler. (Beş tanesi yeterlidir.)</w:t>
            </w:r>
          </w:p>
        </w:tc>
      </w:tr>
      <w:tr w:rsidR="00127E93" w14:paraId="53AC5FA7" w14:textId="77777777">
        <w:trPr>
          <w:jc w:val="center"/>
        </w:trPr>
        <w:tc>
          <w:tcPr>
            <w:tcW w:w="10596" w:type="dxa"/>
          </w:tcPr>
          <w:p w14:paraId="54DCF756" w14:textId="77777777" w:rsidR="00127E93" w:rsidRDefault="00000000">
            <w:pPr>
              <w:spacing w:after="40"/>
            </w:pPr>
            <w:r>
              <w:rPr>
                <w:b/>
              </w:rPr>
              <w:t>2. Dizel motor yönetim sisteminde kullanılan sensörlerden beş tanesini ve görevlerinden birer tanesini yazınız. (15 Puan)</w:t>
            </w:r>
          </w:p>
          <w:p w14:paraId="3C098126" w14:textId="77777777" w:rsidR="00127E93" w:rsidRDefault="00000000">
            <w:r>
              <w:t>Örnek: Krank mili konum sensörü-motor devri/konumu; kam mili konum sensörü-silindir fazı; su sıcaklık sensörü-motor sıcaklığı; hava akış ölçer-emilen hava miktarı; manifold basınç sensörü-emme basıncı; yakıt basınç sensörü-rail basıncı. (Beş tanesi yeterlidir.)</w:t>
            </w:r>
          </w:p>
        </w:tc>
      </w:tr>
      <w:tr w:rsidR="00127E93" w14:paraId="1A85967E" w14:textId="77777777">
        <w:trPr>
          <w:jc w:val="center"/>
        </w:trPr>
        <w:tc>
          <w:tcPr>
            <w:tcW w:w="10596" w:type="dxa"/>
          </w:tcPr>
          <w:p w14:paraId="16DE6323" w14:textId="77777777" w:rsidR="00127E93" w:rsidRDefault="00000000">
            <w:pPr>
              <w:spacing w:after="40"/>
            </w:pPr>
            <w:r>
              <w:rPr>
                <w:b/>
              </w:rPr>
              <w:t>3. Elektronik Kontrol Ünitesinin (ECU) dizel yakıt sistemindeki görevi nedir? (10 Puan)</w:t>
            </w:r>
          </w:p>
          <w:p w14:paraId="6C8DE48B" w14:textId="77777777" w:rsidR="00127E93" w:rsidRDefault="00000000">
            <w:r>
              <w:t>Sensörlerden gelen bilgileri değerlendirerek enjektörler, yakıt basıncı, EGR, turbo ve diğer kumanda elemanlarının çalışmasını yönetmektir.</w:t>
            </w:r>
          </w:p>
        </w:tc>
      </w:tr>
      <w:tr w:rsidR="00127E93" w14:paraId="14AE3DD4" w14:textId="77777777">
        <w:trPr>
          <w:jc w:val="center"/>
        </w:trPr>
        <w:tc>
          <w:tcPr>
            <w:tcW w:w="10596" w:type="dxa"/>
          </w:tcPr>
          <w:p w14:paraId="11EB2C21" w14:textId="77777777" w:rsidR="00127E93" w:rsidRDefault="00000000">
            <w:pPr>
              <w:spacing w:after="40"/>
            </w:pPr>
            <w:r>
              <w:rPr>
                <w:b/>
              </w:rPr>
              <w:t>4. EGR sisteminin görevi nedir? (10 Puan)</w:t>
            </w:r>
          </w:p>
          <w:p w14:paraId="0608A4FD" w14:textId="77777777" w:rsidR="00127E93" w:rsidRDefault="00000000">
            <w:r>
              <w:t>Egzoz gazının bir bölümünü tekrar emme sistemine göndererek yanma sıcaklığını ve özellikle azot oksit (NOx) emisyonlarını azaltmaya yardımcı olmaktır.</w:t>
            </w:r>
          </w:p>
        </w:tc>
      </w:tr>
      <w:tr w:rsidR="00127E93" w14:paraId="503E8C44" w14:textId="77777777">
        <w:trPr>
          <w:jc w:val="center"/>
        </w:trPr>
        <w:tc>
          <w:tcPr>
            <w:tcW w:w="10596" w:type="dxa"/>
          </w:tcPr>
          <w:p w14:paraId="7B869F2A" w14:textId="77777777" w:rsidR="00127E93" w:rsidRDefault="00000000">
            <w:pPr>
              <w:spacing w:after="40"/>
            </w:pPr>
            <w:r>
              <w:rPr>
                <w:b/>
              </w:rPr>
              <w:t>5. AdBlue sisteminin kullanım amacı nedir? (10 Puan)</w:t>
            </w:r>
          </w:p>
          <w:p w14:paraId="76951474" w14:textId="77777777" w:rsidR="00127E93" w:rsidRDefault="00000000">
            <w:r>
              <w:t>SCR sisteminde egzoz gazındaki azot oksitlerin (NOx) azaltılmasına yardımcı olmaktır.</w:t>
            </w:r>
          </w:p>
        </w:tc>
      </w:tr>
      <w:tr w:rsidR="00127E93" w14:paraId="066C9EA7" w14:textId="77777777">
        <w:trPr>
          <w:jc w:val="center"/>
        </w:trPr>
        <w:tc>
          <w:tcPr>
            <w:tcW w:w="10596" w:type="dxa"/>
          </w:tcPr>
          <w:p w14:paraId="0A97FCB9" w14:textId="77777777" w:rsidR="00127E93" w:rsidRDefault="00000000">
            <w:pPr>
              <w:spacing w:after="40"/>
            </w:pPr>
            <w:r>
              <w:rPr>
                <w:b/>
              </w:rPr>
              <w:t>6. Dizel partikül filtresinin (DPF) görevi nedir? (10 Puan)</w:t>
            </w:r>
          </w:p>
          <w:p w14:paraId="03C70DE4" w14:textId="77777777" w:rsidR="00127E93" w:rsidRDefault="00000000">
            <w:r>
              <w:t>Egzoz gazındaki kurum ve partikülleri tutarak atmosfere atılan parçacık miktarını azaltmaktır.</w:t>
            </w:r>
          </w:p>
        </w:tc>
      </w:tr>
      <w:tr w:rsidR="00127E93" w14:paraId="6D01D3FE" w14:textId="77777777">
        <w:trPr>
          <w:jc w:val="center"/>
        </w:trPr>
        <w:tc>
          <w:tcPr>
            <w:tcW w:w="10596" w:type="dxa"/>
          </w:tcPr>
          <w:p w14:paraId="100F1056" w14:textId="77777777" w:rsidR="00127E93" w:rsidRDefault="00000000">
            <w:pPr>
              <w:spacing w:after="40"/>
            </w:pPr>
            <w:r>
              <w:rPr>
                <w:b/>
              </w:rPr>
              <w:t>7. Common Rail sisteminde yüksek basınçlı yakıtın depolandığı ortak hatta .................... denir. (10 Puan)</w:t>
            </w:r>
          </w:p>
          <w:p w14:paraId="2CF27867" w14:textId="77777777" w:rsidR="00127E93" w:rsidRDefault="00000000">
            <w:r>
              <w:t>rail (ortak yakıt rampası)</w:t>
            </w:r>
          </w:p>
        </w:tc>
      </w:tr>
      <w:tr w:rsidR="00127E93" w14:paraId="68D79DF1" w14:textId="77777777">
        <w:trPr>
          <w:jc w:val="center"/>
        </w:trPr>
        <w:tc>
          <w:tcPr>
            <w:tcW w:w="10596" w:type="dxa"/>
          </w:tcPr>
          <w:p w14:paraId="7A2EA989" w14:textId="77777777" w:rsidR="00127E93" w:rsidRDefault="00000000">
            <w:pPr>
              <w:spacing w:after="40"/>
            </w:pPr>
            <w:r>
              <w:rPr>
                <w:b/>
              </w:rPr>
              <w:t>8. Egzoz gazındaki kurum parçacıklarını tutan elemana .................... denir. (10 Puan)</w:t>
            </w:r>
          </w:p>
          <w:p w14:paraId="6B2AED1F" w14:textId="77777777" w:rsidR="00127E93" w:rsidRDefault="00000000">
            <w:r>
              <w:t>dizel partikül filtresi (DPF)</w:t>
            </w:r>
          </w:p>
        </w:tc>
      </w:tr>
      <w:tr w:rsidR="00127E93" w14:paraId="562C5DD0" w14:textId="77777777">
        <w:trPr>
          <w:jc w:val="center"/>
        </w:trPr>
        <w:tc>
          <w:tcPr>
            <w:tcW w:w="10596" w:type="dxa"/>
          </w:tcPr>
          <w:p w14:paraId="32D3251B" w14:textId="77777777" w:rsidR="00127E93" w:rsidRDefault="00000000">
            <w:pPr>
              <w:spacing w:after="40"/>
            </w:pPr>
            <w:r>
              <w:rPr>
                <w:b/>
              </w:rPr>
              <w:t>9. (   ) Common Rail sisteminde yakıt basıncı elektronik olarak kontrol edilebilir. (5 Puan)</w:t>
            </w:r>
          </w:p>
          <w:p w14:paraId="69434EA1" w14:textId="77777777" w:rsidR="00127E93" w:rsidRDefault="00000000">
            <w:r>
              <w:t>Doğru</w:t>
            </w:r>
          </w:p>
        </w:tc>
      </w:tr>
      <w:tr w:rsidR="00127E93" w14:paraId="1AB0D1D1" w14:textId="77777777">
        <w:trPr>
          <w:jc w:val="center"/>
        </w:trPr>
        <w:tc>
          <w:tcPr>
            <w:tcW w:w="10596" w:type="dxa"/>
          </w:tcPr>
          <w:p w14:paraId="7F17E0E8" w14:textId="77777777" w:rsidR="00127E93" w:rsidRDefault="00000000">
            <w:pPr>
              <w:spacing w:after="40"/>
            </w:pPr>
            <w:r>
              <w:rPr>
                <w:b/>
              </w:rPr>
              <w:t>10. (   ) EGR sisteminin temel görevi yakıt deposundaki suyu ayırmaktır. (5 Puan)</w:t>
            </w:r>
          </w:p>
          <w:p w14:paraId="521C1725" w14:textId="77777777" w:rsidR="00127E93" w:rsidRDefault="00000000">
            <w:r>
              <w:t>Yanlış</w:t>
            </w:r>
          </w:p>
        </w:tc>
      </w:tr>
    </w:tbl>
    <w:p w14:paraId="0C6DFD92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42D"/>
    <w:rsid w:val="00034616"/>
    <w:rsid w:val="00044C7F"/>
    <w:rsid w:val="0006063C"/>
    <w:rsid w:val="00127E93"/>
    <w:rsid w:val="0015074B"/>
    <w:rsid w:val="001570FB"/>
    <w:rsid w:val="001E1148"/>
    <w:rsid w:val="0029639D"/>
    <w:rsid w:val="002D6A66"/>
    <w:rsid w:val="00326F90"/>
    <w:rsid w:val="00595F84"/>
    <w:rsid w:val="006032C4"/>
    <w:rsid w:val="00AA1D8D"/>
    <w:rsid w:val="00B47730"/>
    <w:rsid w:val="00CB0664"/>
    <w:rsid w:val="00DA68DD"/>
    <w:rsid w:val="00DF3F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2DBB9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2026-09-12T18:57:00Z</dcterms:modified>
  <cp:category/>
</cp:coreProperties>
</file>