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22C8C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24B3B0DB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1C948BAA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 xml:space="preserve">HAREKET KONTROL SİSTEMLERİ ATÖLYESİ DERSİ </w:t>
      </w:r>
      <w:proofErr w:type="gramStart"/>
      <w:r w:rsidRPr="00E65B63">
        <w:rPr>
          <w:b/>
          <w:sz w:val="24"/>
          <w:szCs w:val="24"/>
        </w:rPr>
        <w:t>2.DÖNEM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2.YAZILI</w:t>
      </w:r>
      <w:proofErr w:type="gramEnd"/>
      <w:r w:rsidRPr="00E65B63">
        <w:rPr>
          <w:b/>
          <w:sz w:val="24"/>
          <w:szCs w:val="24"/>
        </w:rPr>
        <w:t xml:space="preserve"> YOKLAMASI - E</w:t>
      </w:r>
    </w:p>
    <w:p w14:paraId="09BEC4E3" w14:textId="77777777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769400EB" w14:textId="77777777" w:rsidR="00E65B63" w:rsidRPr="00E65B63" w:rsidRDefault="00E65B63">
      <w:pPr>
        <w:spacing w:after="60"/>
        <w:rPr>
          <w:sz w:val="24"/>
          <w:szCs w:val="24"/>
        </w:rPr>
      </w:pPr>
    </w:p>
    <w:p w14:paraId="26F42A03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7FFC8BA1" w14:textId="0A30A271" w:rsidR="00D85CD7" w:rsidRPr="00E65B63" w:rsidRDefault="00000000" w:rsidP="009A36A9">
      <w:pPr>
        <w:spacing w:after="60" w:line="360" w:lineRule="auto"/>
        <w:rPr>
          <w:sz w:val="22"/>
        </w:rPr>
      </w:pPr>
      <w:r>
        <w:rPr>
          <w:sz w:val="21"/>
        </w:rPr>
        <w:t>1. Şekilde oklarla belirtilen fren sisteminin parçalarını yazınız. (10 Puan)</w:t>
      </w:r>
      <w:r>
        <w:br/>
      </w:r>
      <w:r w:rsidR="009A36A9">
        <w:rPr>
          <w:noProof/>
          <w:sz w:val="22"/>
        </w:rPr>
        <w:drawing>
          <wp:inline distT="0" distB="0" distL="0" distR="0" wp14:anchorId="236A4798" wp14:editId="00EAE58D">
            <wp:extent cx="4640580" cy="2381581"/>
            <wp:effectExtent l="0" t="0" r="7620" b="0"/>
            <wp:docPr id="138606446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064467" name="Resim 138606446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47917" cy="2385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597D3" w14:textId="77777777" w:rsidR="00D85CD7" w:rsidRPr="00E65B63" w:rsidRDefault="00000000" w:rsidP="00E65B63">
      <w:pPr>
        <w:spacing w:after="60" w:line="360" w:lineRule="auto"/>
        <w:rPr>
          <w:sz w:val="22"/>
        </w:rPr>
      </w:pPr>
      <w:r>
        <w:rPr>
          <w:sz w:val="21"/>
        </w:rPr>
        <w:t>2. Ani frenleme sırasında aracın tam duruşu için geçen zaman dilimlerini yazınız. (10 Puan)</w:t>
      </w:r>
    </w:p>
    <w:p w14:paraId="1E1E48B4" w14:textId="77777777" w:rsidR="00D85CD7" w:rsidRPr="00E65B63" w:rsidRDefault="00000000" w:rsidP="00E65B63">
      <w:pPr>
        <w:spacing w:after="60" w:line="360" w:lineRule="auto"/>
        <w:rPr>
          <w:sz w:val="22"/>
        </w:rPr>
      </w:pPr>
      <w:r>
        <w:rPr>
          <w:sz w:val="21"/>
        </w:rPr>
        <w:t>3. Fren pedalı düşüyorsa muhtemel sebepleri nelerdir? (10 Puan)</w:t>
      </w:r>
    </w:p>
    <w:p w14:paraId="0AD7ED12" w14:textId="77777777" w:rsidR="00D85CD7" w:rsidRPr="00E65B63" w:rsidRDefault="00000000" w:rsidP="00E65B63">
      <w:pPr>
        <w:spacing w:after="60" w:line="360" w:lineRule="auto"/>
        <w:rPr>
          <w:sz w:val="22"/>
        </w:rPr>
      </w:pPr>
      <w:r>
        <w:rPr>
          <w:sz w:val="21"/>
        </w:rPr>
        <w:t>4. Fren kampanaları hangi durumlarda yenileştirilir? (10 Puan)</w:t>
      </w:r>
    </w:p>
    <w:p w14:paraId="18AE908D" w14:textId="77777777" w:rsidR="00D85CD7" w:rsidRPr="00E65B63" w:rsidRDefault="00000000" w:rsidP="00E65B63">
      <w:pPr>
        <w:spacing w:after="60" w:line="360" w:lineRule="auto"/>
        <w:rPr>
          <w:sz w:val="22"/>
        </w:rPr>
      </w:pPr>
      <w:r>
        <w:rPr>
          <w:sz w:val="21"/>
        </w:rPr>
        <w:t>5. Fren kaliperleri çeşitleri nelerdir? (10 Puan)</w:t>
      </w:r>
    </w:p>
    <w:p w14:paraId="7BEC2FDC" w14:textId="77777777" w:rsidR="00D85CD7" w:rsidRPr="00E65B63" w:rsidRDefault="00000000" w:rsidP="00E65B63">
      <w:pPr>
        <w:spacing w:after="60" w:line="360" w:lineRule="auto"/>
        <w:rPr>
          <w:sz w:val="22"/>
        </w:rPr>
      </w:pPr>
      <w:r>
        <w:rPr>
          <w:sz w:val="21"/>
        </w:rPr>
        <w:t>6. Hidrovağın yapısı nasıldır? (10 Puan)</w:t>
      </w:r>
    </w:p>
    <w:p w14:paraId="2EF5056E" w14:textId="77777777" w:rsidR="00D85CD7" w:rsidRPr="00E65B63" w:rsidRDefault="00000000" w:rsidP="00E65B63">
      <w:pPr>
        <w:spacing w:after="60" w:line="360" w:lineRule="auto"/>
        <w:rPr>
          <w:sz w:val="22"/>
        </w:rPr>
      </w:pPr>
      <w:r>
        <w:rPr>
          <w:sz w:val="21"/>
        </w:rPr>
        <w:t>7. Basınç regülatörünün görevi nedir? (10 Puan)</w:t>
      </w:r>
    </w:p>
    <w:p w14:paraId="08DE2634" w14:textId="77777777" w:rsidR="00D85CD7" w:rsidRPr="00E65B63" w:rsidRDefault="00000000" w:rsidP="00E65B63">
      <w:pPr>
        <w:spacing w:after="60" w:line="360" w:lineRule="auto"/>
        <w:rPr>
          <w:sz w:val="22"/>
        </w:rPr>
      </w:pPr>
      <w:r>
        <w:rPr>
          <w:sz w:val="21"/>
        </w:rPr>
        <w:t>8. Fren merkez borusunun görevi nedir? (10 Puan)</w:t>
      </w:r>
    </w:p>
    <w:p w14:paraId="4D6C592E" w14:textId="77777777" w:rsidR="00D85CD7" w:rsidRPr="00E65B63" w:rsidRDefault="00000000" w:rsidP="00E65B63">
      <w:pPr>
        <w:spacing w:after="60" w:line="360" w:lineRule="auto"/>
        <w:rPr>
          <w:sz w:val="22"/>
        </w:rPr>
      </w:pPr>
      <w:r>
        <w:rPr>
          <w:sz w:val="21"/>
        </w:rPr>
        <w:t>9. Kompresörün görevi nedir? (10 Puan)</w:t>
      </w:r>
    </w:p>
    <w:p w14:paraId="50A60DB4" w14:textId="77777777" w:rsidR="00D85CD7" w:rsidRPr="00E65B63" w:rsidRDefault="00000000" w:rsidP="00E65B63">
      <w:pPr>
        <w:spacing w:after="60" w:line="360" w:lineRule="auto"/>
        <w:rPr>
          <w:b/>
          <w:sz w:val="22"/>
        </w:rPr>
      </w:pPr>
      <w:r>
        <w:rPr>
          <w:sz w:val="21"/>
        </w:rPr>
        <w:t>10. Fren merkez pompası çeşitleri nelerdir? (10 Puan)</w:t>
      </w:r>
    </w:p>
    <w:p w14:paraId="0D68A3FC" w14:textId="77777777" w:rsidR="00E65B63" w:rsidRDefault="00E65B63">
      <w:pPr>
        <w:spacing w:after="60" w:line="240" w:lineRule="auto"/>
      </w:pPr>
    </w:p>
    <w:p w14:paraId="0267BC1D" w14:textId="77777777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60A85589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34E66108" w14:textId="77777777" w:rsidR="00D85CD7" w:rsidRDefault="00000000">
      <w:r>
        <w:br w:type="page"/>
      </w:r>
    </w:p>
    <w:p w14:paraId="05254ED8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034E6D45" w14:textId="77777777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 xml:space="preserve">2026/2027 HAREKET KONTROL SİSTEMLERİ ATÖLYESİ DERSİ </w:t>
      </w:r>
      <w:proofErr w:type="gramStart"/>
      <w:r w:rsidRPr="00E65B63">
        <w:rPr>
          <w:b/>
          <w:sz w:val="24"/>
          <w:szCs w:val="24"/>
        </w:rPr>
        <w:t>2.DÖNEM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2.YAZILI</w:t>
      </w:r>
      <w:proofErr w:type="gramEnd"/>
      <w:r w:rsidRPr="00E65B63">
        <w:rPr>
          <w:b/>
          <w:sz w:val="24"/>
          <w:szCs w:val="24"/>
        </w:rPr>
        <w:t xml:space="preserve"> CEVAP ANAHTARI - E</w:t>
      </w:r>
    </w:p>
    <w:p w14:paraId="72C29767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5AD7DCB9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E37321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17"/>
              </w:rPr>
              <w:t>1. Şekilde oklarla belirtilen fren sisteminin parçalarını yazınız. (10 Puan)</w:t>
            </w:r>
          </w:p>
          <w:p w14:paraId="168AA8CE" w14:textId="77777777" w:rsidR="00D85CD7" w:rsidRPr="00E65B63" w:rsidRDefault="00D85CD7">
            <w:pPr>
              <w:spacing w:after="0" w:line="240" w:lineRule="auto"/>
              <w:rPr>
                <w:sz w:val="24"/>
                <w:szCs w:val="24"/>
              </w:rPr>
            </w:pPr>
          </w:p>
          <w:p w14:paraId="607A9CA2" w14:textId="77777777" w:rsidR="00DB4FC8" w:rsidRDefault="00000000">
            <w:pPr>
              <w:spacing w:after="0"/>
            </w:pPr>
            <w:r>
              <w:rPr>
                <w:sz w:val="17"/>
              </w:rPr>
              <w:t>Limitör, fren pedalı, hidrovak (fren servosu), fren merkez pompası, fren hidrolik boruları, diskli fren sistemi ve kampanalı fren sistemi.</w:t>
            </w:r>
          </w:p>
        </w:tc>
      </w:tr>
      <w:tr w:rsidR="00D85CD7" w:rsidRPr="00E65B63" w14:paraId="2EF1AB2B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63B984C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17"/>
              </w:rPr>
              <w:t>2. Ani frenleme sırasında aracın tam duruşu için geçen zaman dilimlerini yazınız. (10 Puan)</w:t>
            </w:r>
          </w:p>
          <w:p w14:paraId="574E7573" w14:textId="77777777" w:rsidR="00D85CD7" w:rsidRPr="00E65B63" w:rsidRDefault="00D85CD7">
            <w:pPr>
              <w:spacing w:after="0" w:line="240" w:lineRule="auto"/>
              <w:rPr>
                <w:sz w:val="24"/>
                <w:szCs w:val="24"/>
              </w:rPr>
            </w:pPr>
          </w:p>
          <w:p w14:paraId="77FC8E72" w14:textId="77777777" w:rsidR="00DB4FC8" w:rsidRDefault="00000000">
            <w:pPr>
              <w:spacing w:after="0"/>
            </w:pPr>
            <w:r>
              <w:rPr>
                <w:sz w:val="17"/>
              </w:rPr>
              <w:t>Tehlikenin fark edildiği an; sürücünün karar verme, harekete geçme ve ayağını fren pedalına götürme zamanı; fren mekanizmasının çalışmaya başlama, fren kuvvetinin etkime ve işleme zamanı ile fren kuvvetinin en yüksek safhaya ulaşma zamanıdır.</w:t>
            </w:r>
          </w:p>
        </w:tc>
      </w:tr>
      <w:tr w:rsidR="00D85CD7" w:rsidRPr="00E65B63" w14:paraId="1DF540AE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8405EED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17"/>
              </w:rPr>
              <w:t>3. Fren pedalı düşüyorsa muhtemel sebepleri nelerdir? (10 Puan)</w:t>
            </w:r>
          </w:p>
          <w:p w14:paraId="28865675" w14:textId="77777777" w:rsidR="00D85CD7" w:rsidRPr="00E65B63" w:rsidRDefault="00D85CD7">
            <w:pPr>
              <w:spacing w:after="0" w:line="240" w:lineRule="auto"/>
              <w:rPr>
                <w:sz w:val="24"/>
                <w:szCs w:val="24"/>
              </w:rPr>
            </w:pPr>
          </w:p>
          <w:p w14:paraId="44AF8E5C" w14:textId="77777777" w:rsidR="00DB4FC8" w:rsidRDefault="00000000">
            <w:pPr>
              <w:spacing w:after="0"/>
            </w:pPr>
            <w:r>
              <w:rPr>
                <w:sz w:val="17"/>
              </w:rPr>
              <w:t>Fren pabuçları ayarsız olabilir; çubuk bağlantısı ayarsız olabilir; balatalar aşınmış olabilir; hidrolik seviyesi düşmüş olabilir; sistemde hava olabilir; fren merkez silindiri aşınmış olabilir.</w:t>
            </w:r>
          </w:p>
        </w:tc>
      </w:tr>
      <w:tr w:rsidR="00D85CD7" w:rsidRPr="00E65B63" w14:paraId="61A54CED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4BF2435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17"/>
              </w:rPr>
              <w:t>4. Fren kampanaları hangi durumlarda yenileştirilir? (10 Puan)</w:t>
            </w:r>
          </w:p>
          <w:p w14:paraId="13DCECA8" w14:textId="77777777" w:rsidR="00D85CD7" w:rsidRPr="00E65B63" w:rsidRDefault="00D85CD7">
            <w:pPr>
              <w:spacing w:after="0" w:line="240" w:lineRule="auto"/>
              <w:rPr>
                <w:sz w:val="24"/>
                <w:szCs w:val="24"/>
              </w:rPr>
            </w:pPr>
          </w:p>
          <w:p w14:paraId="1D6FB5FC" w14:textId="77777777" w:rsidR="00DB4FC8" w:rsidRDefault="00000000">
            <w:pPr>
              <w:spacing w:after="0"/>
            </w:pPr>
            <w:r>
              <w:rPr>
                <w:sz w:val="17"/>
              </w:rPr>
              <w:t>Aşırı korozyon/pas veya çukurlaşma, çatlak/ısı noktaları, aşırı mavi renk-renk bozunumu, izin verilen değerin üstünde çizikler veya kampanada salgı oluşması durumlarında.</w:t>
            </w:r>
          </w:p>
        </w:tc>
      </w:tr>
      <w:tr w:rsidR="00D85CD7" w:rsidRPr="00E65B63" w14:paraId="1ECC2D8C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D850BC6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17"/>
              </w:rPr>
              <w:t>5. Fren kaliperleri çeşitleri nelerdir? (10 Puan)</w:t>
            </w:r>
          </w:p>
          <w:p w14:paraId="14215F15" w14:textId="77777777" w:rsidR="00D85CD7" w:rsidRPr="00E65B63" w:rsidRDefault="00D85CD7">
            <w:pPr>
              <w:spacing w:after="0" w:line="240" w:lineRule="auto"/>
              <w:rPr>
                <w:sz w:val="24"/>
                <w:szCs w:val="24"/>
              </w:rPr>
            </w:pPr>
          </w:p>
          <w:p w14:paraId="5F496C4A" w14:textId="77777777" w:rsidR="00DB4FC8" w:rsidRDefault="00000000">
            <w:pPr>
              <w:spacing w:after="0"/>
            </w:pPr>
            <w:r>
              <w:rPr>
                <w:sz w:val="17"/>
              </w:rPr>
              <w:t>Sabit kaliper, yüzer kaliper ve full contact kaliper.</w:t>
            </w:r>
          </w:p>
        </w:tc>
      </w:tr>
      <w:tr w:rsidR="00D85CD7" w:rsidRPr="00E65B63" w14:paraId="7F8C81DD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9FC2575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17"/>
              </w:rPr>
              <w:t>6. Hidrovağın yapısı nasıldır? (10 Puan)</w:t>
            </w:r>
          </w:p>
          <w:p w14:paraId="7935CBEC" w14:textId="77777777" w:rsidR="00D85CD7" w:rsidRPr="00E65B63" w:rsidRDefault="00D85CD7">
            <w:pPr>
              <w:spacing w:after="0" w:line="240" w:lineRule="auto"/>
              <w:rPr>
                <w:sz w:val="24"/>
                <w:szCs w:val="24"/>
              </w:rPr>
            </w:pPr>
          </w:p>
          <w:p w14:paraId="1FDD1572" w14:textId="77777777" w:rsidR="00DB4FC8" w:rsidRDefault="00000000">
            <w:pPr>
              <w:spacing w:after="0"/>
            </w:pPr>
            <w:r>
              <w:rPr>
                <w:sz w:val="17"/>
              </w:rPr>
              <w:t>Bir diyafram, piston geri getirme yayı, fren pedalına bağlı itme çubuğu üzerindeki piston, valf, vakum rekoru ve dış hava kanalından oluşur.</w:t>
            </w:r>
          </w:p>
        </w:tc>
      </w:tr>
      <w:tr w:rsidR="00D85CD7" w:rsidRPr="00E65B63" w14:paraId="74AB87D8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C5EF81E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17"/>
              </w:rPr>
              <w:t>7. Basınç regülatörünün görevi nedir? (10 Puan)</w:t>
            </w:r>
          </w:p>
          <w:p w14:paraId="7261620C" w14:textId="77777777" w:rsidR="00D85CD7" w:rsidRPr="00E65B63" w:rsidRDefault="00D85CD7">
            <w:pPr>
              <w:spacing w:after="0" w:line="240" w:lineRule="auto"/>
              <w:rPr>
                <w:sz w:val="24"/>
                <w:szCs w:val="24"/>
              </w:rPr>
            </w:pPr>
          </w:p>
          <w:p w14:paraId="1CFB6DAF" w14:textId="77777777" w:rsidR="00DB4FC8" w:rsidRDefault="00000000">
            <w:pPr>
              <w:spacing w:after="0"/>
            </w:pPr>
            <w:r>
              <w:rPr>
                <w:sz w:val="17"/>
              </w:rPr>
              <w:t>Basınçlı havanın önceden belirlenmiş değerde kontrol altında tutulmasını sağlamaktır.</w:t>
            </w:r>
          </w:p>
        </w:tc>
      </w:tr>
      <w:tr w:rsidR="00D85CD7" w:rsidRPr="00E65B63" w14:paraId="5F0FDED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3876F4A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17"/>
              </w:rPr>
              <w:t>8. Fren merkez borusunun görevi nedir? (10 Puan)</w:t>
            </w:r>
          </w:p>
          <w:p w14:paraId="2DC5539C" w14:textId="77777777" w:rsidR="00D85CD7" w:rsidRPr="00E65B63" w:rsidRDefault="00D85CD7">
            <w:pPr>
              <w:spacing w:after="0" w:line="240" w:lineRule="auto"/>
              <w:rPr>
                <w:sz w:val="24"/>
                <w:szCs w:val="24"/>
              </w:rPr>
            </w:pPr>
          </w:p>
          <w:p w14:paraId="0625468A" w14:textId="77777777" w:rsidR="00DB4FC8" w:rsidRDefault="00000000">
            <w:pPr>
              <w:spacing w:after="0"/>
            </w:pPr>
            <w:r>
              <w:rPr>
                <w:sz w:val="17"/>
              </w:rPr>
              <w:t>Fren merkez pompasından çıkan hidroliğin tekerlek mekanizmalarına iletilmesini sağlar.</w:t>
            </w:r>
          </w:p>
        </w:tc>
      </w:tr>
      <w:tr w:rsidR="00D85CD7" w:rsidRPr="00E65B63" w14:paraId="3BCF58F7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EE3EB16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17"/>
              </w:rPr>
              <w:t>9. Kompresörün görevi nedir? (10 Puan)</w:t>
            </w:r>
          </w:p>
          <w:p w14:paraId="08BEB22B" w14:textId="77777777" w:rsidR="00D85CD7" w:rsidRPr="00E65B63" w:rsidRDefault="00D85CD7">
            <w:pPr>
              <w:spacing w:after="0" w:line="240" w:lineRule="auto"/>
              <w:rPr>
                <w:sz w:val="24"/>
                <w:szCs w:val="24"/>
              </w:rPr>
            </w:pPr>
          </w:p>
          <w:p w14:paraId="16C5C2D0" w14:textId="77777777" w:rsidR="00DB4FC8" w:rsidRDefault="00000000">
            <w:pPr>
              <w:spacing w:after="0"/>
            </w:pPr>
            <w:r>
              <w:rPr>
                <w:sz w:val="17"/>
              </w:rPr>
              <w:t>Hava filtresinden gelen havanın basıncını fren işletme basıncının yaklaşık %20 üzerine yükseltir ve sistemin eksilen havasını tamamlar.</w:t>
            </w:r>
          </w:p>
        </w:tc>
      </w:tr>
      <w:tr w:rsidR="00D85CD7" w:rsidRPr="00E65B63" w14:paraId="710E2E7D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C94C67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17"/>
              </w:rPr>
              <w:t>10. Fren merkez pompası çeşitleri nelerdir? (10 Puan)</w:t>
            </w:r>
          </w:p>
          <w:p w14:paraId="128D6DD6" w14:textId="77777777" w:rsidR="00D85CD7" w:rsidRPr="00E65B63" w:rsidRDefault="00D85CD7">
            <w:pPr>
              <w:spacing w:after="0" w:line="240" w:lineRule="auto"/>
              <w:rPr>
                <w:sz w:val="24"/>
                <w:szCs w:val="24"/>
              </w:rPr>
            </w:pPr>
          </w:p>
          <w:p w14:paraId="56BB7897" w14:textId="77777777" w:rsidR="00DB4FC8" w:rsidRDefault="00000000">
            <w:pPr>
              <w:spacing w:after="0"/>
            </w:pPr>
            <w:r>
              <w:rPr>
                <w:sz w:val="17"/>
              </w:rPr>
              <w:t>Tek kademeli ve çift kademeli fren merkez pompalarıdır.</w:t>
            </w:r>
          </w:p>
        </w:tc>
      </w:tr>
    </w:tbl>
    <w:p w14:paraId="481A785B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74E7"/>
    <w:rsid w:val="0029639D"/>
    <w:rsid w:val="00326F90"/>
    <w:rsid w:val="005907FC"/>
    <w:rsid w:val="009175B3"/>
    <w:rsid w:val="009A36A9"/>
    <w:rsid w:val="00AA1D8D"/>
    <w:rsid w:val="00B47730"/>
    <w:rsid w:val="00CB0664"/>
    <w:rsid w:val="00D85CD7"/>
    <w:rsid w:val="00DB4FC8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6EC74B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2026-09-07T20:17:00Z</dcterms:modified>
  <cp:category/>
</cp:coreProperties>
</file>