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CF153" w14:textId="3A4EAF12" w:rsidR="002D6A66" w:rsidRPr="00595F84" w:rsidRDefault="007077AA" w:rsidP="00595F84">
      <w:pPr>
        <w:spacing w:after="20" w:line="360" w:lineRule="auto"/>
        <w:jc w:val="center"/>
        <w:rPr>
          <w:sz w:val="22"/>
        </w:rPr>
      </w:pPr>
      <w:r>
        <w:rPr>
          <w:b/>
          <w:sz w:val="22"/>
        </w:rPr>
        <w:t xml:space="preserve">……………………… </w:t>
      </w:r>
      <w:r w:rsidR="00000000" w:rsidRPr="00595F84">
        <w:rPr>
          <w:b/>
          <w:sz w:val="22"/>
        </w:rPr>
        <w:t xml:space="preserve"> MESLEKİ </w:t>
      </w:r>
      <w:r>
        <w:rPr>
          <w:b/>
          <w:sz w:val="22"/>
        </w:rPr>
        <w:t>VE TENİK ANADOLU LİSESİ</w:t>
      </w:r>
    </w:p>
    <w:p w14:paraId="6082F184" w14:textId="77777777" w:rsidR="002D6A66" w:rsidRPr="00595F84" w:rsidRDefault="00000000" w:rsidP="00595F84">
      <w:pPr>
        <w:spacing w:after="20" w:line="360" w:lineRule="auto"/>
        <w:jc w:val="center"/>
        <w:rPr>
          <w:sz w:val="22"/>
        </w:rPr>
      </w:pPr>
      <w:r w:rsidRPr="00595F84">
        <w:rPr>
          <w:b/>
          <w:sz w:val="22"/>
        </w:rPr>
        <w:t>2026/2027 EĞİTİM ÖĞRETİM YILI MOTORLU ARAÇLAR TEKNOLOJİSİ ALANI</w:t>
      </w:r>
    </w:p>
    <w:p w14:paraId="1A78323E" w14:textId="46CB57FA" w:rsidR="002D6A66" w:rsidRPr="00595F84" w:rsidRDefault="007077AA" w:rsidP="00595F84">
      <w:pPr>
        <w:spacing w:after="60" w:line="360" w:lineRule="auto"/>
        <w:jc w:val="center"/>
        <w:rPr>
          <w:sz w:val="22"/>
        </w:rPr>
      </w:pPr>
      <w:r>
        <w:rPr>
          <w:b/>
          <w:sz w:val="22"/>
        </w:rPr>
        <w:t xml:space="preserve">SEÇMELİ </w:t>
      </w:r>
      <w:r w:rsidR="00000000" w:rsidRPr="00595F84">
        <w:rPr>
          <w:b/>
          <w:sz w:val="22"/>
        </w:rPr>
        <w:t xml:space="preserve">HASARLI ARAÇ İŞLEMLERİ DERSİ </w:t>
      </w:r>
      <w:proofErr w:type="gramStart"/>
      <w:r w:rsidR="00000000" w:rsidRPr="00595F84">
        <w:rPr>
          <w:b/>
          <w:sz w:val="22"/>
        </w:rPr>
        <w:t>1.DÖNEM</w:t>
      </w:r>
      <w:proofErr w:type="gramEnd"/>
      <w:r w:rsidR="00000000" w:rsidRPr="00595F84">
        <w:rPr>
          <w:b/>
          <w:sz w:val="22"/>
        </w:rPr>
        <w:t xml:space="preserve"> </w:t>
      </w:r>
      <w:proofErr w:type="gramStart"/>
      <w:r w:rsidR="00000000" w:rsidRPr="00595F84">
        <w:rPr>
          <w:b/>
          <w:sz w:val="22"/>
        </w:rPr>
        <w:t>1.YAZILI</w:t>
      </w:r>
      <w:proofErr w:type="gramEnd"/>
      <w:r w:rsidR="00000000" w:rsidRPr="00595F84">
        <w:rPr>
          <w:b/>
          <w:sz w:val="22"/>
        </w:rPr>
        <w:t xml:space="preserve"> YOKLAMASI</w:t>
      </w:r>
    </w:p>
    <w:p w14:paraId="102C2D79" w14:textId="77777777" w:rsidR="002D6A66" w:rsidRPr="00595F84" w:rsidRDefault="00000000" w:rsidP="00595F84">
      <w:pPr>
        <w:spacing w:after="40" w:line="360" w:lineRule="auto"/>
        <w:rPr>
          <w:sz w:val="22"/>
        </w:rPr>
      </w:pPr>
      <w:r w:rsidRPr="00595F84">
        <w:rPr>
          <w:b/>
          <w:sz w:val="22"/>
        </w:rPr>
        <w:t>Adı Soyadı :</w:t>
      </w:r>
      <w:r w:rsidRPr="00595F84">
        <w:rPr>
          <w:b/>
          <w:sz w:val="22"/>
        </w:rPr>
        <w:tab/>
      </w:r>
      <w:r w:rsidRPr="00595F84">
        <w:rPr>
          <w:b/>
          <w:sz w:val="22"/>
        </w:rPr>
        <w:tab/>
      </w:r>
      <w:r w:rsidRPr="00595F84">
        <w:rPr>
          <w:b/>
          <w:sz w:val="22"/>
        </w:rPr>
        <w:tab/>
      </w:r>
      <w:r w:rsidRPr="00595F84">
        <w:rPr>
          <w:b/>
          <w:sz w:val="22"/>
        </w:rPr>
        <w:tab/>
      </w:r>
      <w:r w:rsidR="00595F84">
        <w:rPr>
          <w:b/>
          <w:sz w:val="22"/>
        </w:rPr>
        <w:tab/>
      </w:r>
      <w:r w:rsidRPr="00595F84">
        <w:rPr>
          <w:b/>
          <w:sz w:val="22"/>
        </w:rPr>
        <w:t>Sınıfı/No:</w:t>
      </w:r>
      <w:r w:rsidRPr="00595F84">
        <w:rPr>
          <w:b/>
          <w:sz w:val="22"/>
        </w:rPr>
        <w:tab/>
      </w:r>
      <w:r w:rsidRPr="00595F84">
        <w:rPr>
          <w:b/>
          <w:sz w:val="22"/>
        </w:rPr>
        <w:tab/>
      </w:r>
      <w:r w:rsidRPr="00595F84">
        <w:rPr>
          <w:b/>
          <w:sz w:val="22"/>
        </w:rPr>
        <w:tab/>
      </w:r>
      <w:r w:rsidR="00595F84">
        <w:rPr>
          <w:b/>
          <w:sz w:val="22"/>
        </w:rPr>
        <w:tab/>
      </w:r>
      <w:r w:rsidRPr="00595F84">
        <w:rPr>
          <w:b/>
          <w:sz w:val="22"/>
        </w:rPr>
        <w:t>Aldığı Not:</w:t>
      </w:r>
    </w:p>
    <w:p w14:paraId="09D9303C" w14:textId="77777777" w:rsidR="002D6A66" w:rsidRPr="00595F84" w:rsidRDefault="00000000" w:rsidP="00595F84">
      <w:pPr>
        <w:spacing w:after="40" w:line="360" w:lineRule="auto"/>
        <w:jc w:val="center"/>
        <w:rPr>
          <w:sz w:val="22"/>
        </w:rPr>
      </w:pPr>
      <w:r w:rsidRPr="00595F84">
        <w:rPr>
          <w:b/>
          <w:sz w:val="22"/>
        </w:rPr>
        <w:t>SORULAR</w:t>
      </w:r>
    </w:p>
    <w:p w14:paraId="6C1C26E4" w14:textId="77777777" w:rsidR="002D6A66" w:rsidRPr="00595F84" w:rsidRDefault="00000000" w:rsidP="00595F84">
      <w:pPr>
        <w:spacing w:after="80" w:line="360" w:lineRule="auto"/>
        <w:rPr>
          <w:bCs/>
          <w:sz w:val="22"/>
        </w:rPr>
      </w:pPr>
      <w:r w:rsidRPr="00595F84">
        <w:rPr>
          <w:b/>
          <w:sz w:val="22"/>
        </w:rPr>
        <w:t>1. Karayolu Trafik Güvenliği Kurulunun görevleri nelerdir? Yazınız. (10 Puan)</w:t>
      </w:r>
    </w:p>
    <w:p w14:paraId="0F0CE268" w14:textId="77777777" w:rsidR="002D6A66" w:rsidRPr="00595F84" w:rsidRDefault="00000000" w:rsidP="00595F84">
      <w:pPr>
        <w:spacing w:after="80" w:line="360" w:lineRule="auto"/>
        <w:rPr>
          <w:bCs/>
          <w:sz w:val="22"/>
        </w:rPr>
      </w:pPr>
      <w:r w:rsidRPr="00595F84">
        <w:rPr>
          <w:b/>
          <w:sz w:val="22"/>
        </w:rPr>
        <w:t>2. Bir kaza halinde yapmamız gereken işlemler nelerdir? Yazınız. (10 Puan)</w:t>
      </w:r>
    </w:p>
    <w:p w14:paraId="7C5660B5" w14:textId="77777777" w:rsidR="002D6A66" w:rsidRPr="00595F84" w:rsidRDefault="00000000" w:rsidP="00595F84">
      <w:pPr>
        <w:spacing w:after="80" w:line="360" w:lineRule="auto"/>
        <w:rPr>
          <w:bCs/>
          <w:sz w:val="22"/>
        </w:rPr>
      </w:pPr>
      <w:r w:rsidRPr="00595F84">
        <w:rPr>
          <w:b/>
          <w:sz w:val="22"/>
        </w:rPr>
        <w:t>3. Kaza tutanağı hangi durumlarda doldurulmaz? Yazınız. (10 Puan)</w:t>
      </w:r>
    </w:p>
    <w:p w14:paraId="18C8F10C" w14:textId="77777777" w:rsidR="002D6A66" w:rsidRPr="00595F84" w:rsidRDefault="00000000" w:rsidP="00595F84">
      <w:pPr>
        <w:spacing w:after="80" w:line="360" w:lineRule="auto"/>
        <w:rPr>
          <w:bCs/>
          <w:sz w:val="22"/>
        </w:rPr>
      </w:pPr>
      <w:r w:rsidRPr="00595F84">
        <w:rPr>
          <w:b/>
          <w:sz w:val="22"/>
        </w:rPr>
        <w:t>4. Aracın ruhsatında yer alan bilgiler nelerdir? Yazınız. (10 Puan)</w:t>
      </w:r>
    </w:p>
    <w:p w14:paraId="6FD42569" w14:textId="77777777" w:rsidR="002D6A66" w:rsidRPr="00595F84" w:rsidRDefault="00000000" w:rsidP="00595F84">
      <w:pPr>
        <w:spacing w:after="80" w:line="360" w:lineRule="auto"/>
        <w:rPr>
          <w:bCs/>
          <w:sz w:val="22"/>
        </w:rPr>
      </w:pPr>
      <w:r w:rsidRPr="00595F84">
        <w:rPr>
          <w:b/>
          <w:sz w:val="22"/>
        </w:rPr>
        <w:t>5. Araçla ilgili bilgilerin toplanabileceği teknik bilgi kaynakları nelerdir? Yazınız. (15 Puan)</w:t>
      </w:r>
    </w:p>
    <w:p w14:paraId="38AC14FF" w14:textId="77777777" w:rsidR="002D6A66" w:rsidRPr="00595F84" w:rsidRDefault="00000000" w:rsidP="00595F84">
      <w:pPr>
        <w:spacing w:after="80" w:line="360" w:lineRule="auto"/>
        <w:rPr>
          <w:bCs/>
          <w:sz w:val="22"/>
        </w:rPr>
      </w:pPr>
      <w:r w:rsidRPr="00595F84">
        <w:rPr>
          <w:b/>
          <w:sz w:val="22"/>
        </w:rPr>
        <w:t>6. Müşteri ile görüşmenin amacı nedir? Yazınız. (20 Puan)</w:t>
      </w:r>
    </w:p>
    <w:p w14:paraId="3CAE4B2F" w14:textId="77777777" w:rsidR="002D6A66" w:rsidRPr="00595F84" w:rsidRDefault="00000000" w:rsidP="00595F84">
      <w:pPr>
        <w:spacing w:after="80" w:line="360" w:lineRule="auto"/>
        <w:rPr>
          <w:bCs/>
          <w:sz w:val="22"/>
        </w:rPr>
      </w:pPr>
      <w:r w:rsidRPr="00595F84">
        <w:rPr>
          <w:b/>
          <w:sz w:val="22"/>
        </w:rPr>
        <w:t>7. Hasarlı bir araçta yapılan kontrol ve işlemler nelerdir? 5 (Beş) tanesini Yazınız. (25 Puan)</w:t>
      </w:r>
    </w:p>
    <w:p w14:paraId="05872E08" w14:textId="77777777" w:rsidR="00595F84" w:rsidRDefault="00595F84">
      <w:pPr>
        <w:spacing w:after="80" w:line="240" w:lineRule="auto"/>
      </w:pPr>
    </w:p>
    <w:p w14:paraId="2DFDA839" w14:textId="77777777" w:rsidR="002D6A66" w:rsidRDefault="00000000">
      <w:pPr>
        <w:spacing w:before="40" w:after="0"/>
      </w:pPr>
      <w:r>
        <w:rPr>
          <w:b/>
        </w:rPr>
        <w:t>Süre : 40 Dk</w:t>
      </w:r>
      <w:r>
        <w:rPr>
          <w:b/>
        </w:rPr>
        <w:tab/>
      </w:r>
      <w:r>
        <w:rPr>
          <w:b/>
        </w:rPr>
        <w:tab/>
      </w:r>
      <w:r>
        <w:rPr>
          <w:b/>
        </w:rPr>
        <w:tab/>
      </w:r>
      <w:r>
        <w:rPr>
          <w:b/>
        </w:rPr>
        <w:tab/>
      </w:r>
      <w:r>
        <w:rPr>
          <w:b/>
        </w:rPr>
        <w:tab/>
      </w:r>
      <w:r>
        <w:rPr>
          <w:b/>
        </w:rPr>
        <w:tab/>
      </w:r>
      <w:r>
        <w:rPr>
          <w:b/>
        </w:rPr>
        <w:tab/>
      </w:r>
      <w:r w:rsidR="00595F84">
        <w:rPr>
          <w:b/>
        </w:rPr>
        <w:tab/>
      </w:r>
      <w:r w:rsidR="00595F84">
        <w:rPr>
          <w:b/>
        </w:rPr>
        <w:tab/>
        <w:t xml:space="preserve">        </w:t>
      </w:r>
      <w:r>
        <w:rPr>
          <w:b/>
        </w:rPr>
        <w:t>Başarılar</w:t>
      </w:r>
    </w:p>
    <w:p w14:paraId="772B58D6" w14:textId="77777777" w:rsidR="002D6A66" w:rsidRDefault="00000000" w:rsidP="00595F84">
      <w:pPr>
        <w:spacing w:after="0"/>
        <w:ind w:left="5760" w:firstLine="720"/>
      </w:pPr>
      <w:r>
        <w:rPr>
          <w:b/>
        </w:rPr>
        <w:t>Mot.Arç.Tekn Öğrt Abdullah YANIK</w:t>
      </w:r>
    </w:p>
    <w:p w14:paraId="54FC0A8B" w14:textId="77777777" w:rsidR="002D6A66" w:rsidRDefault="00000000">
      <w:r>
        <w:br w:type="page"/>
      </w:r>
    </w:p>
    <w:p w14:paraId="642D59A0" w14:textId="6B50D582" w:rsidR="002D6A66" w:rsidRPr="00595F84" w:rsidRDefault="00000000">
      <w:pPr>
        <w:spacing w:after="60"/>
        <w:jc w:val="center"/>
        <w:rPr>
          <w:b/>
          <w:sz w:val="22"/>
        </w:rPr>
      </w:pPr>
      <w:r w:rsidRPr="00595F84">
        <w:rPr>
          <w:b/>
          <w:sz w:val="22"/>
        </w:rPr>
        <w:lastRenderedPageBreak/>
        <w:t xml:space="preserve">2026/2027 </w:t>
      </w:r>
      <w:r w:rsidR="007077AA">
        <w:rPr>
          <w:b/>
          <w:sz w:val="22"/>
        </w:rPr>
        <w:t xml:space="preserve">SEÇMELİ </w:t>
      </w:r>
      <w:r w:rsidRPr="00595F84">
        <w:rPr>
          <w:b/>
          <w:sz w:val="22"/>
        </w:rPr>
        <w:t>HASARLI ARAÇ İŞLEMLERİ DERSİ 1.DÖNEM 1.YAZILI CEVAP ANAHTARI</w:t>
      </w:r>
    </w:p>
    <w:p w14:paraId="3AD434E1" w14:textId="77777777" w:rsidR="00595F84" w:rsidRPr="00595F84" w:rsidRDefault="00595F84">
      <w:pPr>
        <w:spacing w:after="60"/>
        <w:jc w:val="center"/>
        <w:rPr>
          <w:sz w:val="24"/>
          <w:szCs w:val="24"/>
        </w:rPr>
      </w:pPr>
    </w:p>
    <w:tbl>
      <w:tblPr>
        <w:tblW w:w="0" w:type="auto"/>
        <w:jc w:val="center"/>
        <w:tblLook w:val="04A0" w:firstRow="1" w:lastRow="0" w:firstColumn="1" w:lastColumn="0" w:noHBand="0" w:noVBand="1"/>
      </w:tblPr>
      <w:tblGrid>
        <w:gridCol w:w="10596"/>
      </w:tblGrid>
      <w:tr w:rsidR="002D6A66" w:rsidRPr="00595F84" w14:paraId="5A0A10ED" w14:textId="77777777">
        <w:trPr>
          <w:jc w:val="center"/>
        </w:trPr>
        <w:tc>
          <w:tcPr>
            <w:tcW w:w="10596" w:type="dxa"/>
            <w:tcMar>
              <w:top w:w="70" w:type="dxa"/>
              <w:left w:w="90" w:type="dxa"/>
              <w:bottom w:w="70" w:type="dxa"/>
              <w:right w:w="90" w:type="dxa"/>
            </w:tcMar>
            <w:vAlign w:val="center"/>
          </w:tcPr>
          <w:p w14:paraId="79FD68D6" w14:textId="77777777" w:rsidR="00D3678A" w:rsidRDefault="00000000">
            <w:pPr>
              <w:spacing w:after="0" w:line="228" w:lineRule="auto"/>
            </w:pPr>
            <w:r>
              <w:rPr>
                <w:b/>
                <w:sz w:val="18"/>
              </w:rPr>
              <w:t>1. Karayolu Trafik Güvenliği Kurulunun görevleri nelerdir? Yazınız. (10 Puan)</w:t>
            </w:r>
          </w:p>
          <w:p w14:paraId="09ABD66D" w14:textId="77777777" w:rsidR="00D3678A" w:rsidRDefault="00000000">
            <w:pPr>
              <w:spacing w:after="0" w:line="221" w:lineRule="auto"/>
            </w:pPr>
            <w:r>
              <w:rPr>
                <w:sz w:val="17"/>
              </w:rPr>
              <w:t>1. Trafikle ilgili kuruluşlar arasında koordinasyon sağlanmasına ilişkin önerilerde bulunmak,</w:t>
            </w:r>
          </w:p>
          <w:p w14:paraId="204DD0AB" w14:textId="77777777" w:rsidR="00D3678A" w:rsidRDefault="00000000">
            <w:pPr>
              <w:spacing w:after="0" w:line="221" w:lineRule="auto"/>
            </w:pPr>
            <w:r>
              <w:rPr>
                <w:sz w:val="17"/>
              </w:rPr>
              <w:t>2. Trafik kazalarının azaltılmasına ilişkin önerilerde bulunmak,</w:t>
            </w:r>
          </w:p>
          <w:p w14:paraId="644AE505" w14:textId="77777777" w:rsidR="00D3678A" w:rsidRDefault="00000000">
            <w:pPr>
              <w:spacing w:after="0" w:line="221" w:lineRule="auto"/>
            </w:pPr>
            <w:r>
              <w:rPr>
                <w:sz w:val="17"/>
              </w:rPr>
              <w:t>3. Uygulamada görülen aksaklıkları tespit etmek,</w:t>
            </w:r>
          </w:p>
          <w:p w14:paraId="2840D3CC" w14:textId="77777777" w:rsidR="00D3678A" w:rsidRDefault="00000000">
            <w:pPr>
              <w:spacing w:after="0" w:line="221" w:lineRule="auto"/>
            </w:pPr>
            <w:r>
              <w:rPr>
                <w:sz w:val="17"/>
              </w:rPr>
              <w:t>4. Kendi görev alanına giren konularla ilgili yasal düzenlemeden kaynaklanan eksiklikleri belirlemek.</w:t>
            </w:r>
          </w:p>
        </w:tc>
      </w:tr>
      <w:tr w:rsidR="002D6A66" w:rsidRPr="00595F84" w14:paraId="27430DCF" w14:textId="77777777">
        <w:trPr>
          <w:jc w:val="center"/>
        </w:trPr>
        <w:tc>
          <w:tcPr>
            <w:tcW w:w="10596" w:type="dxa"/>
            <w:tcMar>
              <w:top w:w="70" w:type="dxa"/>
              <w:left w:w="90" w:type="dxa"/>
              <w:bottom w:w="70" w:type="dxa"/>
              <w:right w:w="90" w:type="dxa"/>
            </w:tcMar>
            <w:vAlign w:val="center"/>
          </w:tcPr>
          <w:p w14:paraId="4F382971" w14:textId="77777777" w:rsidR="00D3678A" w:rsidRDefault="00000000">
            <w:pPr>
              <w:spacing w:after="0" w:line="228" w:lineRule="auto"/>
            </w:pPr>
            <w:r>
              <w:rPr>
                <w:b/>
                <w:sz w:val="18"/>
              </w:rPr>
              <w:t>2. Bir kaza halinde yapmamız gereken işlemler nelerdir? Yazınız. (10 Puan)</w:t>
            </w:r>
          </w:p>
          <w:p w14:paraId="389AA99F" w14:textId="77777777" w:rsidR="00D3678A" w:rsidRDefault="00000000">
            <w:pPr>
              <w:spacing w:after="0" w:line="221" w:lineRule="auto"/>
            </w:pPr>
            <w:r>
              <w:rPr>
                <w:sz w:val="17"/>
              </w:rPr>
              <w:t>1.Kaza yerinde aracın konumunu değiştirmeden trafik polisini aramalı, kaza zaptı tutturmalı ve alkol raporu alınmalıdır.</w:t>
            </w:r>
          </w:p>
          <w:p w14:paraId="2069FCE0" w14:textId="77777777" w:rsidR="00D3678A" w:rsidRDefault="00000000">
            <w:pPr>
              <w:spacing w:after="0" w:line="221" w:lineRule="auto"/>
            </w:pPr>
            <w:r>
              <w:rPr>
                <w:sz w:val="17"/>
              </w:rPr>
              <w:t>2.Kaza yeri jandarma sınırları içindeyse en yakın jandarma karakoluna haber vererek ifade vermeli ve görgü tespit tutanağı tutturulmalıdır.</w:t>
            </w:r>
          </w:p>
          <w:p w14:paraId="1D16D520" w14:textId="77777777" w:rsidR="00D3678A" w:rsidRDefault="00000000">
            <w:pPr>
              <w:spacing w:after="0" w:line="221" w:lineRule="auto"/>
            </w:pPr>
            <w:r>
              <w:rPr>
                <w:sz w:val="17"/>
              </w:rPr>
              <w:t>3.Kazaya başka bir araç da karışmış ise, o araca ait trafik poliçesinin fotokopisini ve sürücüsünün ehliyet ve ruhsat fotokopisi alınmalıdır.</w:t>
            </w:r>
          </w:p>
          <w:p w14:paraId="0FFAE580" w14:textId="77777777" w:rsidR="00D3678A" w:rsidRDefault="00000000">
            <w:pPr>
              <w:spacing w:after="0" w:line="221" w:lineRule="auto"/>
            </w:pPr>
            <w:r>
              <w:rPr>
                <w:sz w:val="17"/>
              </w:rPr>
              <w:t>Araç çalışmıyorsa, çekici için sigorta şirketi aramalı en yakın servise aracın çekilmesi sağlamalıdır.</w:t>
            </w:r>
          </w:p>
        </w:tc>
      </w:tr>
      <w:tr w:rsidR="002D6A66" w:rsidRPr="00595F84" w14:paraId="15427ABD" w14:textId="77777777">
        <w:trPr>
          <w:jc w:val="center"/>
        </w:trPr>
        <w:tc>
          <w:tcPr>
            <w:tcW w:w="10596" w:type="dxa"/>
            <w:tcMar>
              <w:top w:w="70" w:type="dxa"/>
              <w:left w:w="90" w:type="dxa"/>
              <w:bottom w:w="70" w:type="dxa"/>
              <w:right w:w="90" w:type="dxa"/>
            </w:tcMar>
            <w:vAlign w:val="center"/>
          </w:tcPr>
          <w:p w14:paraId="52757B6A" w14:textId="77777777" w:rsidR="00D3678A" w:rsidRDefault="00000000">
            <w:pPr>
              <w:spacing w:after="0" w:line="228" w:lineRule="auto"/>
            </w:pPr>
            <w:r>
              <w:rPr>
                <w:b/>
                <w:sz w:val="18"/>
              </w:rPr>
              <w:t>3. Kaza tutanağı hangi durumlarda doldurulmaz? Yazınız. (10 Puan)</w:t>
            </w:r>
          </w:p>
          <w:p w14:paraId="000C7AB6" w14:textId="77777777" w:rsidR="00D3678A" w:rsidRDefault="00000000">
            <w:pPr>
              <w:spacing w:after="0" w:line="221" w:lineRule="auto"/>
            </w:pPr>
            <w:r>
              <w:rPr>
                <w:sz w:val="17"/>
              </w:rPr>
              <w:t>Sürücü belgesiz motorlu araç kullanılıyorsa veya yetersiz sürücü belgesi ile motorlu araç kullanılıyorsa,</w:t>
            </w:r>
          </w:p>
          <w:p w14:paraId="79CC4C7D" w14:textId="77777777" w:rsidR="00D3678A" w:rsidRDefault="00000000">
            <w:pPr>
              <w:spacing w:after="0" w:line="221" w:lineRule="auto"/>
            </w:pPr>
            <w:r>
              <w:rPr>
                <w:sz w:val="17"/>
              </w:rPr>
              <w:t>Sürücüde yaş küçüklüğü varsa,</w:t>
            </w:r>
          </w:p>
          <w:p w14:paraId="2D9F5657" w14:textId="77777777" w:rsidR="00D3678A" w:rsidRDefault="00000000">
            <w:pPr>
              <w:spacing w:after="0" w:line="221" w:lineRule="auto"/>
            </w:pPr>
            <w:r>
              <w:rPr>
                <w:sz w:val="17"/>
              </w:rPr>
              <w:t>Sürücüde alkol veya akıl sağlığı şüphesi varsa,</w:t>
            </w:r>
          </w:p>
          <w:p w14:paraId="54C023B1" w14:textId="77777777" w:rsidR="00D3678A" w:rsidRDefault="00000000">
            <w:pPr>
              <w:spacing w:after="0" w:line="221" w:lineRule="auto"/>
            </w:pPr>
            <w:r>
              <w:rPr>
                <w:sz w:val="17"/>
              </w:rPr>
              <w:t>Kazaya karışan araçlardan biri veya daha fazlası kamu kurumlarına ait ise,</w:t>
            </w:r>
          </w:p>
          <w:p w14:paraId="6A262034" w14:textId="77777777" w:rsidR="00D3678A" w:rsidRDefault="00000000">
            <w:pPr>
              <w:spacing w:after="0" w:line="221" w:lineRule="auto"/>
            </w:pPr>
            <w:r>
              <w:rPr>
                <w:sz w:val="17"/>
              </w:rPr>
              <w:t>Trafik kazası ölüm ve/veya yaralanma ile sonuçlanmışsa.</w:t>
            </w:r>
          </w:p>
          <w:p w14:paraId="53AE621A" w14:textId="77777777" w:rsidR="00D3678A" w:rsidRDefault="00000000">
            <w:pPr>
              <w:spacing w:after="0" w:line="221" w:lineRule="auto"/>
            </w:pPr>
            <w:r>
              <w:rPr>
                <w:sz w:val="17"/>
              </w:rPr>
              <w:t>Trafik Kazasında sadece 3 üncü kişilere ait eşyalara zarar gelirse,</w:t>
            </w:r>
          </w:p>
          <w:p w14:paraId="63F658E8" w14:textId="77777777" w:rsidR="00D3678A" w:rsidRDefault="00000000">
            <w:pPr>
              <w:spacing w:after="0" w:line="221" w:lineRule="auto"/>
            </w:pPr>
            <w:r>
              <w:rPr>
                <w:sz w:val="17"/>
              </w:rPr>
              <w:t>Kazaya karışan araçlardan birinin veya birkaçının trafik sigortası yok ise,</w:t>
            </w:r>
          </w:p>
          <w:p w14:paraId="7CBDB7D6" w14:textId="77777777" w:rsidR="00D3678A" w:rsidRDefault="00000000">
            <w:pPr>
              <w:spacing w:after="0" w:line="221" w:lineRule="auto"/>
            </w:pPr>
            <w:r>
              <w:rPr>
                <w:sz w:val="17"/>
              </w:rPr>
              <w:t>Kamu kurumlarına ait eşyada zarar meydana gelirse,</w:t>
            </w:r>
          </w:p>
        </w:tc>
      </w:tr>
      <w:tr w:rsidR="002D6A66" w:rsidRPr="00595F84" w14:paraId="1D034718" w14:textId="77777777">
        <w:trPr>
          <w:jc w:val="center"/>
        </w:trPr>
        <w:tc>
          <w:tcPr>
            <w:tcW w:w="10596" w:type="dxa"/>
            <w:tcMar>
              <w:top w:w="70" w:type="dxa"/>
              <w:left w:w="90" w:type="dxa"/>
              <w:bottom w:w="70" w:type="dxa"/>
              <w:right w:w="90" w:type="dxa"/>
            </w:tcMar>
            <w:vAlign w:val="center"/>
          </w:tcPr>
          <w:p w14:paraId="326B7103" w14:textId="77777777" w:rsidR="00D3678A" w:rsidRDefault="00000000">
            <w:pPr>
              <w:spacing w:after="0" w:line="228" w:lineRule="auto"/>
            </w:pPr>
            <w:r>
              <w:rPr>
                <w:b/>
                <w:sz w:val="18"/>
              </w:rPr>
              <w:t>4. Aracın ruhsatında yer alan bilgiler nelerdir? Yazınız. (10 Puan)</w:t>
            </w:r>
          </w:p>
          <w:p w14:paraId="5EDB5D73" w14:textId="77777777" w:rsidR="00D3678A" w:rsidRDefault="00000000">
            <w:pPr>
              <w:spacing w:after="0" w:line="221" w:lineRule="auto"/>
            </w:pPr>
            <w:r>
              <w:rPr>
                <w:sz w:val="17"/>
              </w:rPr>
              <w:t>1.Marka   2. Tip   3.Model   4.Renk</w:t>
            </w:r>
          </w:p>
          <w:p w14:paraId="209CEB0F" w14:textId="77777777" w:rsidR="00D3678A" w:rsidRDefault="00000000">
            <w:pPr>
              <w:spacing w:after="0" w:line="221" w:lineRule="auto"/>
            </w:pPr>
            <w:r>
              <w:rPr>
                <w:sz w:val="17"/>
              </w:rPr>
              <w:t>5.Motor numarası   6.Şase numarası</w:t>
            </w:r>
          </w:p>
          <w:p w14:paraId="3EF24F9A" w14:textId="77777777" w:rsidR="00D3678A" w:rsidRDefault="00000000">
            <w:pPr>
              <w:spacing w:after="0" w:line="221" w:lineRule="auto"/>
            </w:pPr>
            <w:r>
              <w:rPr>
                <w:sz w:val="17"/>
              </w:rPr>
              <w:t>7.İstiap haddi   8.Koltuk sayısı</w:t>
            </w:r>
          </w:p>
          <w:p w14:paraId="70E4A6C7" w14:textId="77777777" w:rsidR="00D3678A" w:rsidRDefault="00000000">
            <w:pPr>
              <w:spacing w:after="0" w:line="221" w:lineRule="auto"/>
            </w:pPr>
            <w:r>
              <w:rPr>
                <w:sz w:val="17"/>
              </w:rPr>
              <w:t>9.Sahibinin TC kimlik numarası</w:t>
            </w:r>
          </w:p>
          <w:p w14:paraId="0EDF0659" w14:textId="77777777" w:rsidR="00D3678A" w:rsidRDefault="00000000">
            <w:pPr>
              <w:spacing w:after="0" w:line="221" w:lineRule="auto"/>
            </w:pPr>
            <w:r>
              <w:rPr>
                <w:sz w:val="17"/>
              </w:rPr>
              <w:t>10.Sahibinin Adı Soyadı   11.Adres bilgileri</w:t>
            </w:r>
          </w:p>
        </w:tc>
      </w:tr>
      <w:tr w:rsidR="002D6A66" w:rsidRPr="00595F84" w14:paraId="258FCAF9" w14:textId="77777777">
        <w:trPr>
          <w:jc w:val="center"/>
        </w:trPr>
        <w:tc>
          <w:tcPr>
            <w:tcW w:w="10596" w:type="dxa"/>
            <w:tcMar>
              <w:top w:w="70" w:type="dxa"/>
              <w:left w:w="90" w:type="dxa"/>
              <w:bottom w:w="70" w:type="dxa"/>
              <w:right w:w="90" w:type="dxa"/>
            </w:tcMar>
            <w:vAlign w:val="center"/>
          </w:tcPr>
          <w:p w14:paraId="21CB377E" w14:textId="77777777" w:rsidR="00D3678A" w:rsidRDefault="00000000">
            <w:pPr>
              <w:spacing w:after="0" w:line="228" w:lineRule="auto"/>
            </w:pPr>
            <w:r>
              <w:rPr>
                <w:b/>
                <w:sz w:val="18"/>
              </w:rPr>
              <w:t>5. Araçla ilgili bilgilerin toplanabileceği teknik bilgi kaynakları nelerdir? Yazınız. (15 Puan)</w:t>
            </w:r>
          </w:p>
          <w:p w14:paraId="0C1C931A" w14:textId="77777777" w:rsidR="00D3678A" w:rsidRDefault="00000000">
            <w:pPr>
              <w:spacing w:after="0" w:line="221" w:lineRule="auto"/>
            </w:pPr>
            <w:r>
              <w:rPr>
                <w:sz w:val="17"/>
              </w:rPr>
              <w:t>1.Araç tanıtım plakaları</w:t>
            </w:r>
          </w:p>
          <w:p w14:paraId="3F43F402" w14:textId="77777777" w:rsidR="00D3678A" w:rsidRDefault="00000000">
            <w:pPr>
              <w:spacing w:after="0" w:line="221" w:lineRule="auto"/>
            </w:pPr>
            <w:r>
              <w:rPr>
                <w:sz w:val="17"/>
              </w:rPr>
              <w:t>2.Onarım katalogları</w:t>
            </w:r>
          </w:p>
          <w:p w14:paraId="2CF4C6F8" w14:textId="77777777" w:rsidR="00D3678A" w:rsidRDefault="00000000">
            <w:pPr>
              <w:spacing w:after="0" w:line="221" w:lineRule="auto"/>
            </w:pPr>
            <w:r>
              <w:rPr>
                <w:sz w:val="17"/>
              </w:rPr>
              <w:t>3.Teknik bültenler</w:t>
            </w:r>
          </w:p>
          <w:p w14:paraId="4581F48E" w14:textId="77777777" w:rsidR="00D3678A" w:rsidRDefault="00000000">
            <w:pPr>
              <w:spacing w:after="0" w:line="221" w:lineRule="auto"/>
            </w:pPr>
            <w:r>
              <w:rPr>
                <w:sz w:val="17"/>
              </w:rPr>
              <w:t>4.Yedek parça katalogları</w:t>
            </w:r>
          </w:p>
        </w:tc>
      </w:tr>
      <w:tr w:rsidR="002D6A66" w:rsidRPr="00595F84" w14:paraId="2D1F6DBC" w14:textId="77777777">
        <w:trPr>
          <w:jc w:val="center"/>
        </w:trPr>
        <w:tc>
          <w:tcPr>
            <w:tcW w:w="10596" w:type="dxa"/>
            <w:tcMar>
              <w:top w:w="70" w:type="dxa"/>
              <w:left w:w="90" w:type="dxa"/>
              <w:bottom w:w="70" w:type="dxa"/>
              <w:right w:w="90" w:type="dxa"/>
            </w:tcMar>
            <w:vAlign w:val="center"/>
          </w:tcPr>
          <w:p w14:paraId="186A6EB4" w14:textId="77777777" w:rsidR="00D3678A" w:rsidRDefault="00000000">
            <w:pPr>
              <w:spacing w:after="0" w:line="228" w:lineRule="auto"/>
            </w:pPr>
            <w:r>
              <w:rPr>
                <w:b/>
                <w:sz w:val="18"/>
              </w:rPr>
              <w:t>6. Müşteri ile görüşmenin amacı nedir? Yazınız. (20 Puan)</w:t>
            </w:r>
          </w:p>
          <w:p w14:paraId="4625A45D" w14:textId="77777777" w:rsidR="00D3678A" w:rsidRDefault="00000000">
            <w:pPr>
              <w:spacing w:after="0" w:line="221" w:lineRule="auto"/>
            </w:pPr>
            <w:r>
              <w:rPr>
                <w:sz w:val="17"/>
              </w:rPr>
              <w:t>Müşterilerle görüşmenin amacı iş ahlakı ve müşteri ilişkileri göz önünde bulundurularak müşterilerin gereksinim ve beklentileri hakkında bilgi toplamak ve bu bilgiler yardımıyla araçlar üzerinde hasar tespiti işlemlerini, katalog standartları ölçüsünde yapabilmektir.</w:t>
            </w:r>
          </w:p>
        </w:tc>
      </w:tr>
      <w:tr w:rsidR="002D6A66" w:rsidRPr="00595F84" w14:paraId="44610C5F" w14:textId="77777777">
        <w:trPr>
          <w:jc w:val="center"/>
        </w:trPr>
        <w:tc>
          <w:tcPr>
            <w:tcW w:w="10596" w:type="dxa"/>
            <w:tcMar>
              <w:top w:w="70" w:type="dxa"/>
              <w:left w:w="90" w:type="dxa"/>
              <w:bottom w:w="70" w:type="dxa"/>
              <w:right w:w="90" w:type="dxa"/>
            </w:tcMar>
            <w:vAlign w:val="center"/>
          </w:tcPr>
          <w:p w14:paraId="29C198FE" w14:textId="77777777" w:rsidR="00D3678A" w:rsidRDefault="00000000">
            <w:pPr>
              <w:spacing w:after="0" w:line="228" w:lineRule="auto"/>
            </w:pPr>
            <w:r>
              <w:rPr>
                <w:b/>
                <w:sz w:val="18"/>
              </w:rPr>
              <w:t>7. Hasarlı bir araçta yapılan kontrol ve işlemler nelerdir? 5 (Beş) tanesini Yazınız. (25 Puan)</w:t>
            </w:r>
          </w:p>
          <w:p w14:paraId="03171DFF" w14:textId="77777777" w:rsidR="00D3678A" w:rsidRDefault="00000000">
            <w:pPr>
              <w:spacing w:after="0" w:line="221" w:lineRule="auto"/>
            </w:pPr>
            <w:r>
              <w:rPr>
                <w:sz w:val="17"/>
              </w:rPr>
              <w:t>a. Aracın darbe alış şeklinin belirlenmesi</w:t>
            </w:r>
          </w:p>
          <w:p w14:paraId="28E66B52" w14:textId="77777777" w:rsidR="00D3678A" w:rsidRDefault="00000000">
            <w:pPr>
              <w:spacing w:after="0" w:line="221" w:lineRule="auto"/>
            </w:pPr>
            <w:r>
              <w:rPr>
                <w:sz w:val="17"/>
              </w:rPr>
              <w:t>b. Gözle kontrol</w:t>
            </w:r>
          </w:p>
          <w:p w14:paraId="2AAFFEA9" w14:textId="77777777" w:rsidR="00D3678A" w:rsidRDefault="00000000">
            <w:pPr>
              <w:spacing w:after="0" w:line="221" w:lineRule="auto"/>
            </w:pPr>
            <w:r>
              <w:rPr>
                <w:sz w:val="17"/>
              </w:rPr>
              <w:t>c. Mastar ile kontrol</w:t>
            </w:r>
          </w:p>
          <w:p w14:paraId="3CC96A05" w14:textId="77777777" w:rsidR="00D3678A" w:rsidRDefault="00000000">
            <w:pPr>
              <w:spacing w:after="0" w:line="221" w:lineRule="auto"/>
            </w:pPr>
            <w:r>
              <w:rPr>
                <w:sz w:val="17"/>
              </w:rPr>
              <w:t>d. Ön-Arka takımların kontrolü</w:t>
            </w:r>
          </w:p>
          <w:p w14:paraId="15F50661" w14:textId="77777777" w:rsidR="00D3678A" w:rsidRDefault="00000000">
            <w:pPr>
              <w:spacing w:after="0" w:line="221" w:lineRule="auto"/>
            </w:pPr>
            <w:r>
              <w:rPr>
                <w:sz w:val="17"/>
              </w:rPr>
              <w:t>e. Düzeltilip değişecek elemanların belirlenmesi</w:t>
            </w:r>
          </w:p>
          <w:p w14:paraId="7402726E" w14:textId="77777777" w:rsidR="00D3678A" w:rsidRDefault="00000000">
            <w:pPr>
              <w:spacing w:after="0" w:line="221" w:lineRule="auto"/>
            </w:pPr>
            <w:r>
              <w:rPr>
                <w:sz w:val="17"/>
              </w:rPr>
              <w:t>f. Onarım planının yapılması</w:t>
            </w:r>
          </w:p>
          <w:p w14:paraId="1CECD2D6" w14:textId="77777777" w:rsidR="00D3678A" w:rsidRDefault="00000000">
            <w:pPr>
              <w:spacing w:after="0" w:line="221" w:lineRule="auto"/>
            </w:pPr>
            <w:r>
              <w:rPr>
                <w:sz w:val="17"/>
              </w:rPr>
              <w:t>g. Onarım sırasında gerekli güvenlik tedbirlerinin alınması</w:t>
            </w:r>
          </w:p>
        </w:tc>
      </w:tr>
    </w:tbl>
    <w:p w14:paraId="5A246DEE" w14:textId="77777777" w:rsidR="00DF3F4A" w:rsidRDefault="00DF3F4A"/>
    <w:sectPr w:rsidR="00DF3F4A" w:rsidSect="00034616">
      <w:pgSz w:w="12240" w:h="15840"/>
      <w:pgMar w:top="652" w:right="822" w:bottom="595" w:left="8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4AF5567E"/>
    <w:multiLevelType w:val="hybridMultilevel"/>
    <w:tmpl w:val="F154DC7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3EC1EFE"/>
    <w:multiLevelType w:val="hybridMultilevel"/>
    <w:tmpl w:val="56429EE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44963C7"/>
    <w:multiLevelType w:val="hybridMultilevel"/>
    <w:tmpl w:val="36D608F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933902084">
    <w:abstractNumId w:val="8"/>
  </w:num>
  <w:num w:numId="2" w16cid:durableId="892354849">
    <w:abstractNumId w:val="6"/>
  </w:num>
  <w:num w:numId="3" w16cid:durableId="8145828">
    <w:abstractNumId w:val="5"/>
  </w:num>
  <w:num w:numId="4" w16cid:durableId="62339978">
    <w:abstractNumId w:val="4"/>
  </w:num>
  <w:num w:numId="5" w16cid:durableId="1480076533">
    <w:abstractNumId w:val="7"/>
  </w:num>
  <w:num w:numId="6" w16cid:durableId="932085288">
    <w:abstractNumId w:val="3"/>
  </w:num>
  <w:num w:numId="7" w16cid:durableId="414862227">
    <w:abstractNumId w:val="2"/>
  </w:num>
  <w:num w:numId="8" w16cid:durableId="86004017">
    <w:abstractNumId w:val="1"/>
  </w:num>
  <w:num w:numId="9" w16cid:durableId="1242985829">
    <w:abstractNumId w:val="0"/>
  </w:num>
  <w:num w:numId="10" w16cid:durableId="438835600">
    <w:abstractNumId w:val="10"/>
  </w:num>
  <w:num w:numId="11" w16cid:durableId="549151816">
    <w:abstractNumId w:val="11"/>
  </w:num>
  <w:num w:numId="12" w16cid:durableId="1847532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6A66"/>
    <w:rsid w:val="00326F90"/>
    <w:rsid w:val="00595F84"/>
    <w:rsid w:val="007077AA"/>
    <w:rsid w:val="00AA1D8D"/>
    <w:rsid w:val="00B47730"/>
    <w:rsid w:val="00C415EA"/>
    <w:rsid w:val="00CB0664"/>
    <w:rsid w:val="00D3678A"/>
    <w:rsid w:val="00DA68DD"/>
    <w:rsid w:val="00DF3F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4509EC"/>
  <w14:defaultImageDpi w14:val="300"/>
  <w15:docId w15:val="{C3CF4D37-697F-46CA-9A8C-C4BDFB117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533</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Abdullah Yanik</cp:lastModifiedBy>
  <cp:revision>2</cp:revision>
  <dcterms:created xsi:type="dcterms:W3CDTF">2026-09-12T18:16:00Z</dcterms:created>
  <dcterms:modified xsi:type="dcterms:W3CDTF">2026-09-12T18:16:00Z</dcterms:modified>
  <cp:category/>
</cp:coreProperties>
</file>