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7B94" w14:textId="77777777" w:rsidR="00AD5E1E" w:rsidRPr="00595F84" w:rsidRDefault="00AD5E1E" w:rsidP="00AD5E1E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 xml:space="preserve">……………………… </w:t>
      </w:r>
      <w:r w:rsidRPr="00595F84">
        <w:rPr>
          <w:b/>
          <w:sz w:val="22"/>
        </w:rPr>
        <w:t xml:space="preserve"> MESLEKİ </w:t>
      </w:r>
      <w:r>
        <w:rPr>
          <w:b/>
          <w:sz w:val="22"/>
        </w:rPr>
        <w:t>VE TENİK ANADOLU LİSESİ</w:t>
      </w:r>
    </w:p>
    <w:p w14:paraId="153BD8A0" w14:textId="77777777" w:rsidR="00AD5E1E" w:rsidRPr="00595F84" w:rsidRDefault="00AD5E1E" w:rsidP="00AD5E1E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33F22F58" w14:textId="5F2FBD84" w:rsidR="00AD5E1E" w:rsidRPr="00595F84" w:rsidRDefault="00AD5E1E" w:rsidP="00AD5E1E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 xml:space="preserve">SEÇMELİ </w:t>
      </w:r>
      <w:r w:rsidRPr="00595F84">
        <w:rPr>
          <w:b/>
          <w:sz w:val="22"/>
        </w:rPr>
        <w:t xml:space="preserve">HASARLI ARAÇ İŞLEMLERİ DERSİ 1.DÖNEM </w:t>
      </w:r>
      <w:r>
        <w:rPr>
          <w:b/>
          <w:sz w:val="22"/>
        </w:rPr>
        <w:t>2</w:t>
      </w:r>
      <w:r w:rsidRPr="00595F84">
        <w:rPr>
          <w:b/>
          <w:sz w:val="22"/>
        </w:rPr>
        <w:t>.YAZILI YOKLAMASI</w:t>
      </w:r>
    </w:p>
    <w:p w14:paraId="7AE97A44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6A047CC2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49331AA2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1. Hasar ve Hasar teşhisinin amacı nedir yazınız? (10 Puan)</w:t>
      </w:r>
    </w:p>
    <w:p w14:paraId="489191DE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2. Hasar tespiti nasıl yapılmalıdır? Yazınız. (10 Puan)</w:t>
      </w:r>
    </w:p>
    <w:p w14:paraId="1395C366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3. Yedek parçalar ekspertiz formuna işlenmeden önce yapılacak işlemler nelerdir? Yazınız. (10 Puan)</w:t>
      </w:r>
    </w:p>
    <w:p w14:paraId="7375DA0C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4. Hasarlı araç sahibi yani müşteri hangi konularda bilgilendirilir? Yazınız. (10 Puan)</w:t>
      </w:r>
    </w:p>
    <w:p w14:paraId="0B3AEED5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5. Kazalı araç onarım için servise geldikten sonra yapılan işlemler sırasıyla nelerdir? Yazınız. (15 Puan)</w:t>
      </w:r>
    </w:p>
    <w:p w14:paraId="6EE90737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6. Hasarlı araç evraklarının hazırlanması işlemleri nelerdir? Yazınız. (20 Puan)</w:t>
      </w:r>
    </w:p>
    <w:p w14:paraId="7CC6BEC4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7. Araç onarımı yani iş bitiminde yapılan işlemler nelerdir? Yazınız. (25 Puan)</w:t>
      </w:r>
    </w:p>
    <w:p w14:paraId="6F9153B8" w14:textId="77777777" w:rsidR="00595F84" w:rsidRDefault="00595F84">
      <w:pPr>
        <w:spacing w:after="80" w:line="240" w:lineRule="auto"/>
      </w:pPr>
    </w:p>
    <w:p w14:paraId="3545B70D" w14:textId="77777777" w:rsidR="002D6A66" w:rsidRDefault="00000000">
      <w:pPr>
        <w:spacing w:before="40" w:after="0"/>
      </w:pPr>
      <w:r>
        <w:rPr>
          <w:b/>
        </w:rPr>
        <w:t>Süre :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95F84">
        <w:rPr>
          <w:b/>
        </w:rPr>
        <w:tab/>
      </w:r>
      <w:r w:rsidR="00595F84">
        <w:rPr>
          <w:b/>
        </w:rPr>
        <w:tab/>
        <w:t xml:space="preserve">        </w:t>
      </w:r>
      <w:r>
        <w:rPr>
          <w:b/>
        </w:rPr>
        <w:t>Başarılar</w:t>
      </w:r>
    </w:p>
    <w:p w14:paraId="4E8C3547" w14:textId="77777777" w:rsidR="002D6A66" w:rsidRDefault="00000000" w:rsidP="00595F84">
      <w:pPr>
        <w:spacing w:after="0"/>
        <w:ind w:left="5760" w:firstLine="720"/>
      </w:pPr>
      <w:r>
        <w:rPr>
          <w:b/>
        </w:rPr>
        <w:t>Mot.Arç.Tekn Öğrt Abdullah YANIK</w:t>
      </w:r>
    </w:p>
    <w:p w14:paraId="73E4D089" w14:textId="77777777" w:rsidR="002D6A66" w:rsidRDefault="00000000">
      <w:r>
        <w:br w:type="page"/>
      </w:r>
    </w:p>
    <w:p w14:paraId="2C211F9E" w14:textId="68585C09" w:rsidR="002D6A66" w:rsidRPr="00595F84" w:rsidRDefault="00000000">
      <w:pPr>
        <w:spacing w:after="60"/>
        <w:jc w:val="center"/>
        <w:rPr>
          <w:b/>
          <w:sz w:val="22"/>
        </w:rPr>
      </w:pPr>
      <w:r w:rsidRPr="00595F84">
        <w:rPr>
          <w:b/>
          <w:sz w:val="22"/>
        </w:rPr>
        <w:lastRenderedPageBreak/>
        <w:t xml:space="preserve">2026/2027 </w:t>
      </w:r>
      <w:r w:rsidR="00AD5E1E">
        <w:rPr>
          <w:b/>
          <w:sz w:val="22"/>
        </w:rPr>
        <w:t xml:space="preserve">SEÇMELİ </w:t>
      </w:r>
      <w:r w:rsidRPr="00595F84">
        <w:rPr>
          <w:b/>
          <w:sz w:val="22"/>
        </w:rPr>
        <w:t>HASARLI ARAÇ İŞLEMLERİ DERSİ 1.DÖNEM 2.YAZILI CEVAP ANAHTARI</w:t>
      </w:r>
    </w:p>
    <w:p w14:paraId="0DC6B004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D6A66" w:rsidRPr="00595F84" w14:paraId="1190824D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B4519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1. Hasar ve Hasar teşhisinin amacı nedir yazınız? (10 Puan)</w:t>
            </w:r>
          </w:p>
          <w:p w14:paraId="3A769A09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Hasar bir sistemin veya parçanın fonksiyonunu yitirmesine hasar denir.</w:t>
            </w:r>
          </w:p>
          <w:p w14:paraId="73002FD2" w14:textId="77777777" w:rsidR="00AB333A" w:rsidRDefault="00AB333A">
            <w:pPr>
              <w:spacing w:after="0" w:line="221" w:lineRule="auto"/>
            </w:pPr>
          </w:p>
          <w:p w14:paraId="69378259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Hasar teşhisinin amacı: Hasara uğramış kısımları ve parçaları doğru bir şekilde tespit ederek tamir edilmesi veya değiştirilmesi gereken parçaları belirlemektir</w:t>
            </w:r>
          </w:p>
        </w:tc>
      </w:tr>
      <w:tr w:rsidR="002D6A66" w:rsidRPr="00595F84" w14:paraId="02D52182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38203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2. Hasar tespiti nasıl yapılmalıdır? Yazınız. (10 Puan)</w:t>
            </w:r>
          </w:p>
          <w:p w14:paraId="05FF9638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a.Hasarsız araç hakkındaki bilgiler önceden bilinmelidir.</w:t>
            </w:r>
          </w:p>
          <w:p w14:paraId="39328FD3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b.Olayla ilgili ön inceleme yapılarak, hasarın fotoğrafı profesyonel kişilerce çekilme ve hasarın nereden başladığı fotoğraflarla tespit edilmelidir.</w:t>
            </w:r>
          </w:p>
          <w:p w14:paraId="63C4754E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c.Hasarlı ve kırık parçalar toplanmadan önce yerleri tespit edilmelidir.</w:t>
            </w:r>
          </w:p>
        </w:tc>
      </w:tr>
      <w:tr w:rsidR="002D6A66" w:rsidRPr="00595F84" w14:paraId="7BE01829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3287B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3. Yedek parçalar ekspertiz formuna işlenmeden önce yapılacak işlemler nelerdir? Yazınız. (10 Puan)</w:t>
            </w:r>
          </w:p>
          <w:p w14:paraId="6DE4CFA0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1.Onarım yapılacak parçalar belirlenir.</w:t>
            </w:r>
          </w:p>
          <w:p w14:paraId="7DFE0EE7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2.Kesin değişecek parçalar belirlenir.</w:t>
            </w:r>
          </w:p>
          <w:p w14:paraId="168EB5C6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3.Değişim olasılığı olan parçalar belirlenir.</w:t>
            </w:r>
          </w:p>
        </w:tc>
      </w:tr>
      <w:tr w:rsidR="002D6A66" w:rsidRPr="00595F84" w14:paraId="76659593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BD5AD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4. Hasarlı araç sahibi yani müşteri hangi konularda bilgilendirilir? Yazınız. (10 Puan)</w:t>
            </w:r>
          </w:p>
          <w:p w14:paraId="6411468E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1.Tahmini maliyet hakkında bilgi verilir.</w:t>
            </w:r>
          </w:p>
          <w:p w14:paraId="05CCA755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2.Tahmini iş bitim süresi hakkında bilgi verilir.</w:t>
            </w:r>
          </w:p>
          <w:p w14:paraId="173C1104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3.Onarımı yapılacak ve değişecek parçalar hakkında bilgi verilir.</w:t>
            </w:r>
          </w:p>
        </w:tc>
      </w:tr>
      <w:tr w:rsidR="002D6A66" w:rsidRPr="00595F84" w14:paraId="6FE22375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8216A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5. Kazalı araç onarım için servise geldikten sonra yapılan işlemler sırasıyla nelerdir? Yazınız. (15 Puan)</w:t>
            </w:r>
          </w:p>
          <w:p w14:paraId="4896A078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1.İhtiyaç olan yedek parçalar ekspertiz formuna işlenir.</w:t>
            </w:r>
          </w:p>
          <w:p w14:paraId="559707F0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2.Yedek parçalar temin edilerek gerekli kontrolleri yapılır.</w:t>
            </w:r>
          </w:p>
          <w:p w14:paraId="1E18750E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2.Müşteri tahmini maliyet ve tahmini iş bitim süresi hakkında bilgilendirilir.</w:t>
            </w:r>
          </w:p>
          <w:p w14:paraId="2B4F5F06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3. Sigorta firmasına hasar hakkında bilgi verilir.</w:t>
            </w:r>
          </w:p>
          <w:p w14:paraId="1EFD20DB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4. Sigorta firmasının gönderdiği sigorta ekspertizi ile yedek parça listesinin kontrolü ve teyidi yapılır.</w:t>
            </w:r>
          </w:p>
        </w:tc>
      </w:tr>
      <w:tr w:rsidR="002D6A66" w:rsidRPr="00595F84" w14:paraId="668811AA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773EA8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6. Hasarlı araç evraklarının hazırlanması işlemleri nelerdir? Yazınız. (20 Puan)</w:t>
            </w:r>
          </w:p>
          <w:p w14:paraId="66AB964F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1.Sigorta türleri tespiti</w:t>
            </w:r>
          </w:p>
          <w:p w14:paraId="5FB24863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2.Kaza raporunun kontrolü</w:t>
            </w:r>
          </w:p>
          <w:p w14:paraId="558FE930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3.Ruhsat ehliyet ve sigorta poliçesinin hazırlanması</w:t>
            </w:r>
          </w:p>
          <w:p w14:paraId="0CF1AD82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4.İşlemler için vekâlet alımı</w:t>
            </w:r>
          </w:p>
          <w:p w14:paraId="2E9A0A40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5. Sigorta ekspertizi ile yedek parça listesinin kontrolü ve teyidi</w:t>
            </w:r>
          </w:p>
        </w:tc>
      </w:tr>
      <w:tr w:rsidR="002D6A66" w:rsidRPr="00595F84" w14:paraId="28658E14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1A8D7D" w14:textId="77777777" w:rsidR="00AB333A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7. Araç onarımı yani iş bitiminde yapılan işlemler nelerdir? Yazınız. (25 Puan)</w:t>
            </w:r>
          </w:p>
          <w:p w14:paraId="4EB2A902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1. Aracın mekanik kontrollerini yapılır.</w:t>
            </w:r>
          </w:p>
          <w:p w14:paraId="370A9F33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2.İş bitim evrakları hazırlanır.</w:t>
            </w:r>
          </w:p>
          <w:p w14:paraId="2D8A2977" w14:textId="77777777" w:rsidR="00AB333A" w:rsidRDefault="00000000">
            <w:pPr>
              <w:spacing w:after="0" w:line="221" w:lineRule="auto"/>
            </w:pPr>
            <w:r>
              <w:rPr>
                <w:sz w:val="17"/>
              </w:rPr>
              <w:t>3. Araç teslim edilir.</w:t>
            </w:r>
          </w:p>
        </w:tc>
      </w:tr>
    </w:tbl>
    <w:p w14:paraId="5B08528E" w14:textId="77777777" w:rsidR="00DF3F4A" w:rsidRDefault="00DF3F4A"/>
    <w:sectPr w:rsidR="00DF3F4A" w:rsidSect="00034616">
      <w:pgSz w:w="12240" w:h="15840"/>
      <w:pgMar w:top="652" w:right="822" w:bottom="59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6A66"/>
    <w:rsid w:val="00326F90"/>
    <w:rsid w:val="00522DDE"/>
    <w:rsid w:val="00595F84"/>
    <w:rsid w:val="00AA1D8D"/>
    <w:rsid w:val="00AB333A"/>
    <w:rsid w:val="00AD5E1E"/>
    <w:rsid w:val="00B47730"/>
    <w:rsid w:val="00C415EA"/>
    <w:rsid w:val="00CB0664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0D71B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2026-09-12T18:17:00Z</dcterms:created>
  <dcterms:modified xsi:type="dcterms:W3CDTF">2026-09-12T18:17:00Z</dcterms:modified>
  <cp:category/>
</cp:coreProperties>
</file>