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CD8B" w14:textId="77777777" w:rsidR="00426BC9" w:rsidRPr="00595F84" w:rsidRDefault="00426BC9" w:rsidP="00426BC9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 xml:space="preserve">……………………… </w:t>
      </w:r>
      <w:r w:rsidRPr="00595F84">
        <w:rPr>
          <w:b/>
          <w:sz w:val="22"/>
        </w:rPr>
        <w:t xml:space="preserve"> MESLEKİ </w:t>
      </w:r>
      <w:r>
        <w:rPr>
          <w:b/>
          <w:sz w:val="22"/>
        </w:rPr>
        <w:t>VE TENİK ANADOLU LİSESİ</w:t>
      </w:r>
    </w:p>
    <w:p w14:paraId="616AFEB9" w14:textId="77777777" w:rsidR="00426BC9" w:rsidRPr="00595F84" w:rsidRDefault="00426BC9" w:rsidP="00426BC9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60BAE602" w14:textId="52C399BE" w:rsidR="00426BC9" w:rsidRPr="00595F84" w:rsidRDefault="00426BC9" w:rsidP="00426BC9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 xml:space="preserve">SEÇMELİ </w:t>
      </w:r>
      <w:r w:rsidRPr="00595F84">
        <w:rPr>
          <w:b/>
          <w:sz w:val="22"/>
        </w:rPr>
        <w:t xml:space="preserve">HASARLI ARAÇ İŞLEMLERİ DERSİ </w:t>
      </w:r>
      <w:r>
        <w:rPr>
          <w:b/>
          <w:sz w:val="22"/>
        </w:rPr>
        <w:t>2</w:t>
      </w:r>
      <w:r w:rsidRPr="00595F84">
        <w:rPr>
          <w:b/>
          <w:sz w:val="22"/>
        </w:rPr>
        <w:t>.DÖNEM 1.YAZILI YOKLAMASI</w:t>
      </w:r>
    </w:p>
    <w:p w14:paraId="67A7D362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2C65557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468C30D6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1. Sigorta Nedir? Yazınız. (10 Puan)</w:t>
      </w:r>
    </w:p>
    <w:p w14:paraId="0B3A5896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2. Sigorta çeşitleri kaç bölümde toplanmıştır? Yazınız. (10 Puan)</w:t>
      </w:r>
    </w:p>
    <w:p w14:paraId="586539F9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3. Sigorta satın alırken dikkat edilmesi gereken noktalar nelerdir? Yazınız (10 Puan)</w:t>
      </w:r>
    </w:p>
    <w:p w14:paraId="3E6DEA3C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4. Sigorta türleri nelerdir? Yazınız. (10 Puan)</w:t>
      </w:r>
    </w:p>
    <w:p w14:paraId="19BFE567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5. Hasar meydana geldikten sonra hasar ne kadar süre içinde ihbar edilmelidir? Edilmezse ne olur? Yazınız. (15 Puan)</w:t>
      </w:r>
    </w:p>
    <w:p w14:paraId="71D05F94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6. Başkalarının dikkatsizliği nedeniyle aracımız hasar görürse yapmamız gerekenler nelerdir? Yazınız. (20 Puan)</w:t>
      </w:r>
    </w:p>
    <w:p w14:paraId="61EFB5B0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 w:rsidRPr="00595F84">
        <w:rPr>
          <w:b/>
          <w:sz w:val="22"/>
        </w:rPr>
        <w:t>7. Sosyal sigortalar kolunun ayrıldığı kısımlar nelerdir? Yazınız. (25 Puan)</w:t>
      </w:r>
    </w:p>
    <w:p w14:paraId="441A03C5" w14:textId="77777777" w:rsidR="00595F84" w:rsidRDefault="00595F84">
      <w:pPr>
        <w:spacing w:after="80" w:line="240" w:lineRule="auto"/>
      </w:pPr>
    </w:p>
    <w:p w14:paraId="350F6672" w14:textId="77777777" w:rsidR="002D6A66" w:rsidRDefault="00000000">
      <w:pPr>
        <w:spacing w:before="40" w:after="0"/>
      </w:pPr>
      <w:r>
        <w:rPr>
          <w:b/>
        </w:rPr>
        <w:t>Süre :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95F84">
        <w:rPr>
          <w:b/>
        </w:rPr>
        <w:tab/>
      </w:r>
      <w:r w:rsidR="00595F84">
        <w:rPr>
          <w:b/>
        </w:rPr>
        <w:tab/>
        <w:t xml:space="preserve">        </w:t>
      </w:r>
      <w:r>
        <w:rPr>
          <w:b/>
        </w:rPr>
        <w:t>Başarılar</w:t>
      </w:r>
    </w:p>
    <w:p w14:paraId="2ADA0100" w14:textId="77777777" w:rsidR="002D6A66" w:rsidRDefault="00000000" w:rsidP="00595F84">
      <w:pPr>
        <w:spacing w:after="0"/>
        <w:ind w:left="5760" w:firstLine="720"/>
      </w:pPr>
      <w:r>
        <w:rPr>
          <w:b/>
        </w:rPr>
        <w:t>Mot.Arç.Tekn Öğrt Abdullah YANIK</w:t>
      </w:r>
    </w:p>
    <w:p w14:paraId="086531D3" w14:textId="77777777" w:rsidR="002D6A66" w:rsidRDefault="00000000">
      <w:r>
        <w:br w:type="page"/>
      </w:r>
    </w:p>
    <w:p w14:paraId="2D351072" w14:textId="59356C3B" w:rsidR="002D6A66" w:rsidRPr="00595F84" w:rsidRDefault="00000000">
      <w:pPr>
        <w:spacing w:after="60"/>
        <w:jc w:val="center"/>
        <w:rPr>
          <w:b/>
          <w:sz w:val="22"/>
        </w:rPr>
      </w:pPr>
      <w:r w:rsidRPr="00595F84">
        <w:rPr>
          <w:b/>
          <w:sz w:val="22"/>
        </w:rPr>
        <w:lastRenderedPageBreak/>
        <w:t xml:space="preserve">2026/2027 </w:t>
      </w:r>
      <w:r w:rsidR="0064400F">
        <w:rPr>
          <w:b/>
          <w:sz w:val="22"/>
        </w:rPr>
        <w:t xml:space="preserve">SEÇMELİ </w:t>
      </w:r>
      <w:r w:rsidRPr="00595F84">
        <w:rPr>
          <w:b/>
          <w:sz w:val="22"/>
        </w:rPr>
        <w:t>HASARLI ARAÇ İŞLEMLERİ DERSİ 2.DÖNEM 1.YAZILI CEVAP ANAHTARI</w:t>
      </w:r>
    </w:p>
    <w:p w14:paraId="67C4A002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2D6A66" w:rsidRPr="00595F84" w14:paraId="61B41B50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B4836" w14:textId="77777777" w:rsidR="00D427DB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1. Sigorta Nedir? Yazınız. (10 Puan)</w:t>
            </w:r>
          </w:p>
          <w:p w14:paraId="664E3780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Ani ve beklenmedik risklere karşı, önceden ödenen prim karşılığında olası riskin sigorta şirketine transferini kapsayan iki taraflı sözleşmeye sigorta denir.</w:t>
            </w:r>
          </w:p>
        </w:tc>
      </w:tr>
      <w:tr w:rsidR="002D6A66" w:rsidRPr="00595F84" w14:paraId="5F6C929B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88C8E4" w14:textId="77777777" w:rsidR="00D427DB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2. Sigorta çeşitleri kaç bölümde toplanmıştır? Yazınız. (10 Puan)</w:t>
            </w:r>
          </w:p>
          <w:p w14:paraId="7B8FC431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1.Özel sigortalar</w:t>
            </w:r>
          </w:p>
          <w:p w14:paraId="5566852F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2. Mecburi sigortalar</w:t>
            </w:r>
          </w:p>
          <w:p w14:paraId="59103FCD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3.Sosyal sigortalar</w:t>
            </w:r>
          </w:p>
        </w:tc>
      </w:tr>
      <w:tr w:rsidR="002D6A66" w:rsidRPr="00595F84" w14:paraId="4BFCF973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13D2B" w14:textId="77777777" w:rsidR="00D427DB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3. Sigorta satın alırken dikkat edilmesi gereken noktalar nelerdir? Yazınız (10 Puan)</w:t>
            </w:r>
          </w:p>
          <w:p w14:paraId="58D473EF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1.Poliçenin işletmenin tüm risklerini karşılayıp karşılamadığına,</w:t>
            </w:r>
          </w:p>
          <w:p w14:paraId="69708571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2.Teminatların içeriklerine,</w:t>
            </w:r>
          </w:p>
          <w:p w14:paraId="1CBC364A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3.Muafiyet koşullarına,</w:t>
            </w:r>
          </w:p>
          <w:p w14:paraId="7B7B807B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4.Sigorta bedellerine, dikkat edilmelidir.</w:t>
            </w:r>
          </w:p>
        </w:tc>
      </w:tr>
      <w:tr w:rsidR="002D6A66" w:rsidRPr="00595F84" w14:paraId="5132C4CF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A99E7" w14:textId="77777777" w:rsidR="00D427DB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4. Sigorta türleri nelerdir? Yazınız. (10 Puan)</w:t>
            </w:r>
          </w:p>
          <w:p w14:paraId="22EF06B1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1 -Kasko sigorta poliçesi</w:t>
            </w:r>
          </w:p>
          <w:p w14:paraId="46E06AA0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2- Konut sigorta poliçesi</w:t>
            </w:r>
          </w:p>
          <w:p w14:paraId="2A674A0D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3- Zorunlu trafik sigorta poliçesi</w:t>
            </w:r>
          </w:p>
          <w:p w14:paraId="5790AAF7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4- Zorunlu deprem (DASK) sigorta poliçesi</w:t>
            </w:r>
          </w:p>
          <w:p w14:paraId="63FBA231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5- Sağlık sigorta poliçesi</w:t>
            </w:r>
          </w:p>
          <w:p w14:paraId="478A112F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6- Yıllık hayat sigorta poliçesi</w:t>
            </w:r>
          </w:p>
          <w:p w14:paraId="16C21AAF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7- Seyahat sigorta poliçesi</w:t>
            </w:r>
          </w:p>
          <w:p w14:paraId="2F86608D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8- Ferdi kaza sigorta poliçesi</w:t>
            </w:r>
          </w:p>
        </w:tc>
      </w:tr>
      <w:tr w:rsidR="002D6A66" w:rsidRPr="00595F84" w14:paraId="1A62BA3F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B50CE5" w14:textId="77777777" w:rsidR="00D427DB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5. Hasar meydana geldikten sonra hasar ne kadar süre içinde ihbar edilmelidir? Edilmezse ne olur? Yazınız. (15 Puan)</w:t>
            </w:r>
          </w:p>
          <w:p w14:paraId="73BC82E8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Kasko Poliçesi Genel Şartlarında bu süre açıkça belirtilmiştir. Genel Şarta göre Rizikonun gerçekleştiğinin öğrenilmesinden itibaren en geç 5 iş günü içinde hasarın sigorta şirketine bildirilmesi'' şarttır.</w:t>
            </w:r>
          </w:p>
          <w:p w14:paraId="21F6F6B1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Bu sürede ihbarı yapılmayan ve dosyası açılmayan hasarlar, ihbar sorumluluğu yerine getirilmediği için değerlendirilmeye alınmamakta ve hasar ödemeleri reddedilmektedir.</w:t>
            </w:r>
          </w:p>
        </w:tc>
      </w:tr>
      <w:tr w:rsidR="002D6A66" w:rsidRPr="00595F84" w14:paraId="434646E7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FC379" w14:textId="77777777" w:rsidR="00D427DB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6. Başkalarının dikkatsizliği nedeniyle aracımız hasar görürse yapmamız gerekenler nelerdir? Yazınız. (20 Puan)</w:t>
            </w:r>
          </w:p>
          <w:p w14:paraId="1E4AE8D4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1.Olay yerine en yakın trafik ekiplerini çağırmalı ve kaza tespit tutanağı tutturmalısınız.</w:t>
            </w:r>
          </w:p>
          <w:p w14:paraId="3AD2C7C3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2.Trafik zaptının tutulmasından sonra trafik poliçenizin, ruhsatınızın ve ehliyetinizin kopyalarını diğer araç sahibine vermeli ve o sürücünün trafik poliçesinin, ruhsatının ve ehliyetinin kopyalarını da siz almalısınız.</w:t>
            </w:r>
          </w:p>
        </w:tc>
      </w:tr>
      <w:tr w:rsidR="002D6A66" w:rsidRPr="00595F84" w14:paraId="216A4D4C" w14:textId="77777777">
        <w:trPr>
          <w:jc w:val="center"/>
        </w:trPr>
        <w:tc>
          <w:tcPr>
            <w:tcW w:w="1059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AD532" w14:textId="77777777" w:rsidR="00D427DB" w:rsidRDefault="00000000">
            <w:pPr>
              <w:spacing w:after="0" w:line="228" w:lineRule="auto"/>
            </w:pPr>
            <w:r>
              <w:rPr>
                <w:b/>
                <w:sz w:val="18"/>
              </w:rPr>
              <w:t>7. Sosyal sigortalar kolunun ayrıldığı kısımlar nelerdir? Yazınız. (25 Puan)</w:t>
            </w:r>
          </w:p>
          <w:p w14:paraId="7271D1BA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a) İş kazası, b) Hastalık,</w:t>
            </w:r>
          </w:p>
          <w:p w14:paraId="1387C270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c) Analık, d) Malüllük,</w:t>
            </w:r>
          </w:p>
          <w:p w14:paraId="5A3AEB86" w14:textId="77777777" w:rsidR="00D427DB" w:rsidRDefault="00000000">
            <w:pPr>
              <w:spacing w:after="0" w:line="221" w:lineRule="auto"/>
            </w:pPr>
            <w:r>
              <w:rPr>
                <w:sz w:val="17"/>
              </w:rPr>
              <w:t>e) Yaşlılık, f) Ölüm sigortası</w:t>
            </w:r>
          </w:p>
        </w:tc>
      </w:tr>
    </w:tbl>
    <w:p w14:paraId="06241961" w14:textId="77777777" w:rsidR="00DF3F4A" w:rsidRDefault="00DF3F4A"/>
    <w:sectPr w:rsidR="00DF3F4A" w:rsidSect="00034616">
      <w:pgSz w:w="12240" w:h="15840"/>
      <w:pgMar w:top="652" w:right="822" w:bottom="59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EF1"/>
    <w:rsid w:val="0015074B"/>
    <w:rsid w:val="0029639D"/>
    <w:rsid w:val="002D6A66"/>
    <w:rsid w:val="00326F90"/>
    <w:rsid w:val="00426BC9"/>
    <w:rsid w:val="00595F84"/>
    <w:rsid w:val="0064400F"/>
    <w:rsid w:val="00AA1D8D"/>
    <w:rsid w:val="00B47730"/>
    <w:rsid w:val="00C415EA"/>
    <w:rsid w:val="00CB0664"/>
    <w:rsid w:val="00D427DB"/>
    <w:rsid w:val="00DA68DD"/>
    <w:rsid w:val="00DF3F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E58DB3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2026-09-12T18:18:00Z</dcterms:created>
  <dcterms:modified xsi:type="dcterms:W3CDTF">2026-09-12T18:18:00Z</dcterms:modified>
  <cp:category/>
</cp:coreProperties>
</file>