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E14C7" w14:textId="77777777" w:rsidR="00466A0B" w:rsidRPr="001B55E1" w:rsidRDefault="00000000" w:rsidP="001B55E1">
      <w:pPr>
        <w:spacing w:after="20" w:line="360" w:lineRule="auto"/>
        <w:jc w:val="center"/>
        <w:rPr>
          <w:sz w:val="24"/>
          <w:szCs w:val="24"/>
        </w:rPr>
      </w:pPr>
      <w:r w:rsidRPr="001B55E1">
        <w:rPr>
          <w:b/>
          <w:sz w:val="24"/>
          <w:szCs w:val="24"/>
        </w:rPr>
        <w:t>YAHŞİHAN MESLEKİ EĞİTİM MERKEZİ</w:t>
      </w:r>
    </w:p>
    <w:p w14:paraId="6AFFE74A" w14:textId="77777777" w:rsidR="00466A0B" w:rsidRPr="001B55E1" w:rsidRDefault="00000000" w:rsidP="001B55E1">
      <w:pPr>
        <w:spacing w:after="20" w:line="360" w:lineRule="auto"/>
        <w:jc w:val="center"/>
        <w:rPr>
          <w:sz w:val="24"/>
          <w:szCs w:val="24"/>
        </w:rPr>
      </w:pPr>
      <w:r w:rsidRPr="001B55E1">
        <w:rPr>
          <w:b/>
          <w:sz w:val="24"/>
          <w:szCs w:val="24"/>
        </w:rPr>
        <w:t>2026/2027 EĞİTİM ÖĞRETİM YILI MOTORLU ARAÇLAR TEKNOLOJİSİ ALANI</w:t>
      </w:r>
    </w:p>
    <w:p w14:paraId="7658E948" w14:textId="77777777" w:rsidR="00466A0B" w:rsidRPr="001B55E1" w:rsidRDefault="00000000" w:rsidP="001B55E1">
      <w:pPr>
        <w:spacing w:after="20" w:line="360" w:lineRule="auto"/>
        <w:jc w:val="center"/>
        <w:rPr>
          <w:sz w:val="24"/>
          <w:szCs w:val="24"/>
        </w:rPr>
      </w:pPr>
      <w:r w:rsidRPr="001B55E1">
        <w:rPr>
          <w:b/>
          <w:sz w:val="24"/>
          <w:szCs w:val="24"/>
        </w:rPr>
        <w:t>OFİS PROGRAMLARI DERSİ 1. DÖNEM 1. YAZILI SINAVI - A GRUBU</w:t>
      </w:r>
    </w:p>
    <w:p w14:paraId="4BFA6278" w14:textId="77777777" w:rsidR="00466A0B" w:rsidRPr="001B55E1" w:rsidRDefault="00000000" w:rsidP="001B55E1">
      <w:pPr>
        <w:spacing w:line="360" w:lineRule="auto"/>
        <w:rPr>
          <w:sz w:val="24"/>
          <w:szCs w:val="24"/>
        </w:rPr>
      </w:pPr>
      <w:r w:rsidRPr="001B55E1">
        <w:rPr>
          <w:sz w:val="24"/>
          <w:szCs w:val="24"/>
        </w:rPr>
        <w:t>Adı Soyadı: ............................................................    Sınıfı/No: ....................    Aldığı Not: ............</w:t>
      </w:r>
    </w:p>
    <w:p w14:paraId="5FA08469" w14:textId="77777777" w:rsidR="00466A0B" w:rsidRPr="001B55E1" w:rsidRDefault="00000000">
      <w:pPr>
        <w:jc w:val="center"/>
        <w:rPr>
          <w:sz w:val="22"/>
        </w:rPr>
      </w:pPr>
      <w:r w:rsidRPr="001B55E1">
        <w:rPr>
          <w:b/>
          <w:sz w:val="22"/>
        </w:rPr>
        <w:t>SORULAR</w:t>
      </w:r>
    </w:p>
    <w:p w14:paraId="2C04A2C9" w14:textId="77777777" w:rsidR="00466A0B" w:rsidRPr="001B55E1" w:rsidRDefault="00000000" w:rsidP="001B55E1">
      <w:pPr>
        <w:spacing w:after="20" w:line="276" w:lineRule="auto"/>
        <w:rPr>
          <w:sz w:val="22"/>
        </w:rPr>
      </w:pPr>
      <w:r w:rsidRPr="001B55E1">
        <w:rPr>
          <w:b/>
          <w:bCs/>
          <w:sz w:val="22"/>
        </w:rPr>
        <w:t>1.</w:t>
      </w:r>
      <w:r w:rsidRPr="001B55E1">
        <w:rPr>
          <w:sz w:val="22"/>
        </w:rPr>
        <w:t xml:space="preserve"> Microsoft Office'de kelime işlemci programı hangisidir? (10 Puan)</w:t>
      </w:r>
    </w:p>
    <w:p w14:paraId="48E5CF69" w14:textId="77777777" w:rsidR="00466A0B" w:rsidRPr="001B55E1" w:rsidRDefault="00000000" w:rsidP="001B55E1">
      <w:pPr>
        <w:spacing w:line="276" w:lineRule="auto"/>
        <w:rPr>
          <w:sz w:val="22"/>
        </w:rPr>
      </w:pPr>
      <w:r w:rsidRPr="001B55E1">
        <w:rPr>
          <w:sz w:val="22"/>
        </w:rPr>
        <w:t>................................................................................................................................................</w:t>
      </w:r>
    </w:p>
    <w:p w14:paraId="3352D98B" w14:textId="77777777" w:rsidR="00466A0B" w:rsidRPr="001B55E1" w:rsidRDefault="00000000" w:rsidP="001B55E1">
      <w:pPr>
        <w:spacing w:after="20" w:line="276" w:lineRule="auto"/>
        <w:rPr>
          <w:sz w:val="22"/>
        </w:rPr>
      </w:pPr>
      <w:r w:rsidRPr="001B55E1">
        <w:rPr>
          <w:b/>
          <w:bCs/>
          <w:sz w:val="22"/>
        </w:rPr>
        <w:t>2.</w:t>
      </w:r>
      <w:r w:rsidRPr="001B55E1">
        <w:rPr>
          <w:sz w:val="22"/>
        </w:rPr>
        <w:t xml:space="preserve"> Aşağıdaki standart araç çubuğu simgesinin anlamı nedir? (10 Puan)</w:t>
      </w:r>
    </w:p>
    <w:p w14:paraId="0C7080A4" w14:textId="77777777" w:rsidR="00466A0B" w:rsidRPr="001B55E1" w:rsidRDefault="00000000" w:rsidP="001B55E1">
      <w:pPr>
        <w:spacing w:after="20" w:line="276" w:lineRule="auto"/>
        <w:jc w:val="center"/>
        <w:rPr>
          <w:sz w:val="22"/>
        </w:rPr>
      </w:pPr>
      <w:r w:rsidRPr="001B55E1">
        <w:rPr>
          <w:noProof/>
          <w:sz w:val="22"/>
        </w:rPr>
        <w:drawing>
          <wp:inline distT="0" distB="0" distL="0" distR="0" wp14:anchorId="10CA0E17" wp14:editId="328B41C0">
            <wp:extent cx="360000" cy="42545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425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03D092" w14:textId="77777777" w:rsidR="00466A0B" w:rsidRPr="001B55E1" w:rsidRDefault="00000000" w:rsidP="001B55E1">
      <w:pPr>
        <w:spacing w:line="276" w:lineRule="auto"/>
        <w:rPr>
          <w:sz w:val="22"/>
        </w:rPr>
      </w:pPr>
      <w:r w:rsidRPr="001B55E1">
        <w:rPr>
          <w:sz w:val="22"/>
        </w:rPr>
        <w:t>................................................................................................................................................</w:t>
      </w:r>
    </w:p>
    <w:p w14:paraId="54654555" w14:textId="77777777" w:rsidR="00466A0B" w:rsidRPr="001B55E1" w:rsidRDefault="00000000" w:rsidP="001B55E1">
      <w:pPr>
        <w:spacing w:after="20" w:line="276" w:lineRule="auto"/>
        <w:rPr>
          <w:sz w:val="22"/>
        </w:rPr>
      </w:pPr>
      <w:r w:rsidRPr="001B55E1">
        <w:rPr>
          <w:b/>
          <w:bCs/>
          <w:sz w:val="22"/>
        </w:rPr>
        <w:t>3.</w:t>
      </w:r>
      <w:r w:rsidRPr="001B55E1">
        <w:rPr>
          <w:sz w:val="22"/>
        </w:rPr>
        <w:t xml:space="preserve"> Microsoft Office Word'de hazırladığımız belgeyi kaydetme işlemini hangi yoldan yaparız? (10 Puan)</w:t>
      </w:r>
    </w:p>
    <w:p w14:paraId="4C21B4FB" w14:textId="77777777" w:rsidR="00466A0B" w:rsidRPr="001B55E1" w:rsidRDefault="00000000" w:rsidP="001B55E1">
      <w:pPr>
        <w:spacing w:line="276" w:lineRule="auto"/>
        <w:rPr>
          <w:sz w:val="22"/>
        </w:rPr>
      </w:pPr>
      <w:r w:rsidRPr="001B55E1">
        <w:rPr>
          <w:sz w:val="22"/>
        </w:rPr>
        <w:t>................................................................................................................................................</w:t>
      </w:r>
    </w:p>
    <w:p w14:paraId="4428D8A0" w14:textId="64893C62" w:rsidR="00466A0B" w:rsidRPr="001B55E1" w:rsidRDefault="00000000" w:rsidP="001B55E1">
      <w:pPr>
        <w:spacing w:after="20" w:line="276" w:lineRule="auto"/>
        <w:rPr>
          <w:sz w:val="22"/>
        </w:rPr>
      </w:pPr>
      <w:r w:rsidRPr="001B55E1">
        <w:rPr>
          <w:b/>
          <w:bCs/>
          <w:sz w:val="22"/>
        </w:rPr>
        <w:t>4.</w:t>
      </w:r>
      <w:r w:rsidRPr="001B55E1">
        <w:rPr>
          <w:sz w:val="22"/>
        </w:rPr>
        <w:t xml:space="preserve"> Microsoft Office </w:t>
      </w:r>
      <w:proofErr w:type="spellStart"/>
      <w:r w:rsidRPr="001B55E1">
        <w:rPr>
          <w:sz w:val="22"/>
        </w:rPr>
        <w:t>Word'de</w:t>
      </w:r>
      <w:proofErr w:type="spellEnd"/>
      <w:r w:rsidRPr="001B55E1">
        <w:rPr>
          <w:sz w:val="22"/>
        </w:rPr>
        <w:t xml:space="preserve"> </w:t>
      </w:r>
      <w:proofErr w:type="spellStart"/>
      <w:r w:rsidR="001B55E1">
        <w:rPr>
          <w:sz w:val="22"/>
        </w:rPr>
        <w:t>aşağıdaki</w:t>
      </w:r>
      <w:proofErr w:type="spellEnd"/>
      <w:r w:rsidR="001B55E1">
        <w:rPr>
          <w:sz w:val="22"/>
        </w:rPr>
        <w:t xml:space="preserve"> </w:t>
      </w:r>
      <w:proofErr w:type="spellStart"/>
      <w:r w:rsidR="001B55E1">
        <w:rPr>
          <w:sz w:val="22"/>
        </w:rPr>
        <w:t>simgenin</w:t>
      </w:r>
      <w:proofErr w:type="spellEnd"/>
      <w:r w:rsidR="001B55E1">
        <w:rPr>
          <w:sz w:val="22"/>
        </w:rPr>
        <w:t xml:space="preserve"> </w:t>
      </w:r>
      <w:proofErr w:type="spellStart"/>
      <w:r w:rsidR="001B55E1">
        <w:rPr>
          <w:sz w:val="22"/>
        </w:rPr>
        <w:t>anlamı</w:t>
      </w:r>
      <w:proofErr w:type="spellEnd"/>
      <w:r w:rsidR="001B55E1">
        <w:rPr>
          <w:sz w:val="22"/>
        </w:rPr>
        <w:t xml:space="preserve"> </w:t>
      </w:r>
      <w:proofErr w:type="spellStart"/>
      <w:r w:rsidR="001B55E1">
        <w:rPr>
          <w:sz w:val="22"/>
        </w:rPr>
        <w:t>nedir</w:t>
      </w:r>
      <w:proofErr w:type="spellEnd"/>
      <w:r w:rsidRPr="001B55E1">
        <w:rPr>
          <w:sz w:val="22"/>
        </w:rPr>
        <w:t>? (10 Puan)</w:t>
      </w:r>
    </w:p>
    <w:p w14:paraId="6E0B4AFD" w14:textId="77777777" w:rsidR="00466A0B" w:rsidRPr="001B55E1" w:rsidRDefault="00000000" w:rsidP="001B55E1">
      <w:pPr>
        <w:spacing w:after="20" w:line="276" w:lineRule="auto"/>
        <w:jc w:val="center"/>
        <w:rPr>
          <w:sz w:val="22"/>
        </w:rPr>
      </w:pPr>
      <w:r w:rsidRPr="001B55E1">
        <w:rPr>
          <w:noProof/>
          <w:sz w:val="22"/>
        </w:rPr>
        <w:drawing>
          <wp:inline distT="0" distB="0" distL="0" distR="0" wp14:anchorId="236641D6" wp14:editId="24F8757A">
            <wp:extent cx="360000" cy="23399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233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48B615" w14:textId="77777777" w:rsidR="00466A0B" w:rsidRPr="001B55E1" w:rsidRDefault="00000000" w:rsidP="001B55E1">
      <w:pPr>
        <w:spacing w:line="276" w:lineRule="auto"/>
        <w:rPr>
          <w:sz w:val="22"/>
        </w:rPr>
      </w:pPr>
      <w:r w:rsidRPr="001B55E1">
        <w:rPr>
          <w:sz w:val="22"/>
        </w:rPr>
        <w:t>................................................................................................................................................</w:t>
      </w:r>
    </w:p>
    <w:p w14:paraId="7A7E2C4D" w14:textId="77777777" w:rsidR="00466A0B" w:rsidRPr="001B55E1" w:rsidRDefault="00000000" w:rsidP="001B55E1">
      <w:pPr>
        <w:spacing w:after="20" w:line="276" w:lineRule="auto"/>
        <w:rPr>
          <w:sz w:val="22"/>
        </w:rPr>
      </w:pPr>
      <w:r w:rsidRPr="001B55E1">
        <w:rPr>
          <w:b/>
          <w:bCs/>
          <w:sz w:val="22"/>
        </w:rPr>
        <w:t>5.</w:t>
      </w:r>
      <w:r w:rsidRPr="001B55E1">
        <w:rPr>
          <w:sz w:val="22"/>
        </w:rPr>
        <w:t xml:space="preserve"> Aşağıdaki standart araç çubuğu simgesinin anlamı nedir? (10 Puan)</w:t>
      </w:r>
    </w:p>
    <w:p w14:paraId="55767CA8" w14:textId="77777777" w:rsidR="00466A0B" w:rsidRPr="001B55E1" w:rsidRDefault="00000000" w:rsidP="001B55E1">
      <w:pPr>
        <w:spacing w:after="20" w:line="276" w:lineRule="auto"/>
        <w:jc w:val="center"/>
        <w:rPr>
          <w:sz w:val="22"/>
        </w:rPr>
      </w:pPr>
      <w:r w:rsidRPr="001B55E1">
        <w:rPr>
          <w:noProof/>
          <w:sz w:val="22"/>
        </w:rPr>
        <w:drawing>
          <wp:inline distT="0" distB="0" distL="0" distR="0" wp14:anchorId="6ABF8EC7" wp14:editId="51D550BE">
            <wp:extent cx="360000" cy="292498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292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992E72" w14:textId="77777777" w:rsidR="00466A0B" w:rsidRPr="001B55E1" w:rsidRDefault="00000000" w:rsidP="001B55E1">
      <w:pPr>
        <w:spacing w:line="276" w:lineRule="auto"/>
        <w:rPr>
          <w:sz w:val="22"/>
        </w:rPr>
      </w:pPr>
      <w:r w:rsidRPr="001B55E1">
        <w:rPr>
          <w:sz w:val="22"/>
        </w:rPr>
        <w:t>................................................................................................................................................</w:t>
      </w:r>
    </w:p>
    <w:p w14:paraId="38979718" w14:textId="77777777" w:rsidR="00466A0B" w:rsidRPr="001B55E1" w:rsidRDefault="00000000" w:rsidP="001B55E1">
      <w:pPr>
        <w:spacing w:after="20" w:line="276" w:lineRule="auto"/>
        <w:rPr>
          <w:sz w:val="22"/>
        </w:rPr>
      </w:pPr>
      <w:r w:rsidRPr="001B55E1">
        <w:rPr>
          <w:b/>
          <w:bCs/>
          <w:sz w:val="22"/>
        </w:rPr>
        <w:t>6.</w:t>
      </w:r>
      <w:r w:rsidRPr="001B55E1">
        <w:rPr>
          <w:sz w:val="22"/>
        </w:rPr>
        <w:t xml:space="preserve"> Microsoft Office Word'de seçtiğimiz metni koyu yazmak için hangi biçimlendirme araç çubuğu simgesini kullanırız? (10 Puan)</w:t>
      </w:r>
    </w:p>
    <w:p w14:paraId="2A8C38BB" w14:textId="77777777" w:rsidR="00466A0B" w:rsidRPr="001B55E1" w:rsidRDefault="00000000" w:rsidP="001B55E1">
      <w:pPr>
        <w:spacing w:line="276" w:lineRule="auto"/>
        <w:rPr>
          <w:sz w:val="22"/>
        </w:rPr>
      </w:pPr>
      <w:r w:rsidRPr="001B55E1">
        <w:rPr>
          <w:sz w:val="22"/>
        </w:rPr>
        <w:t>................................................................................................................................................</w:t>
      </w:r>
    </w:p>
    <w:p w14:paraId="60691C92" w14:textId="77777777" w:rsidR="00466A0B" w:rsidRPr="001B55E1" w:rsidRDefault="00000000" w:rsidP="001B55E1">
      <w:pPr>
        <w:spacing w:after="20" w:line="276" w:lineRule="auto"/>
        <w:rPr>
          <w:sz w:val="22"/>
        </w:rPr>
      </w:pPr>
      <w:r w:rsidRPr="001B55E1">
        <w:rPr>
          <w:b/>
          <w:bCs/>
          <w:sz w:val="22"/>
        </w:rPr>
        <w:t>7.</w:t>
      </w:r>
      <w:r w:rsidRPr="001B55E1">
        <w:rPr>
          <w:sz w:val="22"/>
        </w:rPr>
        <w:t xml:space="preserve"> Aşağıdaki biçimlendirme araç çubuğu simgesinin anlamı nedir? (10 Puan)</w:t>
      </w:r>
    </w:p>
    <w:p w14:paraId="3B7A078C" w14:textId="77777777" w:rsidR="00466A0B" w:rsidRPr="001B55E1" w:rsidRDefault="00000000" w:rsidP="001B55E1">
      <w:pPr>
        <w:spacing w:after="20" w:line="276" w:lineRule="auto"/>
        <w:jc w:val="center"/>
        <w:rPr>
          <w:sz w:val="22"/>
        </w:rPr>
      </w:pPr>
      <w:r w:rsidRPr="001B55E1">
        <w:rPr>
          <w:noProof/>
          <w:sz w:val="22"/>
        </w:rPr>
        <w:drawing>
          <wp:inline distT="0" distB="0" distL="0" distR="0" wp14:anchorId="7F876ACD" wp14:editId="09193C41">
            <wp:extent cx="540000" cy="426316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5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426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805F06" w14:textId="77777777" w:rsidR="00466A0B" w:rsidRPr="001B55E1" w:rsidRDefault="00000000" w:rsidP="001B55E1">
      <w:pPr>
        <w:spacing w:line="276" w:lineRule="auto"/>
        <w:rPr>
          <w:sz w:val="22"/>
        </w:rPr>
      </w:pPr>
      <w:r w:rsidRPr="001B55E1">
        <w:rPr>
          <w:sz w:val="22"/>
        </w:rPr>
        <w:t>................................................................................................................................................</w:t>
      </w:r>
    </w:p>
    <w:p w14:paraId="7ECA48DC" w14:textId="77777777" w:rsidR="00466A0B" w:rsidRPr="001B55E1" w:rsidRDefault="00000000" w:rsidP="001B55E1">
      <w:pPr>
        <w:spacing w:after="20" w:line="276" w:lineRule="auto"/>
        <w:rPr>
          <w:sz w:val="22"/>
        </w:rPr>
      </w:pPr>
      <w:r w:rsidRPr="001B55E1">
        <w:rPr>
          <w:b/>
          <w:bCs/>
          <w:sz w:val="22"/>
        </w:rPr>
        <w:t>8.</w:t>
      </w:r>
      <w:r w:rsidRPr="001B55E1">
        <w:rPr>
          <w:sz w:val="22"/>
        </w:rPr>
        <w:t xml:space="preserve"> Aşağıdaki standart araç çubuğu simgesinin anlamı ve görevi nedir? (10 Puan)</w:t>
      </w:r>
    </w:p>
    <w:p w14:paraId="315A1E67" w14:textId="77777777" w:rsidR="00466A0B" w:rsidRPr="001B55E1" w:rsidRDefault="00000000" w:rsidP="001B55E1">
      <w:pPr>
        <w:spacing w:after="20" w:line="276" w:lineRule="auto"/>
        <w:jc w:val="center"/>
        <w:rPr>
          <w:sz w:val="22"/>
        </w:rPr>
      </w:pPr>
      <w:r w:rsidRPr="001B55E1">
        <w:rPr>
          <w:noProof/>
          <w:sz w:val="22"/>
        </w:rPr>
        <w:drawing>
          <wp:inline distT="0" distB="0" distL="0" distR="0" wp14:anchorId="28292DCE" wp14:editId="4ECF0769">
            <wp:extent cx="540000" cy="3600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3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4D2045" w14:textId="77777777" w:rsidR="00466A0B" w:rsidRPr="001B55E1" w:rsidRDefault="00000000" w:rsidP="001B55E1">
      <w:pPr>
        <w:spacing w:line="276" w:lineRule="auto"/>
        <w:rPr>
          <w:sz w:val="22"/>
        </w:rPr>
      </w:pPr>
      <w:r w:rsidRPr="001B55E1">
        <w:rPr>
          <w:sz w:val="22"/>
        </w:rPr>
        <w:t>................................................................................................................................................</w:t>
      </w:r>
    </w:p>
    <w:p w14:paraId="4EDBE283" w14:textId="77777777" w:rsidR="00466A0B" w:rsidRPr="001B55E1" w:rsidRDefault="00000000" w:rsidP="001B55E1">
      <w:pPr>
        <w:spacing w:after="20" w:line="276" w:lineRule="auto"/>
        <w:rPr>
          <w:sz w:val="22"/>
        </w:rPr>
      </w:pPr>
      <w:r w:rsidRPr="001B55E1">
        <w:rPr>
          <w:b/>
          <w:bCs/>
          <w:sz w:val="22"/>
        </w:rPr>
        <w:t>9.</w:t>
      </w:r>
      <w:r w:rsidRPr="001B55E1">
        <w:rPr>
          <w:sz w:val="22"/>
        </w:rPr>
        <w:t xml:space="preserve"> Microsoft Office Word'de aradığımız bir kelimeyi bulmak için hangi tuş grubu kullanılır? (10 Puan)</w:t>
      </w:r>
    </w:p>
    <w:p w14:paraId="648DA78F" w14:textId="77777777" w:rsidR="00466A0B" w:rsidRPr="001B55E1" w:rsidRDefault="00000000" w:rsidP="001B55E1">
      <w:pPr>
        <w:spacing w:line="276" w:lineRule="auto"/>
        <w:rPr>
          <w:sz w:val="22"/>
        </w:rPr>
      </w:pPr>
      <w:r w:rsidRPr="001B55E1">
        <w:rPr>
          <w:sz w:val="22"/>
        </w:rPr>
        <w:t>................................................................................................................................................</w:t>
      </w:r>
    </w:p>
    <w:p w14:paraId="29620F56" w14:textId="77777777" w:rsidR="00466A0B" w:rsidRPr="001B55E1" w:rsidRDefault="00000000" w:rsidP="001B55E1">
      <w:pPr>
        <w:spacing w:after="20" w:line="276" w:lineRule="auto"/>
        <w:rPr>
          <w:sz w:val="22"/>
        </w:rPr>
      </w:pPr>
      <w:r w:rsidRPr="001B55E1">
        <w:rPr>
          <w:b/>
          <w:bCs/>
          <w:sz w:val="22"/>
        </w:rPr>
        <w:t>10.</w:t>
      </w:r>
      <w:r w:rsidRPr="001B55E1">
        <w:rPr>
          <w:sz w:val="22"/>
        </w:rPr>
        <w:t xml:space="preserve"> Microsoft Office Word kelime işlemci programı nasıl çalıştırılır? (10 Puan)</w:t>
      </w:r>
    </w:p>
    <w:p w14:paraId="31F32FC8" w14:textId="77777777" w:rsidR="00466A0B" w:rsidRDefault="00000000" w:rsidP="001B55E1">
      <w:pPr>
        <w:spacing w:line="276" w:lineRule="auto"/>
        <w:rPr>
          <w:sz w:val="22"/>
        </w:rPr>
      </w:pPr>
      <w:r w:rsidRPr="001B55E1">
        <w:rPr>
          <w:sz w:val="22"/>
        </w:rPr>
        <w:t>................................................................................................................................................</w:t>
      </w:r>
    </w:p>
    <w:p w14:paraId="4B68AD57" w14:textId="77777777" w:rsidR="001B55E1" w:rsidRPr="001B55E1" w:rsidRDefault="001B55E1">
      <w:pPr>
        <w:rPr>
          <w:sz w:val="22"/>
        </w:rPr>
      </w:pPr>
    </w:p>
    <w:p w14:paraId="597CE7D1" w14:textId="77777777" w:rsidR="00466A0B" w:rsidRPr="001B55E1" w:rsidRDefault="00000000" w:rsidP="001B55E1">
      <w:pPr>
        <w:spacing w:after="0"/>
        <w:ind w:left="2880" w:firstLine="720"/>
        <w:jc w:val="center"/>
        <w:rPr>
          <w:szCs w:val="20"/>
        </w:rPr>
      </w:pPr>
      <w:r w:rsidRPr="001B55E1">
        <w:rPr>
          <w:szCs w:val="20"/>
        </w:rPr>
        <w:t>Başarılar</w:t>
      </w:r>
    </w:p>
    <w:p w14:paraId="27D626CD" w14:textId="77777777" w:rsidR="00466A0B" w:rsidRPr="001B55E1" w:rsidRDefault="00000000">
      <w:pPr>
        <w:spacing w:after="0"/>
        <w:rPr>
          <w:szCs w:val="20"/>
        </w:rPr>
      </w:pPr>
      <w:r w:rsidRPr="001B55E1">
        <w:rPr>
          <w:szCs w:val="20"/>
        </w:rPr>
        <w:t xml:space="preserve">Süre: 40 Dk                                                                                    </w:t>
      </w:r>
      <w:proofErr w:type="gramStart"/>
      <w:r w:rsidRPr="001B55E1">
        <w:rPr>
          <w:szCs w:val="20"/>
        </w:rPr>
        <w:t>Mot.Arç.Tekn</w:t>
      </w:r>
      <w:proofErr w:type="gramEnd"/>
      <w:r w:rsidRPr="001B55E1">
        <w:rPr>
          <w:szCs w:val="20"/>
        </w:rPr>
        <w:t xml:space="preserve"> Öğrt Abdullah YANIK</w:t>
      </w:r>
    </w:p>
    <w:p w14:paraId="5D9B5333" w14:textId="77777777" w:rsidR="00466A0B" w:rsidRDefault="00000000">
      <w:r>
        <w:br w:type="page"/>
      </w:r>
    </w:p>
    <w:p w14:paraId="2AD3A55E" w14:textId="77777777" w:rsidR="00466A0B" w:rsidRPr="001B55E1" w:rsidRDefault="00000000">
      <w:pPr>
        <w:spacing w:after="20"/>
        <w:jc w:val="center"/>
        <w:rPr>
          <w:sz w:val="24"/>
          <w:szCs w:val="24"/>
        </w:rPr>
      </w:pPr>
      <w:r w:rsidRPr="001B55E1">
        <w:rPr>
          <w:b/>
          <w:sz w:val="24"/>
          <w:szCs w:val="24"/>
        </w:rPr>
        <w:lastRenderedPageBreak/>
        <w:t>YAHŞİHAN MESLEKİ EĞİTİM MERKEZİ</w:t>
      </w:r>
    </w:p>
    <w:p w14:paraId="147BD8D3" w14:textId="77777777" w:rsidR="00466A0B" w:rsidRPr="001B55E1" w:rsidRDefault="00000000">
      <w:pPr>
        <w:spacing w:after="20"/>
        <w:jc w:val="center"/>
        <w:rPr>
          <w:sz w:val="24"/>
          <w:szCs w:val="24"/>
        </w:rPr>
      </w:pPr>
      <w:r w:rsidRPr="001B55E1">
        <w:rPr>
          <w:b/>
          <w:sz w:val="24"/>
          <w:szCs w:val="24"/>
        </w:rPr>
        <w:t>2026/2027 EĞİTİM ÖĞRETİM YILI MOTORLU ARAÇLAR TEKNOLOJİSİ ALANI</w:t>
      </w:r>
    </w:p>
    <w:p w14:paraId="6E39C9AD" w14:textId="77777777" w:rsidR="00466A0B" w:rsidRPr="001B55E1" w:rsidRDefault="00000000">
      <w:pPr>
        <w:spacing w:after="20"/>
        <w:jc w:val="center"/>
        <w:rPr>
          <w:sz w:val="24"/>
          <w:szCs w:val="24"/>
        </w:rPr>
      </w:pPr>
      <w:r w:rsidRPr="001B55E1">
        <w:rPr>
          <w:b/>
          <w:sz w:val="24"/>
          <w:szCs w:val="24"/>
        </w:rPr>
        <w:t>OFİS PROGRAMLARI DERSİ 1. DÖNEM 1. YAZILI SINAVI - A GRUBU CEVAP ANAHTARI</w:t>
      </w:r>
    </w:p>
    <w:p w14:paraId="39FAE670" w14:textId="5FADBE6B" w:rsidR="00466A0B" w:rsidRPr="001B55E1" w:rsidRDefault="001B55E1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69672270" w14:textId="77777777" w:rsidR="00466A0B" w:rsidRPr="001B55E1" w:rsidRDefault="00000000">
      <w:pPr>
        <w:spacing w:after="20"/>
        <w:rPr>
          <w:sz w:val="22"/>
        </w:rPr>
      </w:pPr>
      <w:r w:rsidRPr="001B55E1">
        <w:rPr>
          <w:b/>
          <w:bCs/>
          <w:sz w:val="22"/>
        </w:rPr>
        <w:t>1.</w:t>
      </w:r>
      <w:r w:rsidRPr="001B55E1">
        <w:rPr>
          <w:sz w:val="22"/>
        </w:rPr>
        <w:t xml:space="preserve"> Microsoft Office'de kelime işlemci programı hangisidir? (10 Puan)</w:t>
      </w:r>
    </w:p>
    <w:p w14:paraId="34A11507" w14:textId="77777777" w:rsidR="00466A0B" w:rsidRPr="001B55E1" w:rsidRDefault="00000000">
      <w:pPr>
        <w:ind w:left="283"/>
        <w:rPr>
          <w:sz w:val="22"/>
        </w:rPr>
      </w:pPr>
      <w:r w:rsidRPr="001B55E1">
        <w:rPr>
          <w:sz w:val="22"/>
        </w:rPr>
        <w:t>• Microsoft Word</w:t>
      </w:r>
    </w:p>
    <w:p w14:paraId="6C389994" w14:textId="77777777" w:rsidR="001B55E1" w:rsidRDefault="00000000">
      <w:pPr>
        <w:spacing w:after="20"/>
        <w:rPr>
          <w:noProof/>
          <w:sz w:val="22"/>
        </w:rPr>
      </w:pPr>
      <w:r w:rsidRPr="001B55E1">
        <w:rPr>
          <w:b/>
          <w:bCs/>
          <w:sz w:val="22"/>
        </w:rPr>
        <w:t>2.</w:t>
      </w:r>
      <w:r w:rsidRPr="001B55E1">
        <w:rPr>
          <w:sz w:val="22"/>
        </w:rPr>
        <w:t xml:space="preserve"> Aşağıdaki standart araç çubuğu simgesinin anlamı nedir? (10 Puan)</w:t>
      </w:r>
      <w:r w:rsidR="001B55E1" w:rsidRPr="001B55E1">
        <w:rPr>
          <w:noProof/>
          <w:sz w:val="22"/>
        </w:rPr>
        <w:t xml:space="preserve"> </w:t>
      </w:r>
    </w:p>
    <w:p w14:paraId="22B08E6D" w14:textId="5E3D2EC8" w:rsidR="00466A0B" w:rsidRPr="001B55E1" w:rsidRDefault="001B55E1" w:rsidP="001B55E1">
      <w:pPr>
        <w:spacing w:after="20"/>
        <w:jc w:val="center"/>
        <w:rPr>
          <w:sz w:val="22"/>
        </w:rPr>
      </w:pPr>
      <w:r w:rsidRPr="001B55E1">
        <w:rPr>
          <w:noProof/>
          <w:sz w:val="22"/>
        </w:rPr>
        <w:drawing>
          <wp:inline distT="0" distB="0" distL="0" distR="0" wp14:anchorId="05AE18FB" wp14:editId="0300FFAC">
            <wp:extent cx="360000" cy="425453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425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5B148A" w14:textId="20CDA92C" w:rsidR="00466A0B" w:rsidRDefault="00000000">
      <w:pPr>
        <w:ind w:left="283"/>
        <w:rPr>
          <w:sz w:val="22"/>
        </w:rPr>
      </w:pPr>
      <w:r w:rsidRPr="001B55E1">
        <w:rPr>
          <w:sz w:val="22"/>
        </w:rPr>
        <w:t xml:space="preserve">• </w:t>
      </w:r>
      <w:proofErr w:type="spellStart"/>
      <w:r w:rsidRPr="001B55E1">
        <w:rPr>
          <w:sz w:val="22"/>
        </w:rPr>
        <w:t>Aç</w:t>
      </w:r>
      <w:proofErr w:type="spellEnd"/>
    </w:p>
    <w:p w14:paraId="377BED93" w14:textId="77777777" w:rsidR="001B55E1" w:rsidRPr="001B55E1" w:rsidRDefault="001B55E1">
      <w:pPr>
        <w:ind w:left="283"/>
        <w:rPr>
          <w:sz w:val="22"/>
        </w:rPr>
      </w:pPr>
    </w:p>
    <w:p w14:paraId="512FE393" w14:textId="77777777" w:rsidR="00466A0B" w:rsidRPr="001B55E1" w:rsidRDefault="00000000">
      <w:pPr>
        <w:spacing w:after="20"/>
        <w:rPr>
          <w:sz w:val="22"/>
        </w:rPr>
      </w:pPr>
      <w:r w:rsidRPr="001B55E1">
        <w:rPr>
          <w:b/>
          <w:bCs/>
          <w:sz w:val="22"/>
        </w:rPr>
        <w:t>3.</w:t>
      </w:r>
      <w:r w:rsidRPr="001B55E1">
        <w:rPr>
          <w:sz w:val="22"/>
        </w:rPr>
        <w:t xml:space="preserve"> Microsoft Office Word'de hazırladığımız belgeyi kaydetme işlemini hangi yoldan yaparız? (10 Puan)</w:t>
      </w:r>
    </w:p>
    <w:p w14:paraId="353A5864" w14:textId="77777777" w:rsidR="00466A0B" w:rsidRPr="001B55E1" w:rsidRDefault="00000000">
      <w:pPr>
        <w:ind w:left="283"/>
        <w:rPr>
          <w:sz w:val="22"/>
        </w:rPr>
      </w:pPr>
      <w:r w:rsidRPr="001B55E1">
        <w:rPr>
          <w:sz w:val="22"/>
        </w:rPr>
        <w:t>• Dosya - Kaydet / Farklı Kaydet</w:t>
      </w:r>
    </w:p>
    <w:p w14:paraId="1A5DD3F0" w14:textId="2AB5FB1A" w:rsidR="00466A0B" w:rsidRPr="001B55E1" w:rsidRDefault="00000000">
      <w:pPr>
        <w:spacing w:after="20"/>
        <w:rPr>
          <w:sz w:val="22"/>
        </w:rPr>
      </w:pPr>
      <w:r w:rsidRPr="001B55E1">
        <w:rPr>
          <w:b/>
          <w:bCs/>
          <w:sz w:val="22"/>
        </w:rPr>
        <w:t>4.</w:t>
      </w:r>
      <w:r w:rsidRPr="001B55E1">
        <w:rPr>
          <w:sz w:val="22"/>
        </w:rPr>
        <w:t xml:space="preserve"> </w:t>
      </w:r>
      <w:r w:rsidR="001B55E1" w:rsidRPr="001B55E1">
        <w:rPr>
          <w:sz w:val="22"/>
        </w:rPr>
        <w:t xml:space="preserve">Microsoft Office </w:t>
      </w:r>
      <w:proofErr w:type="spellStart"/>
      <w:r w:rsidR="001B55E1" w:rsidRPr="001B55E1">
        <w:rPr>
          <w:sz w:val="22"/>
        </w:rPr>
        <w:t>Word'de</w:t>
      </w:r>
      <w:proofErr w:type="spellEnd"/>
      <w:r w:rsidR="001B55E1" w:rsidRPr="001B55E1">
        <w:rPr>
          <w:sz w:val="22"/>
        </w:rPr>
        <w:t xml:space="preserve"> </w:t>
      </w:r>
      <w:proofErr w:type="spellStart"/>
      <w:r w:rsidR="001B55E1">
        <w:rPr>
          <w:sz w:val="22"/>
        </w:rPr>
        <w:t>aşağıdaki</w:t>
      </w:r>
      <w:proofErr w:type="spellEnd"/>
      <w:r w:rsidR="001B55E1">
        <w:rPr>
          <w:sz w:val="22"/>
        </w:rPr>
        <w:t xml:space="preserve"> </w:t>
      </w:r>
      <w:proofErr w:type="spellStart"/>
      <w:r w:rsidR="001B55E1">
        <w:rPr>
          <w:sz w:val="22"/>
        </w:rPr>
        <w:t>simgenin</w:t>
      </w:r>
      <w:proofErr w:type="spellEnd"/>
      <w:r w:rsidR="001B55E1">
        <w:rPr>
          <w:sz w:val="22"/>
        </w:rPr>
        <w:t xml:space="preserve"> </w:t>
      </w:r>
      <w:proofErr w:type="spellStart"/>
      <w:r w:rsidR="001B55E1">
        <w:rPr>
          <w:sz w:val="22"/>
        </w:rPr>
        <w:t>anlamı</w:t>
      </w:r>
      <w:proofErr w:type="spellEnd"/>
      <w:r w:rsidR="001B55E1">
        <w:rPr>
          <w:sz w:val="22"/>
        </w:rPr>
        <w:t xml:space="preserve"> </w:t>
      </w:r>
      <w:proofErr w:type="spellStart"/>
      <w:r w:rsidR="001B55E1">
        <w:rPr>
          <w:sz w:val="22"/>
        </w:rPr>
        <w:t>nedir</w:t>
      </w:r>
      <w:proofErr w:type="spellEnd"/>
      <w:r w:rsidR="001B55E1" w:rsidRPr="001B55E1">
        <w:rPr>
          <w:sz w:val="22"/>
        </w:rPr>
        <w:t xml:space="preserve">? </w:t>
      </w:r>
      <w:r w:rsidRPr="001B55E1">
        <w:rPr>
          <w:sz w:val="22"/>
        </w:rPr>
        <w:t>(10 Puan)</w:t>
      </w:r>
    </w:p>
    <w:p w14:paraId="1C986F56" w14:textId="77777777" w:rsidR="00466A0B" w:rsidRPr="001B55E1" w:rsidRDefault="00000000">
      <w:pPr>
        <w:spacing w:after="20"/>
        <w:jc w:val="center"/>
        <w:rPr>
          <w:sz w:val="22"/>
        </w:rPr>
      </w:pPr>
      <w:r w:rsidRPr="001B55E1">
        <w:rPr>
          <w:noProof/>
          <w:sz w:val="22"/>
        </w:rPr>
        <w:drawing>
          <wp:inline distT="0" distB="0" distL="0" distR="0" wp14:anchorId="0FC7D034" wp14:editId="2BF70B4D">
            <wp:extent cx="556260" cy="361567"/>
            <wp:effectExtent l="0" t="0" r="0" b="63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733" cy="365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F40538" w14:textId="77777777" w:rsidR="00466A0B" w:rsidRPr="001B55E1" w:rsidRDefault="00000000">
      <w:pPr>
        <w:ind w:left="283"/>
        <w:rPr>
          <w:sz w:val="22"/>
        </w:rPr>
      </w:pPr>
      <w:r w:rsidRPr="001B55E1">
        <w:rPr>
          <w:sz w:val="22"/>
        </w:rPr>
        <w:t>• Düzen - Geri Al / Ctrl + Z / Geri Al simgesi</w:t>
      </w:r>
    </w:p>
    <w:p w14:paraId="1278FA0E" w14:textId="77777777" w:rsidR="00466A0B" w:rsidRPr="001B55E1" w:rsidRDefault="00000000">
      <w:pPr>
        <w:spacing w:after="20"/>
        <w:rPr>
          <w:sz w:val="22"/>
        </w:rPr>
      </w:pPr>
      <w:r w:rsidRPr="001B55E1">
        <w:rPr>
          <w:b/>
          <w:bCs/>
          <w:sz w:val="22"/>
        </w:rPr>
        <w:t>5.</w:t>
      </w:r>
      <w:r w:rsidRPr="001B55E1">
        <w:rPr>
          <w:sz w:val="22"/>
        </w:rPr>
        <w:t xml:space="preserve"> Aşağıdaki standart araç çubuğu simgesinin anlamı nedir? (10 Puan)</w:t>
      </w:r>
    </w:p>
    <w:p w14:paraId="461DB437" w14:textId="77777777" w:rsidR="00466A0B" w:rsidRPr="001B55E1" w:rsidRDefault="00000000">
      <w:pPr>
        <w:spacing w:after="20"/>
        <w:jc w:val="center"/>
        <w:rPr>
          <w:sz w:val="22"/>
        </w:rPr>
      </w:pPr>
      <w:r w:rsidRPr="001B55E1">
        <w:rPr>
          <w:noProof/>
          <w:sz w:val="22"/>
        </w:rPr>
        <w:drawing>
          <wp:inline distT="0" distB="0" distL="0" distR="0" wp14:anchorId="15E68FFC" wp14:editId="16D4BFAE">
            <wp:extent cx="579120" cy="470532"/>
            <wp:effectExtent l="0" t="0" r="0" b="635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4761" cy="475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97869B" w14:textId="77777777" w:rsidR="00466A0B" w:rsidRPr="001B55E1" w:rsidRDefault="00000000">
      <w:pPr>
        <w:ind w:left="283"/>
        <w:rPr>
          <w:sz w:val="22"/>
        </w:rPr>
      </w:pPr>
      <w:r w:rsidRPr="001B55E1">
        <w:rPr>
          <w:sz w:val="22"/>
        </w:rPr>
        <w:t>• Kes</w:t>
      </w:r>
    </w:p>
    <w:p w14:paraId="5C13E656" w14:textId="77777777" w:rsidR="00466A0B" w:rsidRPr="001B55E1" w:rsidRDefault="00000000">
      <w:pPr>
        <w:spacing w:after="20"/>
        <w:rPr>
          <w:sz w:val="22"/>
        </w:rPr>
      </w:pPr>
      <w:r w:rsidRPr="001B55E1">
        <w:rPr>
          <w:b/>
          <w:bCs/>
          <w:sz w:val="22"/>
        </w:rPr>
        <w:t>6.</w:t>
      </w:r>
      <w:r w:rsidRPr="001B55E1">
        <w:rPr>
          <w:sz w:val="22"/>
        </w:rPr>
        <w:t xml:space="preserve"> Microsoft Office Word'de seçtiğimiz metni koyu yazmak için hangi biçimlendirme araç çubuğu simgesini kullanırız? (10 Puan)</w:t>
      </w:r>
    </w:p>
    <w:p w14:paraId="02785F2B" w14:textId="77777777" w:rsidR="00466A0B" w:rsidRPr="001B55E1" w:rsidRDefault="00000000">
      <w:pPr>
        <w:ind w:left="283"/>
        <w:rPr>
          <w:sz w:val="22"/>
        </w:rPr>
      </w:pPr>
      <w:r w:rsidRPr="001B55E1">
        <w:rPr>
          <w:sz w:val="22"/>
        </w:rPr>
        <w:t>• K (Koyu)</w:t>
      </w:r>
    </w:p>
    <w:p w14:paraId="5EE793A4" w14:textId="77777777" w:rsidR="00466A0B" w:rsidRPr="001B55E1" w:rsidRDefault="00000000">
      <w:pPr>
        <w:spacing w:after="20"/>
        <w:rPr>
          <w:sz w:val="22"/>
        </w:rPr>
      </w:pPr>
      <w:r w:rsidRPr="001B55E1">
        <w:rPr>
          <w:b/>
          <w:bCs/>
          <w:sz w:val="22"/>
        </w:rPr>
        <w:t>7.</w:t>
      </w:r>
      <w:r w:rsidRPr="001B55E1">
        <w:rPr>
          <w:sz w:val="22"/>
        </w:rPr>
        <w:t xml:space="preserve"> Aşağıdaki biçimlendirme araç çubuğu simgesinin anlamı nedir? (10 Puan)</w:t>
      </w:r>
    </w:p>
    <w:p w14:paraId="7517DC0F" w14:textId="77777777" w:rsidR="00466A0B" w:rsidRPr="001B55E1" w:rsidRDefault="00000000">
      <w:pPr>
        <w:spacing w:after="20"/>
        <w:jc w:val="center"/>
        <w:rPr>
          <w:sz w:val="22"/>
        </w:rPr>
      </w:pPr>
      <w:r w:rsidRPr="001B55E1">
        <w:rPr>
          <w:noProof/>
          <w:sz w:val="22"/>
        </w:rPr>
        <w:drawing>
          <wp:inline distT="0" distB="0" distL="0" distR="0" wp14:anchorId="17805901" wp14:editId="31E349D0">
            <wp:extent cx="540000" cy="426316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5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426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62285B" w14:textId="77777777" w:rsidR="00466A0B" w:rsidRPr="001B55E1" w:rsidRDefault="00000000">
      <w:pPr>
        <w:ind w:left="283"/>
        <w:rPr>
          <w:sz w:val="22"/>
        </w:rPr>
      </w:pPr>
      <w:r w:rsidRPr="001B55E1">
        <w:rPr>
          <w:sz w:val="22"/>
        </w:rPr>
        <w:t>• Sağa Hizala</w:t>
      </w:r>
    </w:p>
    <w:p w14:paraId="63B2FD1A" w14:textId="77777777" w:rsidR="00466A0B" w:rsidRPr="001B55E1" w:rsidRDefault="00000000">
      <w:pPr>
        <w:spacing w:after="20"/>
        <w:rPr>
          <w:sz w:val="22"/>
        </w:rPr>
      </w:pPr>
      <w:r w:rsidRPr="001B55E1">
        <w:rPr>
          <w:b/>
          <w:bCs/>
          <w:sz w:val="22"/>
        </w:rPr>
        <w:t>8.</w:t>
      </w:r>
      <w:r w:rsidRPr="001B55E1">
        <w:rPr>
          <w:sz w:val="22"/>
        </w:rPr>
        <w:t xml:space="preserve"> Aşağıdaki standart araç çubuğu simgesinin anlamı ve görevi nedir? (10 Puan)</w:t>
      </w:r>
    </w:p>
    <w:p w14:paraId="64A4CAAD" w14:textId="77777777" w:rsidR="00466A0B" w:rsidRPr="001B55E1" w:rsidRDefault="00000000">
      <w:pPr>
        <w:spacing w:after="20"/>
        <w:jc w:val="center"/>
        <w:rPr>
          <w:sz w:val="22"/>
        </w:rPr>
      </w:pPr>
      <w:r w:rsidRPr="001B55E1">
        <w:rPr>
          <w:noProof/>
          <w:sz w:val="22"/>
        </w:rPr>
        <w:drawing>
          <wp:inline distT="0" distB="0" distL="0" distR="0" wp14:anchorId="77939138" wp14:editId="7336F752">
            <wp:extent cx="540000" cy="3600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3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002ED5" w14:textId="77777777" w:rsidR="00466A0B" w:rsidRPr="001B55E1" w:rsidRDefault="00000000">
      <w:pPr>
        <w:ind w:left="283"/>
        <w:rPr>
          <w:sz w:val="22"/>
        </w:rPr>
      </w:pPr>
      <w:r w:rsidRPr="001B55E1">
        <w:rPr>
          <w:sz w:val="22"/>
        </w:rPr>
        <w:t>• Sütunlar halinde yazma</w:t>
      </w:r>
    </w:p>
    <w:p w14:paraId="1F116F02" w14:textId="77777777" w:rsidR="00466A0B" w:rsidRPr="001B55E1" w:rsidRDefault="00000000">
      <w:pPr>
        <w:spacing w:after="20"/>
        <w:rPr>
          <w:sz w:val="22"/>
        </w:rPr>
      </w:pPr>
      <w:r w:rsidRPr="001B55E1">
        <w:rPr>
          <w:b/>
          <w:bCs/>
          <w:sz w:val="22"/>
        </w:rPr>
        <w:t>9.</w:t>
      </w:r>
      <w:r w:rsidRPr="001B55E1">
        <w:rPr>
          <w:sz w:val="22"/>
        </w:rPr>
        <w:t xml:space="preserve"> Microsoft Office Word'de aradığımız bir kelimeyi bulmak için hangi tuş grubu kullanılır? (10 Puan)</w:t>
      </w:r>
    </w:p>
    <w:p w14:paraId="7ADC5A18" w14:textId="77777777" w:rsidR="00466A0B" w:rsidRPr="001B55E1" w:rsidRDefault="00000000">
      <w:pPr>
        <w:ind w:left="283"/>
        <w:rPr>
          <w:sz w:val="22"/>
        </w:rPr>
      </w:pPr>
      <w:r w:rsidRPr="001B55E1">
        <w:rPr>
          <w:sz w:val="22"/>
        </w:rPr>
        <w:t>• Ctrl + F</w:t>
      </w:r>
    </w:p>
    <w:p w14:paraId="727937A9" w14:textId="77777777" w:rsidR="00466A0B" w:rsidRPr="001B55E1" w:rsidRDefault="00000000">
      <w:pPr>
        <w:spacing w:after="20"/>
        <w:rPr>
          <w:sz w:val="22"/>
        </w:rPr>
      </w:pPr>
      <w:r w:rsidRPr="001B55E1">
        <w:rPr>
          <w:b/>
          <w:bCs/>
          <w:sz w:val="22"/>
        </w:rPr>
        <w:t>10.</w:t>
      </w:r>
      <w:r w:rsidRPr="001B55E1">
        <w:rPr>
          <w:sz w:val="22"/>
        </w:rPr>
        <w:t xml:space="preserve"> Microsoft Office Word kelime işlemci programı nasıl çalıştırılır? (10 Puan)</w:t>
      </w:r>
    </w:p>
    <w:p w14:paraId="2F5952CB" w14:textId="77777777" w:rsidR="00466A0B" w:rsidRPr="001B55E1" w:rsidRDefault="00000000">
      <w:pPr>
        <w:ind w:left="283"/>
        <w:rPr>
          <w:sz w:val="22"/>
        </w:rPr>
      </w:pPr>
      <w:r w:rsidRPr="001B55E1">
        <w:rPr>
          <w:sz w:val="22"/>
        </w:rPr>
        <w:t>• Başlat - Programlar - Microsoft Word</w:t>
      </w:r>
    </w:p>
    <w:sectPr w:rsidR="00466A0B" w:rsidRPr="001B55E1" w:rsidSect="00034616">
      <w:pgSz w:w="12240" w:h="15840"/>
      <w:pgMar w:top="680" w:right="822" w:bottom="652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79785953">
    <w:abstractNumId w:val="8"/>
  </w:num>
  <w:num w:numId="2" w16cid:durableId="79259924">
    <w:abstractNumId w:val="6"/>
  </w:num>
  <w:num w:numId="3" w16cid:durableId="1667830336">
    <w:abstractNumId w:val="5"/>
  </w:num>
  <w:num w:numId="4" w16cid:durableId="192808948">
    <w:abstractNumId w:val="4"/>
  </w:num>
  <w:num w:numId="5" w16cid:durableId="985159122">
    <w:abstractNumId w:val="7"/>
  </w:num>
  <w:num w:numId="6" w16cid:durableId="1505050718">
    <w:abstractNumId w:val="3"/>
  </w:num>
  <w:num w:numId="7" w16cid:durableId="1835682411">
    <w:abstractNumId w:val="2"/>
  </w:num>
  <w:num w:numId="8" w16cid:durableId="2079747563">
    <w:abstractNumId w:val="1"/>
  </w:num>
  <w:num w:numId="9" w16cid:durableId="2112893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B55E1"/>
    <w:rsid w:val="0029639D"/>
    <w:rsid w:val="002C2346"/>
    <w:rsid w:val="00326F90"/>
    <w:rsid w:val="00466A0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4C5B6E"/>
  <w14:defaultImageDpi w14:val="300"/>
  <w15:docId w15:val="{2E6683CD-361D-49D3-A863-4F40C4E3F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592</Words>
  <Characters>3380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2</cp:revision>
  <dcterms:created xsi:type="dcterms:W3CDTF">2026-09-23T17:28:00Z</dcterms:created>
  <dcterms:modified xsi:type="dcterms:W3CDTF">2026-09-23T17:28:00Z</dcterms:modified>
  <cp:category/>
</cp:coreProperties>
</file>