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FB203" w14:textId="77777777" w:rsidR="008F282B" w:rsidRPr="004F67E6" w:rsidRDefault="00000000" w:rsidP="004F67E6">
      <w:pPr>
        <w:spacing w:after="20" w:line="360" w:lineRule="auto"/>
        <w:jc w:val="center"/>
        <w:rPr>
          <w:sz w:val="24"/>
          <w:szCs w:val="24"/>
        </w:rPr>
      </w:pPr>
      <w:r w:rsidRPr="004F67E6">
        <w:rPr>
          <w:b/>
          <w:sz w:val="24"/>
          <w:szCs w:val="24"/>
        </w:rPr>
        <w:t>YAHŞİHAN MESLEKİ EĞİTİM MERKEZİ</w:t>
      </w:r>
    </w:p>
    <w:p w14:paraId="103CDC7C" w14:textId="77777777" w:rsidR="008F282B" w:rsidRPr="004F67E6" w:rsidRDefault="00000000" w:rsidP="004F67E6">
      <w:pPr>
        <w:spacing w:after="20" w:line="360" w:lineRule="auto"/>
        <w:jc w:val="center"/>
        <w:rPr>
          <w:sz w:val="24"/>
          <w:szCs w:val="24"/>
        </w:rPr>
      </w:pPr>
      <w:r w:rsidRPr="004F67E6">
        <w:rPr>
          <w:b/>
          <w:sz w:val="24"/>
          <w:szCs w:val="24"/>
        </w:rPr>
        <w:t>2026/2027 EĞİTİM ÖĞRETİM YILI MOTORLU ARAÇLAR TEKNOLOJİSİ ALANI</w:t>
      </w:r>
    </w:p>
    <w:p w14:paraId="09E327CA" w14:textId="77777777" w:rsidR="008F282B" w:rsidRPr="004F67E6" w:rsidRDefault="00000000" w:rsidP="004F67E6">
      <w:pPr>
        <w:spacing w:after="20" w:line="360" w:lineRule="auto"/>
        <w:jc w:val="center"/>
        <w:rPr>
          <w:sz w:val="24"/>
          <w:szCs w:val="24"/>
        </w:rPr>
      </w:pPr>
      <w:r w:rsidRPr="004F67E6">
        <w:rPr>
          <w:b/>
          <w:sz w:val="24"/>
          <w:szCs w:val="24"/>
        </w:rPr>
        <w:t>OFİS PROGRAMLARI DERSİ 1. DÖNEM 1. YAZILI SINAVI - B GRUBU</w:t>
      </w:r>
    </w:p>
    <w:p w14:paraId="6A7A2056" w14:textId="77777777" w:rsidR="008F282B" w:rsidRPr="004F67E6" w:rsidRDefault="00000000" w:rsidP="004F67E6">
      <w:pPr>
        <w:spacing w:line="360" w:lineRule="auto"/>
        <w:rPr>
          <w:sz w:val="24"/>
          <w:szCs w:val="24"/>
        </w:rPr>
      </w:pPr>
      <w:r w:rsidRPr="004F67E6">
        <w:rPr>
          <w:sz w:val="24"/>
          <w:szCs w:val="24"/>
        </w:rPr>
        <w:t>Adı Soyadı: ............................................................    Sınıfı/No: ....................    Aldığı Not: ............</w:t>
      </w:r>
    </w:p>
    <w:p w14:paraId="6A3766AB" w14:textId="77777777" w:rsidR="008F282B" w:rsidRPr="004F67E6" w:rsidRDefault="00000000">
      <w:pPr>
        <w:jc w:val="center"/>
        <w:rPr>
          <w:sz w:val="22"/>
        </w:rPr>
      </w:pPr>
      <w:r w:rsidRPr="004F67E6">
        <w:rPr>
          <w:b/>
          <w:sz w:val="22"/>
        </w:rPr>
        <w:t>SORULAR</w:t>
      </w:r>
    </w:p>
    <w:p w14:paraId="6A6AAFBF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1.</w:t>
      </w:r>
      <w:r w:rsidRPr="004F67E6">
        <w:rPr>
          <w:sz w:val="22"/>
        </w:rPr>
        <w:t xml:space="preserve"> Aşağıdaki standart araç çubuğu simgesinin anlamı nedir? (10 Puan)</w:t>
      </w:r>
    </w:p>
    <w:p w14:paraId="19E5155F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19518F9F" wp14:editId="68FF8AF2">
            <wp:extent cx="360000" cy="45391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45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6F14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2.</w:t>
      </w:r>
      <w:r w:rsidRPr="004F67E6">
        <w:rPr>
          <w:sz w:val="22"/>
        </w:rPr>
        <w:t xml:space="preserve"> Word belgesinde ekranda araç çubuklarının görünmesini ve kaldırılmasını nasıl ayarlarız? (10 Puan)</w:t>
      </w:r>
    </w:p>
    <w:p w14:paraId="27600179" w14:textId="2FB5B67E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29254312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3.</w:t>
      </w:r>
      <w:r w:rsidRPr="004F67E6">
        <w:rPr>
          <w:sz w:val="22"/>
        </w:rPr>
        <w:t xml:space="preserve"> Microsoft Office Word'de yazdıklarımızın tamamını seçmek için klavyeden hangi tuş grubunu kullanırız? (10 Puan)</w:t>
      </w:r>
    </w:p>
    <w:p w14:paraId="158AC14A" w14:textId="114F1B08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0725ECC2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4.</w:t>
      </w:r>
      <w:r w:rsidRPr="004F67E6">
        <w:rPr>
          <w:sz w:val="22"/>
        </w:rPr>
        <w:t xml:space="preserve"> Aşağıdaki standart araç çubuğu simgesinin anlamı nedir? (10 Puan)</w:t>
      </w:r>
    </w:p>
    <w:p w14:paraId="54F87CC8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2E824AFE" wp14:editId="5783CD63">
            <wp:extent cx="360000" cy="30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7E83C" w14:textId="22A4DEC9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04F52F00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5.</w:t>
      </w:r>
      <w:r w:rsidRPr="004F67E6">
        <w:rPr>
          <w:sz w:val="22"/>
        </w:rPr>
        <w:t xml:space="preserve"> Microsoft Office Word'de seçtiğimiz metni kesmek için hangi tuş grubunu kullanırız? (10 Puan)</w:t>
      </w:r>
    </w:p>
    <w:p w14:paraId="4D18C760" w14:textId="62B3CBFD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4AA58671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6.</w:t>
      </w:r>
      <w:r w:rsidRPr="004F67E6">
        <w:rPr>
          <w:sz w:val="22"/>
        </w:rPr>
        <w:t xml:space="preserve"> Microsoft Office Word'de altı çizili yazmak için hangi biçimlendirme araç çubuğu simgesini kullanırız? (10 Puan)</w:t>
      </w:r>
    </w:p>
    <w:p w14:paraId="4B236B5A" w14:textId="3778E735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28DA2E6B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7.</w:t>
      </w:r>
      <w:r w:rsidRPr="004F67E6">
        <w:rPr>
          <w:sz w:val="22"/>
        </w:rPr>
        <w:t xml:space="preserve"> Aşağıdaki biçimlendirme araç çubuğu simgesinin anlamı nedir? (10 Puan)</w:t>
      </w:r>
    </w:p>
    <w:p w14:paraId="553386BA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766B2401" wp14:editId="075140CA">
            <wp:extent cx="720000" cy="17684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46ED4" w14:textId="2E5B895F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6EDC8C03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8.</w:t>
      </w:r>
      <w:r w:rsidRPr="004F67E6">
        <w:rPr>
          <w:sz w:val="22"/>
        </w:rPr>
        <w:t xml:space="preserve"> Microsoft Office Word'de madde işaretleri ve numaralandırma eklemek için hangi yol izlenir? (10 Puan)</w:t>
      </w:r>
    </w:p>
    <w:p w14:paraId="1DF4367E" w14:textId="26A9A65E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3CDB4CBA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9.</w:t>
      </w:r>
      <w:r w:rsidRPr="004F67E6">
        <w:rPr>
          <w:sz w:val="22"/>
        </w:rPr>
        <w:t xml:space="preserve"> Aşağıdaki çubuğun adı nedir? (10 Puan)</w:t>
      </w:r>
    </w:p>
    <w:p w14:paraId="441B43F3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532F33C3" wp14:editId="54E1AA63">
            <wp:extent cx="5580000" cy="158894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5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ACF3" w14:textId="62B38414" w:rsidR="008F282B" w:rsidRPr="004F67E6" w:rsidRDefault="004F67E6" w:rsidP="004F67E6">
      <w:pPr>
        <w:spacing w:line="360" w:lineRule="auto"/>
        <w:rPr>
          <w:b/>
          <w:bCs/>
          <w:sz w:val="22"/>
        </w:rPr>
      </w:pPr>
      <w:r w:rsidRPr="004F67E6">
        <w:rPr>
          <w:b/>
          <w:bCs/>
          <w:sz w:val="22"/>
        </w:rPr>
        <w:t xml:space="preserve"> </w:t>
      </w:r>
    </w:p>
    <w:p w14:paraId="6599C0CA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b/>
          <w:bCs/>
          <w:sz w:val="22"/>
        </w:rPr>
        <w:t>10.</w:t>
      </w:r>
      <w:r w:rsidRPr="004F67E6">
        <w:rPr>
          <w:sz w:val="22"/>
        </w:rPr>
        <w:t xml:space="preserve"> Aşağıdaki araç çubuğunun adı nedir? (10 Puan)</w:t>
      </w:r>
    </w:p>
    <w:p w14:paraId="5685EF68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70527D0A" wp14:editId="2793EA1C">
            <wp:extent cx="5580000" cy="158673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5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3E4371" w14:textId="51A545FC" w:rsidR="008F282B" w:rsidRPr="004F67E6" w:rsidRDefault="004F67E6" w:rsidP="004F67E6">
      <w:pPr>
        <w:spacing w:line="360" w:lineRule="auto"/>
        <w:rPr>
          <w:sz w:val="22"/>
        </w:rPr>
      </w:pPr>
      <w:r>
        <w:rPr>
          <w:sz w:val="22"/>
        </w:rPr>
        <w:t xml:space="preserve"> </w:t>
      </w:r>
    </w:p>
    <w:p w14:paraId="4EAE3E03" w14:textId="13970B23" w:rsidR="008F282B" w:rsidRPr="004F67E6" w:rsidRDefault="004F67E6" w:rsidP="004F67E6">
      <w:pPr>
        <w:spacing w:after="0"/>
        <w:ind w:left="5760" w:firstLine="720"/>
        <w:jc w:val="center"/>
        <w:rPr>
          <w:szCs w:val="20"/>
        </w:rPr>
      </w:pPr>
      <w:r>
        <w:rPr>
          <w:szCs w:val="20"/>
        </w:rPr>
        <w:t xml:space="preserve">          </w:t>
      </w:r>
      <w:proofErr w:type="spellStart"/>
      <w:r w:rsidR="00000000" w:rsidRPr="004F67E6">
        <w:rPr>
          <w:szCs w:val="20"/>
        </w:rPr>
        <w:t>Başarılar</w:t>
      </w:r>
      <w:proofErr w:type="spellEnd"/>
    </w:p>
    <w:p w14:paraId="0D8DCB97" w14:textId="743B1A1C" w:rsidR="008F282B" w:rsidRPr="004F67E6" w:rsidRDefault="00000000">
      <w:pPr>
        <w:spacing w:after="0"/>
        <w:rPr>
          <w:szCs w:val="20"/>
        </w:rPr>
      </w:pPr>
      <w:proofErr w:type="spellStart"/>
      <w:r w:rsidRPr="004F67E6">
        <w:rPr>
          <w:szCs w:val="20"/>
        </w:rPr>
        <w:t>Süre</w:t>
      </w:r>
      <w:proofErr w:type="spellEnd"/>
      <w:r w:rsidRPr="004F67E6">
        <w:rPr>
          <w:szCs w:val="20"/>
        </w:rPr>
        <w:t xml:space="preserve">: 40 Dk                                                                                    </w:t>
      </w:r>
      <w:proofErr w:type="gramStart"/>
      <w:r w:rsidR="004F67E6" w:rsidRPr="004F67E6">
        <w:rPr>
          <w:szCs w:val="20"/>
        </w:rPr>
        <w:tab/>
      </w:r>
      <w:r w:rsidR="004F67E6" w:rsidRPr="004F67E6">
        <w:rPr>
          <w:szCs w:val="20"/>
        </w:rPr>
        <w:tab/>
      </w:r>
      <w:r w:rsidR="004F67E6" w:rsidRPr="004F67E6">
        <w:rPr>
          <w:szCs w:val="20"/>
        </w:rPr>
        <w:tab/>
      </w:r>
      <w:proofErr w:type="spellStart"/>
      <w:r w:rsidRPr="004F67E6">
        <w:rPr>
          <w:szCs w:val="20"/>
        </w:rPr>
        <w:t>Mot.Arç.Tekn</w:t>
      </w:r>
      <w:proofErr w:type="spellEnd"/>
      <w:proofErr w:type="gramEnd"/>
      <w:r w:rsidRPr="004F67E6">
        <w:rPr>
          <w:szCs w:val="20"/>
        </w:rPr>
        <w:t xml:space="preserve"> Öğrt Abdullah YANIK</w:t>
      </w:r>
    </w:p>
    <w:p w14:paraId="13C812CF" w14:textId="77777777" w:rsidR="008F282B" w:rsidRDefault="00000000">
      <w:r>
        <w:br w:type="page"/>
      </w:r>
    </w:p>
    <w:p w14:paraId="7D865674" w14:textId="77777777" w:rsidR="008F282B" w:rsidRPr="004F67E6" w:rsidRDefault="00000000" w:rsidP="004F67E6">
      <w:pPr>
        <w:spacing w:after="20" w:line="276" w:lineRule="auto"/>
        <w:jc w:val="center"/>
        <w:rPr>
          <w:sz w:val="24"/>
          <w:szCs w:val="24"/>
        </w:rPr>
      </w:pPr>
      <w:r w:rsidRPr="004F67E6">
        <w:rPr>
          <w:b/>
          <w:sz w:val="24"/>
          <w:szCs w:val="24"/>
        </w:rPr>
        <w:lastRenderedPageBreak/>
        <w:t>YAHŞİHAN MESLEKİ EĞİTİM MERKEZİ</w:t>
      </w:r>
    </w:p>
    <w:p w14:paraId="25AF9661" w14:textId="77777777" w:rsidR="008F282B" w:rsidRPr="004F67E6" w:rsidRDefault="00000000" w:rsidP="004F67E6">
      <w:pPr>
        <w:spacing w:after="20" w:line="276" w:lineRule="auto"/>
        <w:jc w:val="center"/>
        <w:rPr>
          <w:sz w:val="24"/>
          <w:szCs w:val="24"/>
        </w:rPr>
      </w:pPr>
      <w:r w:rsidRPr="004F67E6">
        <w:rPr>
          <w:b/>
          <w:sz w:val="24"/>
          <w:szCs w:val="24"/>
        </w:rPr>
        <w:t>2026/2027 EĞİTİM ÖĞRETİM YILI MOTORLU ARAÇLAR TEKNOLOJİSİ ALANI</w:t>
      </w:r>
    </w:p>
    <w:p w14:paraId="5C28D2FD" w14:textId="77777777" w:rsidR="008F282B" w:rsidRPr="004F67E6" w:rsidRDefault="00000000" w:rsidP="004F67E6">
      <w:pPr>
        <w:spacing w:after="20" w:line="276" w:lineRule="auto"/>
        <w:jc w:val="center"/>
        <w:rPr>
          <w:sz w:val="24"/>
          <w:szCs w:val="24"/>
        </w:rPr>
      </w:pPr>
      <w:r w:rsidRPr="004F67E6">
        <w:rPr>
          <w:b/>
          <w:sz w:val="24"/>
          <w:szCs w:val="24"/>
        </w:rPr>
        <w:t>OFİS PROGRAMLARI DERSİ 1. DÖNEM 1. YAZILI SINAVI - B GRUBU CEVAP ANAHTARI</w:t>
      </w:r>
    </w:p>
    <w:p w14:paraId="25332641" w14:textId="42CBDCDF" w:rsidR="008F282B" w:rsidRPr="004F67E6" w:rsidRDefault="004F67E6" w:rsidP="004F67E6">
      <w:pPr>
        <w:spacing w:line="360" w:lineRule="auto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364F4622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1. Aşağıdaki standart araç çubuğu simgesinin anlamı nedir? (10 Puan)</w:t>
      </w:r>
    </w:p>
    <w:p w14:paraId="1A425AE0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70890936" wp14:editId="5433630A">
            <wp:extent cx="360000" cy="45391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453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4F2A7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Yeni boş belge</w:t>
      </w:r>
    </w:p>
    <w:p w14:paraId="18FDE21D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2. Word belgesinde ekranda araç çubuklarının görünmesini ve kaldırılmasını nasıl ayarlarız? (10 Puan)</w:t>
      </w:r>
    </w:p>
    <w:p w14:paraId="5ED8264F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Görünüm - Araç Çubukları</w:t>
      </w:r>
    </w:p>
    <w:p w14:paraId="2542923F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3. Microsoft Office Word'de yazdıklarımızın tamamını seçmek için klavyeden hangi tuş grubunu kullanırız? (10 Puan)</w:t>
      </w:r>
    </w:p>
    <w:p w14:paraId="05F143CC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Ctrl + A</w:t>
      </w:r>
    </w:p>
    <w:p w14:paraId="13C29279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4. Aşağıdaki standart araç çubuğu simgesinin anlamı nedir? (10 Puan)</w:t>
      </w:r>
    </w:p>
    <w:p w14:paraId="2A79E9A0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526B4B60" wp14:editId="79378C6B">
            <wp:extent cx="360000" cy="3024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46569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Yazdır</w:t>
      </w:r>
    </w:p>
    <w:p w14:paraId="1DB32F29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5. Microsoft Office Word'de seçtiğimiz metni kesmek için hangi tuş grubunu kullanırız? (10 Puan)</w:t>
      </w:r>
    </w:p>
    <w:p w14:paraId="7E24EC57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Ctrl + X</w:t>
      </w:r>
    </w:p>
    <w:p w14:paraId="698BCB80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6. Microsoft Office Word'de altı çizili yazmak için hangi biçimlendirme araç çubuğu simgesini kullanırız? (10 Puan)</w:t>
      </w:r>
    </w:p>
    <w:p w14:paraId="330ADE1E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A (Altı çizili)</w:t>
      </w:r>
    </w:p>
    <w:p w14:paraId="42F7FEF6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7. Aşağıdaki biçimlendirme araç çubuğu simgesinin anlamı nedir? (10 Puan)</w:t>
      </w:r>
    </w:p>
    <w:p w14:paraId="3EFD09F2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6312F050" wp14:editId="689A0840">
            <wp:extent cx="720000" cy="17684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6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17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355F2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Yazı tipi boyutu</w:t>
      </w:r>
    </w:p>
    <w:p w14:paraId="3FB4CDE6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8. Microsoft Office Word'de madde işaretleri ve numaralandırma eklemek için hangi yol izlenir? (10 Puan)</w:t>
      </w:r>
    </w:p>
    <w:p w14:paraId="164BD81C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Biçim - Madde İşaretleri ve Numaralandırma</w:t>
      </w:r>
    </w:p>
    <w:p w14:paraId="76AE5EB2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9. Aşağıdaki çubuğun adı nedir? (10 Puan)</w:t>
      </w:r>
    </w:p>
    <w:p w14:paraId="1A73B92B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783B5B42" wp14:editId="1828F548">
            <wp:extent cx="5580000" cy="15889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8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58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36CAD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Durum çubuğu</w:t>
      </w:r>
    </w:p>
    <w:p w14:paraId="06BD22AF" w14:textId="77777777" w:rsidR="008F282B" w:rsidRPr="004F67E6" w:rsidRDefault="00000000" w:rsidP="004F67E6">
      <w:pPr>
        <w:spacing w:after="20" w:line="360" w:lineRule="auto"/>
        <w:rPr>
          <w:sz w:val="22"/>
        </w:rPr>
      </w:pPr>
      <w:r w:rsidRPr="004F67E6">
        <w:rPr>
          <w:sz w:val="22"/>
        </w:rPr>
        <w:t>10. Aşağıdaki araç çubuğunun adı nedir? (10 Puan)</w:t>
      </w:r>
    </w:p>
    <w:p w14:paraId="20E85464" w14:textId="77777777" w:rsidR="008F282B" w:rsidRPr="004F67E6" w:rsidRDefault="00000000" w:rsidP="004F67E6">
      <w:pPr>
        <w:spacing w:after="20" w:line="360" w:lineRule="auto"/>
        <w:jc w:val="center"/>
        <w:rPr>
          <w:sz w:val="22"/>
        </w:rPr>
      </w:pPr>
      <w:r w:rsidRPr="004F67E6">
        <w:rPr>
          <w:noProof/>
          <w:sz w:val="22"/>
        </w:rPr>
        <w:drawing>
          <wp:inline distT="0" distB="0" distL="0" distR="0" wp14:anchorId="765679D5" wp14:editId="6E8CE6CC">
            <wp:extent cx="5580000" cy="15867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9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58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A3861" w14:textId="77777777" w:rsidR="008F282B" w:rsidRPr="004F67E6" w:rsidRDefault="00000000" w:rsidP="004F67E6">
      <w:pPr>
        <w:spacing w:line="360" w:lineRule="auto"/>
        <w:ind w:left="283"/>
        <w:rPr>
          <w:sz w:val="22"/>
        </w:rPr>
      </w:pPr>
      <w:r w:rsidRPr="004F67E6">
        <w:rPr>
          <w:sz w:val="22"/>
        </w:rPr>
        <w:t>• Standart araç çubuğu</w:t>
      </w:r>
    </w:p>
    <w:sectPr w:rsidR="008F282B" w:rsidRPr="004F67E6" w:rsidSect="00034616">
      <w:pgSz w:w="12240" w:h="15840"/>
      <w:pgMar w:top="680" w:right="822" w:bottom="652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0919137">
    <w:abstractNumId w:val="8"/>
  </w:num>
  <w:num w:numId="2" w16cid:durableId="1123840619">
    <w:abstractNumId w:val="6"/>
  </w:num>
  <w:num w:numId="3" w16cid:durableId="2084863656">
    <w:abstractNumId w:val="5"/>
  </w:num>
  <w:num w:numId="4" w16cid:durableId="525556779">
    <w:abstractNumId w:val="4"/>
  </w:num>
  <w:num w:numId="5" w16cid:durableId="234899330">
    <w:abstractNumId w:val="7"/>
  </w:num>
  <w:num w:numId="6" w16cid:durableId="1170635065">
    <w:abstractNumId w:val="3"/>
  </w:num>
  <w:num w:numId="7" w16cid:durableId="666130257">
    <w:abstractNumId w:val="2"/>
  </w:num>
  <w:num w:numId="8" w16cid:durableId="812335099">
    <w:abstractNumId w:val="1"/>
  </w:num>
  <w:num w:numId="9" w16cid:durableId="1641418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346"/>
    <w:rsid w:val="00326F90"/>
    <w:rsid w:val="004F67E6"/>
    <w:rsid w:val="008F282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9EB0CC"/>
  <w14:defaultImageDpi w14:val="300"/>
  <w15:docId w15:val="{2E6683CD-361D-49D3-A863-4F40C4E3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2026-09-23T17:32:00Z</dcterms:created>
  <dcterms:modified xsi:type="dcterms:W3CDTF">2026-09-23T17:32:00Z</dcterms:modified>
  <cp:category/>
</cp:coreProperties>
</file>