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6974E" w14:textId="77777777" w:rsidR="00782512" w:rsidRPr="00F167DA" w:rsidRDefault="00000000">
      <w:pPr>
        <w:jc w:val="center"/>
        <w:rPr>
          <w:sz w:val="24"/>
          <w:szCs w:val="24"/>
        </w:rPr>
      </w:pPr>
      <w:r w:rsidRPr="00F167DA">
        <w:rPr>
          <w:b/>
          <w:sz w:val="24"/>
          <w:szCs w:val="24"/>
        </w:rPr>
        <w:t>YAHŞİHAN MESLEKİ EĞİTİM MERKEZİ</w:t>
      </w:r>
    </w:p>
    <w:p w14:paraId="4AD77249" w14:textId="77777777" w:rsidR="00782512" w:rsidRPr="00F167DA" w:rsidRDefault="00000000">
      <w:pPr>
        <w:jc w:val="center"/>
        <w:rPr>
          <w:sz w:val="24"/>
          <w:szCs w:val="24"/>
        </w:rPr>
      </w:pPr>
      <w:r w:rsidRPr="00F167DA">
        <w:rPr>
          <w:b/>
          <w:sz w:val="24"/>
          <w:szCs w:val="24"/>
        </w:rPr>
        <w:t>2026/2027 EĞİTİM ÖĞRETİM YILI MOTORLU ARAÇLAR TEKNOLOJİSİ ALANI</w:t>
      </w:r>
    </w:p>
    <w:p w14:paraId="46484A8A" w14:textId="77777777" w:rsidR="00782512" w:rsidRPr="00F167DA" w:rsidRDefault="00000000">
      <w:pPr>
        <w:jc w:val="center"/>
        <w:rPr>
          <w:sz w:val="24"/>
          <w:szCs w:val="24"/>
        </w:rPr>
      </w:pPr>
      <w:r w:rsidRPr="00F167DA">
        <w:rPr>
          <w:b/>
          <w:sz w:val="24"/>
          <w:szCs w:val="24"/>
        </w:rPr>
        <w:t>OFİS PROGRAMLARI DERSİ 1. DÖNEM 2. YAZILI SINAVI - A GRUBU</w:t>
      </w:r>
    </w:p>
    <w:p w14:paraId="5E6058D0" w14:textId="77777777" w:rsidR="00782512" w:rsidRPr="00F167DA" w:rsidRDefault="00000000">
      <w:pPr>
        <w:rPr>
          <w:sz w:val="24"/>
          <w:szCs w:val="24"/>
        </w:rPr>
      </w:pPr>
      <w:r w:rsidRPr="00F167DA">
        <w:rPr>
          <w:sz w:val="24"/>
          <w:szCs w:val="24"/>
        </w:rPr>
        <w:t>Adı Soyadı: ............................................................    Sınıfı/No: ....................    Aldığı Not: ............</w:t>
      </w:r>
    </w:p>
    <w:p w14:paraId="313C04BF" w14:textId="77777777" w:rsidR="00782512" w:rsidRDefault="00000000">
      <w:pPr>
        <w:jc w:val="center"/>
      </w:pPr>
      <w:r>
        <w:rPr>
          <w:b/>
        </w:rPr>
        <w:t>SORULAR</w:t>
      </w:r>
    </w:p>
    <w:p w14:paraId="668EDD6A" w14:textId="77777777" w:rsidR="00782512" w:rsidRPr="00F167DA" w:rsidRDefault="00000000">
      <w:pPr>
        <w:spacing w:after="140"/>
        <w:rPr>
          <w:sz w:val="22"/>
        </w:rPr>
      </w:pPr>
      <w:r w:rsidRPr="00F167DA">
        <w:rPr>
          <w:b/>
          <w:bCs/>
          <w:sz w:val="22"/>
        </w:rPr>
        <w:t>1.</w:t>
      </w:r>
      <w:r w:rsidRPr="00F167DA">
        <w:rPr>
          <w:sz w:val="22"/>
        </w:rPr>
        <w:t xml:space="preserve"> Yeni, aç, kaydet, geri al vb. sık kullandığımız ve hangi şeritte olursak olalım ekranda görünmesini istediğimiz komutların yer aldığı bölümün adını yazınız? (10 Puan)</w:t>
      </w:r>
    </w:p>
    <w:p w14:paraId="11D11708" w14:textId="77777777" w:rsidR="00782512" w:rsidRPr="00F167DA" w:rsidRDefault="00000000">
      <w:pPr>
        <w:spacing w:after="100"/>
        <w:rPr>
          <w:sz w:val="22"/>
        </w:rPr>
      </w:pPr>
      <w:r w:rsidRPr="00F167DA">
        <w:rPr>
          <w:sz w:val="22"/>
        </w:rPr>
        <w:t>................................................................................................................................................</w:t>
      </w:r>
    </w:p>
    <w:p w14:paraId="1D6D5A7C" w14:textId="77777777" w:rsidR="00782512" w:rsidRPr="00F167DA" w:rsidRDefault="00000000">
      <w:pPr>
        <w:spacing w:after="140"/>
        <w:rPr>
          <w:sz w:val="22"/>
        </w:rPr>
      </w:pPr>
      <w:r w:rsidRPr="00F167DA">
        <w:rPr>
          <w:b/>
          <w:bCs/>
          <w:sz w:val="22"/>
        </w:rPr>
        <w:t>2.</w:t>
      </w:r>
      <w:r w:rsidRPr="00F167DA">
        <w:rPr>
          <w:sz w:val="22"/>
        </w:rPr>
        <w:t xml:space="preserve"> Üzerinde simge durumunda küçült, aşağı geri getir, ekranı kapla ve kapat düğmelerinin bulunduğu bölüme ne ad verilir? (10 Puan)</w:t>
      </w:r>
    </w:p>
    <w:p w14:paraId="073512F4" w14:textId="77777777" w:rsidR="00782512" w:rsidRPr="00F167DA" w:rsidRDefault="00000000">
      <w:pPr>
        <w:spacing w:after="100"/>
        <w:rPr>
          <w:sz w:val="22"/>
        </w:rPr>
      </w:pPr>
      <w:r w:rsidRPr="00F167DA">
        <w:rPr>
          <w:sz w:val="22"/>
        </w:rPr>
        <w:t>................................................................................................................................................</w:t>
      </w:r>
    </w:p>
    <w:p w14:paraId="1A24CE32" w14:textId="77777777" w:rsidR="00782512" w:rsidRPr="00F167DA" w:rsidRDefault="00000000">
      <w:pPr>
        <w:spacing w:after="140"/>
        <w:rPr>
          <w:sz w:val="22"/>
        </w:rPr>
      </w:pPr>
      <w:r w:rsidRPr="00F167DA">
        <w:rPr>
          <w:b/>
          <w:bCs/>
          <w:sz w:val="22"/>
        </w:rPr>
        <w:t>3.</w:t>
      </w:r>
      <w:r w:rsidRPr="00F167DA">
        <w:rPr>
          <w:sz w:val="22"/>
        </w:rPr>
        <w:t xml:space="preserve"> Yeni, aç, kaydet, yazdır gibi dosya işlemlerinin yapıldığı bölümün adı nedir? (10 Puan)</w:t>
      </w:r>
    </w:p>
    <w:p w14:paraId="11070672" w14:textId="77777777" w:rsidR="00782512" w:rsidRPr="00F167DA" w:rsidRDefault="00000000">
      <w:pPr>
        <w:spacing w:after="100"/>
        <w:rPr>
          <w:sz w:val="22"/>
        </w:rPr>
      </w:pPr>
      <w:r w:rsidRPr="00F167DA">
        <w:rPr>
          <w:sz w:val="22"/>
        </w:rPr>
        <w:t>................................................................................................................................................</w:t>
      </w:r>
    </w:p>
    <w:p w14:paraId="558EF251" w14:textId="77777777" w:rsidR="00782512" w:rsidRPr="00F167DA" w:rsidRDefault="00000000">
      <w:pPr>
        <w:spacing w:after="140"/>
        <w:rPr>
          <w:sz w:val="22"/>
        </w:rPr>
      </w:pPr>
      <w:r w:rsidRPr="00F167DA">
        <w:rPr>
          <w:b/>
          <w:bCs/>
          <w:sz w:val="22"/>
        </w:rPr>
        <w:t>4.</w:t>
      </w:r>
      <w:r w:rsidRPr="00F167DA">
        <w:rPr>
          <w:sz w:val="22"/>
        </w:rPr>
        <w:t xml:space="preserve"> Sayfa Düzeni, Tam Ekran Okuma, Web Düzeni, Anahat, Taslak, Cetvel, Yakınlaştır gibi butonlar şerit üzerinde hangi sekmede yer alır? (10 Puan)</w:t>
      </w:r>
    </w:p>
    <w:p w14:paraId="67F30263" w14:textId="77777777" w:rsidR="00782512" w:rsidRPr="00F167DA" w:rsidRDefault="00000000">
      <w:pPr>
        <w:spacing w:after="100"/>
        <w:rPr>
          <w:sz w:val="22"/>
        </w:rPr>
      </w:pPr>
      <w:r w:rsidRPr="00F167DA">
        <w:rPr>
          <w:sz w:val="22"/>
        </w:rPr>
        <w:t>................................................................................................................................................</w:t>
      </w:r>
    </w:p>
    <w:p w14:paraId="70AF7E8E" w14:textId="77777777" w:rsidR="00782512" w:rsidRPr="00F167DA" w:rsidRDefault="00000000">
      <w:pPr>
        <w:spacing w:after="140"/>
        <w:rPr>
          <w:sz w:val="22"/>
        </w:rPr>
      </w:pPr>
      <w:r w:rsidRPr="00F167DA">
        <w:rPr>
          <w:b/>
          <w:bCs/>
          <w:sz w:val="22"/>
        </w:rPr>
        <w:t>5.</w:t>
      </w:r>
      <w:r w:rsidRPr="00F167DA">
        <w:rPr>
          <w:sz w:val="22"/>
        </w:rPr>
        <w:t xml:space="preserve"> Yeni Boş Belge Oluşturmak için fare ile ne yapmalıyız? (10 Puan)</w:t>
      </w:r>
    </w:p>
    <w:p w14:paraId="179711B0" w14:textId="77777777" w:rsidR="00782512" w:rsidRPr="00F167DA" w:rsidRDefault="00000000">
      <w:pPr>
        <w:spacing w:after="100"/>
        <w:rPr>
          <w:sz w:val="22"/>
        </w:rPr>
      </w:pPr>
      <w:r w:rsidRPr="00F167DA">
        <w:rPr>
          <w:sz w:val="22"/>
        </w:rPr>
        <w:t>................................................................................................................................................</w:t>
      </w:r>
    </w:p>
    <w:p w14:paraId="02A2E4AA" w14:textId="405D8AFD" w:rsidR="00782512" w:rsidRPr="00F167DA" w:rsidRDefault="00000000">
      <w:pPr>
        <w:spacing w:after="140"/>
        <w:rPr>
          <w:sz w:val="22"/>
        </w:rPr>
      </w:pPr>
      <w:r w:rsidRPr="00F167DA">
        <w:rPr>
          <w:b/>
          <w:bCs/>
          <w:sz w:val="22"/>
        </w:rPr>
        <w:t>6.</w:t>
      </w:r>
      <w:r w:rsidRPr="00F167DA">
        <w:rPr>
          <w:sz w:val="22"/>
        </w:rPr>
        <w:t xml:space="preserve"> Düğmelerin isimleri nelerdir? (10 </w:t>
      </w:r>
      <w:proofErr w:type="gramStart"/>
      <w:r w:rsidRPr="00F167DA">
        <w:rPr>
          <w:sz w:val="22"/>
        </w:rPr>
        <w:t>Puan)</w:t>
      </w:r>
      <w:r w:rsidR="00F167DA">
        <w:rPr>
          <w:sz w:val="22"/>
        </w:rPr>
        <w:t xml:space="preserve">   </w:t>
      </w:r>
      <w:proofErr w:type="gramEnd"/>
      <w:r w:rsidR="00F167DA">
        <w:rPr>
          <w:sz w:val="22"/>
        </w:rPr>
        <w:t xml:space="preserve">     </w:t>
      </w:r>
      <w:r w:rsidR="00F167DA" w:rsidRPr="00F167DA">
        <w:rPr>
          <w:noProof/>
          <w:sz w:val="22"/>
        </w:rPr>
        <w:t xml:space="preserve"> </w:t>
      </w:r>
      <w:r w:rsidR="00F167DA" w:rsidRPr="00F167DA">
        <w:rPr>
          <w:noProof/>
          <w:sz w:val="22"/>
        </w:rPr>
        <w:drawing>
          <wp:inline distT="0" distB="0" distL="0" distR="0" wp14:anchorId="2D8797B8" wp14:editId="45D4316E">
            <wp:extent cx="827999" cy="2649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_3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7999" cy="26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B04FB" w14:textId="77777777" w:rsidR="00782512" w:rsidRPr="00F167DA" w:rsidRDefault="00000000">
      <w:pPr>
        <w:spacing w:after="100"/>
        <w:rPr>
          <w:sz w:val="22"/>
        </w:rPr>
      </w:pPr>
      <w:r w:rsidRPr="00F167DA">
        <w:rPr>
          <w:sz w:val="22"/>
        </w:rPr>
        <w:t>................................................................................................................................................</w:t>
      </w:r>
    </w:p>
    <w:p w14:paraId="136AE602" w14:textId="2F9D41DE" w:rsidR="00782512" w:rsidRPr="00F167DA" w:rsidRDefault="00000000">
      <w:pPr>
        <w:jc w:val="center"/>
        <w:rPr>
          <w:sz w:val="22"/>
        </w:rPr>
      </w:pPr>
      <w:r w:rsidRPr="00F167DA">
        <w:rPr>
          <w:sz w:val="22"/>
        </w:rPr>
        <w:t xml:space="preserve">   </w:t>
      </w:r>
    </w:p>
    <w:p w14:paraId="07069686" w14:textId="25C5CC82" w:rsidR="00782512" w:rsidRPr="00F167DA" w:rsidRDefault="00000000">
      <w:pPr>
        <w:spacing w:after="140"/>
        <w:rPr>
          <w:sz w:val="22"/>
        </w:rPr>
      </w:pPr>
      <w:r w:rsidRPr="00F167DA">
        <w:rPr>
          <w:b/>
          <w:bCs/>
          <w:sz w:val="22"/>
        </w:rPr>
        <w:t>7.</w:t>
      </w:r>
      <w:r w:rsidRPr="00F167DA">
        <w:rPr>
          <w:sz w:val="22"/>
        </w:rPr>
        <w:t xml:space="preserve"> Hizalama düğmelerinin isimleri nelerdir? (10 Puan)</w:t>
      </w:r>
      <w:r w:rsidR="00F167DA" w:rsidRPr="00F167DA">
        <w:rPr>
          <w:noProof/>
          <w:sz w:val="22"/>
        </w:rPr>
        <w:t xml:space="preserve"> </w:t>
      </w:r>
      <w:r w:rsidR="00F167DA" w:rsidRPr="00F167DA">
        <w:rPr>
          <w:noProof/>
          <w:sz w:val="22"/>
        </w:rPr>
        <w:drawing>
          <wp:inline distT="0" distB="0" distL="0" distR="0" wp14:anchorId="5A31397E" wp14:editId="2D77763C">
            <wp:extent cx="396000" cy="3643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_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6000" cy="36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67DA">
        <w:rPr>
          <w:noProof/>
          <w:sz w:val="22"/>
        </w:rPr>
        <w:t xml:space="preserve"> </w:t>
      </w:r>
      <w:r w:rsidR="00F167DA" w:rsidRPr="00F167DA">
        <w:rPr>
          <w:noProof/>
          <w:sz w:val="22"/>
        </w:rPr>
        <w:drawing>
          <wp:inline distT="0" distB="0" distL="0" distR="0" wp14:anchorId="1FEBAF8E" wp14:editId="074D77DE">
            <wp:extent cx="396240" cy="352213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_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8021" cy="36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94436" w14:textId="77777777" w:rsidR="00782512" w:rsidRPr="00F167DA" w:rsidRDefault="00000000">
      <w:pPr>
        <w:spacing w:after="100"/>
        <w:rPr>
          <w:sz w:val="22"/>
        </w:rPr>
      </w:pPr>
      <w:r w:rsidRPr="00F167DA">
        <w:rPr>
          <w:sz w:val="22"/>
        </w:rPr>
        <w:t>................................................................................................................................................</w:t>
      </w:r>
    </w:p>
    <w:p w14:paraId="1E4A8191" w14:textId="77777777" w:rsidR="00782512" w:rsidRPr="00F167DA" w:rsidRDefault="00000000">
      <w:pPr>
        <w:spacing w:after="140"/>
        <w:rPr>
          <w:sz w:val="22"/>
        </w:rPr>
      </w:pPr>
      <w:r w:rsidRPr="00F167DA">
        <w:rPr>
          <w:b/>
          <w:bCs/>
          <w:sz w:val="22"/>
        </w:rPr>
        <w:t>8.</w:t>
      </w:r>
      <w:r w:rsidRPr="00F167DA">
        <w:rPr>
          <w:sz w:val="22"/>
        </w:rPr>
        <w:t xml:space="preserve"> Excel’de biçimlendirme işlemleri hangi sekmeden gerçekleştirilir? (10 Puan)</w:t>
      </w:r>
    </w:p>
    <w:p w14:paraId="2B596920" w14:textId="77777777" w:rsidR="00782512" w:rsidRPr="00F167DA" w:rsidRDefault="00000000">
      <w:pPr>
        <w:spacing w:after="100"/>
        <w:rPr>
          <w:sz w:val="22"/>
        </w:rPr>
      </w:pPr>
      <w:r w:rsidRPr="00F167DA">
        <w:rPr>
          <w:sz w:val="22"/>
        </w:rPr>
        <w:t>................................................................................................................................................</w:t>
      </w:r>
    </w:p>
    <w:p w14:paraId="2022B51D" w14:textId="77777777" w:rsidR="00782512" w:rsidRPr="00F167DA" w:rsidRDefault="00000000">
      <w:pPr>
        <w:spacing w:after="140"/>
        <w:rPr>
          <w:sz w:val="22"/>
        </w:rPr>
      </w:pPr>
      <w:r w:rsidRPr="00F167DA">
        <w:rPr>
          <w:b/>
          <w:bCs/>
          <w:sz w:val="22"/>
        </w:rPr>
        <w:t>9.</w:t>
      </w:r>
      <w:r w:rsidRPr="00F167DA">
        <w:rPr>
          <w:sz w:val="22"/>
        </w:rPr>
        <w:t xml:space="preserve"> Seçili hücrelerde metin yönünü hangi yolları izleyerek değiştirebiliriz? (10 Puan)</w:t>
      </w:r>
    </w:p>
    <w:p w14:paraId="6E8ACDC2" w14:textId="77777777" w:rsidR="00782512" w:rsidRPr="00F167DA" w:rsidRDefault="00000000">
      <w:pPr>
        <w:spacing w:after="100"/>
        <w:rPr>
          <w:sz w:val="22"/>
        </w:rPr>
      </w:pPr>
      <w:r w:rsidRPr="00F167DA">
        <w:rPr>
          <w:sz w:val="22"/>
        </w:rPr>
        <w:t>................................................................................................................................................</w:t>
      </w:r>
    </w:p>
    <w:p w14:paraId="5E047C78" w14:textId="77777777" w:rsidR="00782512" w:rsidRPr="00F167DA" w:rsidRDefault="00000000">
      <w:pPr>
        <w:spacing w:after="140"/>
        <w:rPr>
          <w:sz w:val="22"/>
        </w:rPr>
      </w:pPr>
      <w:r w:rsidRPr="00F167DA">
        <w:rPr>
          <w:b/>
          <w:bCs/>
          <w:sz w:val="22"/>
        </w:rPr>
        <w:t>10.</w:t>
      </w:r>
      <w:r w:rsidRPr="00F167DA">
        <w:rPr>
          <w:sz w:val="22"/>
        </w:rPr>
        <w:t xml:space="preserve"> Excel’de satır ve sütunun kesiştiği kısma ne ad verilir? (10 Puan)</w:t>
      </w:r>
    </w:p>
    <w:p w14:paraId="6D27DE22" w14:textId="77777777" w:rsidR="00782512" w:rsidRPr="00F167DA" w:rsidRDefault="00000000">
      <w:pPr>
        <w:spacing w:after="100"/>
        <w:rPr>
          <w:sz w:val="22"/>
        </w:rPr>
      </w:pPr>
      <w:r w:rsidRPr="00F167DA">
        <w:rPr>
          <w:sz w:val="22"/>
        </w:rPr>
        <w:t>................................................................................................................................................</w:t>
      </w:r>
    </w:p>
    <w:p w14:paraId="2D81B6B0" w14:textId="77777777" w:rsidR="00782512" w:rsidRPr="00F167DA" w:rsidRDefault="00000000" w:rsidP="00F167DA">
      <w:pPr>
        <w:ind w:left="4320" w:firstLine="720"/>
        <w:jc w:val="center"/>
        <w:rPr>
          <w:szCs w:val="20"/>
        </w:rPr>
      </w:pPr>
      <w:r w:rsidRPr="00F167DA">
        <w:rPr>
          <w:szCs w:val="20"/>
        </w:rPr>
        <w:t>Başarılar</w:t>
      </w:r>
    </w:p>
    <w:p w14:paraId="644A4CFC" w14:textId="6DACF2B4" w:rsidR="00782512" w:rsidRPr="00F167DA" w:rsidRDefault="00000000">
      <w:pPr>
        <w:rPr>
          <w:szCs w:val="20"/>
        </w:rPr>
      </w:pPr>
      <w:proofErr w:type="spellStart"/>
      <w:r w:rsidRPr="00F167DA">
        <w:rPr>
          <w:b/>
          <w:bCs/>
          <w:szCs w:val="20"/>
          <w:u w:val="single"/>
        </w:rPr>
        <w:t>Süre</w:t>
      </w:r>
      <w:proofErr w:type="spellEnd"/>
      <w:r w:rsidRPr="00F167DA">
        <w:rPr>
          <w:b/>
          <w:bCs/>
          <w:szCs w:val="20"/>
          <w:u w:val="single"/>
        </w:rPr>
        <w:t>:</w:t>
      </w:r>
      <w:r w:rsidRPr="00F167DA">
        <w:rPr>
          <w:szCs w:val="20"/>
        </w:rPr>
        <w:t xml:space="preserve"> 40 Dk                                                                                    </w:t>
      </w:r>
      <w:proofErr w:type="gramStart"/>
      <w:r w:rsidR="00F167DA" w:rsidRPr="00F167DA">
        <w:rPr>
          <w:szCs w:val="20"/>
        </w:rPr>
        <w:tab/>
      </w:r>
      <w:r w:rsidR="00F167DA" w:rsidRPr="00F167DA">
        <w:rPr>
          <w:szCs w:val="20"/>
        </w:rPr>
        <w:tab/>
      </w:r>
      <w:proofErr w:type="spellStart"/>
      <w:r w:rsidRPr="00F167DA">
        <w:rPr>
          <w:szCs w:val="20"/>
        </w:rPr>
        <w:t>Mot.Arç.Tekn</w:t>
      </w:r>
      <w:proofErr w:type="spellEnd"/>
      <w:proofErr w:type="gramEnd"/>
      <w:r w:rsidRPr="00F167DA">
        <w:rPr>
          <w:szCs w:val="20"/>
        </w:rPr>
        <w:t xml:space="preserve"> Öğrt Abdullah YANIK</w:t>
      </w:r>
    </w:p>
    <w:p w14:paraId="11785197" w14:textId="77777777" w:rsidR="00782512" w:rsidRDefault="00000000">
      <w:r>
        <w:br w:type="page"/>
      </w:r>
    </w:p>
    <w:p w14:paraId="4FDED2DD" w14:textId="77777777" w:rsidR="00782512" w:rsidRPr="00F167DA" w:rsidRDefault="00000000">
      <w:pPr>
        <w:jc w:val="center"/>
        <w:rPr>
          <w:sz w:val="24"/>
          <w:szCs w:val="24"/>
        </w:rPr>
      </w:pPr>
      <w:r w:rsidRPr="00F167DA">
        <w:rPr>
          <w:b/>
          <w:sz w:val="24"/>
          <w:szCs w:val="24"/>
        </w:rPr>
        <w:lastRenderedPageBreak/>
        <w:t>YAHŞİHAN MESLEKİ EĞİTİM MERKEZİ</w:t>
      </w:r>
    </w:p>
    <w:p w14:paraId="324C4D4A" w14:textId="77777777" w:rsidR="00782512" w:rsidRPr="00F167DA" w:rsidRDefault="00000000">
      <w:pPr>
        <w:jc w:val="center"/>
        <w:rPr>
          <w:sz w:val="24"/>
          <w:szCs w:val="24"/>
        </w:rPr>
      </w:pPr>
      <w:r w:rsidRPr="00F167DA">
        <w:rPr>
          <w:b/>
          <w:sz w:val="24"/>
          <w:szCs w:val="24"/>
        </w:rPr>
        <w:t>2026/2027 EĞİTİM ÖĞRETİM YILI MOTORLU ARAÇLAR TEKNOLOJİSİ ALANI</w:t>
      </w:r>
    </w:p>
    <w:p w14:paraId="343DE407" w14:textId="77777777" w:rsidR="00782512" w:rsidRPr="00F167DA" w:rsidRDefault="00000000">
      <w:pPr>
        <w:jc w:val="center"/>
        <w:rPr>
          <w:sz w:val="24"/>
          <w:szCs w:val="24"/>
        </w:rPr>
      </w:pPr>
      <w:r w:rsidRPr="00F167DA">
        <w:rPr>
          <w:b/>
          <w:sz w:val="24"/>
          <w:szCs w:val="24"/>
        </w:rPr>
        <w:t>OFİS PROGRAMLARI DERSİ 1. DÖNEM 2. YAZILI SINAVI - A GRUBU CEVAP ANAHTARI</w:t>
      </w:r>
    </w:p>
    <w:p w14:paraId="47CA2E29" w14:textId="77777777" w:rsidR="00F167DA" w:rsidRDefault="00F167DA">
      <w:pPr>
        <w:spacing w:after="40"/>
        <w:rPr>
          <w:sz w:val="19"/>
        </w:rPr>
      </w:pPr>
    </w:p>
    <w:p w14:paraId="511E3470" w14:textId="1114032A" w:rsidR="00782512" w:rsidRPr="00F167DA" w:rsidRDefault="00000000">
      <w:pPr>
        <w:spacing w:after="40"/>
        <w:rPr>
          <w:sz w:val="22"/>
        </w:rPr>
      </w:pPr>
      <w:r w:rsidRPr="00F167DA">
        <w:rPr>
          <w:b/>
          <w:bCs/>
          <w:sz w:val="22"/>
        </w:rPr>
        <w:t>1.</w:t>
      </w:r>
      <w:r w:rsidRPr="00F167DA">
        <w:rPr>
          <w:sz w:val="22"/>
        </w:rPr>
        <w:t xml:space="preserve"> Yeni, aç, kaydet, geri al vb. sık kullandığımız ve hangi şeritte olursak olalım ekranda görünmesini istediğimiz komutların yer aldığı bölümün adını yazınız? (10 Puan)</w:t>
      </w:r>
    </w:p>
    <w:p w14:paraId="0ECE84CE" w14:textId="77777777" w:rsidR="00782512" w:rsidRPr="00F167DA" w:rsidRDefault="00000000">
      <w:pPr>
        <w:spacing w:after="100"/>
        <w:ind w:left="283"/>
        <w:rPr>
          <w:sz w:val="22"/>
        </w:rPr>
      </w:pPr>
      <w:r w:rsidRPr="00F167DA">
        <w:rPr>
          <w:sz w:val="22"/>
        </w:rPr>
        <w:t>•  Hızlı erişim çubuğu</w:t>
      </w:r>
    </w:p>
    <w:p w14:paraId="23C99DB1" w14:textId="77777777" w:rsidR="00782512" w:rsidRPr="00F167DA" w:rsidRDefault="00000000">
      <w:pPr>
        <w:spacing w:after="40"/>
        <w:rPr>
          <w:sz w:val="22"/>
        </w:rPr>
      </w:pPr>
      <w:r w:rsidRPr="00F167DA">
        <w:rPr>
          <w:b/>
          <w:bCs/>
          <w:sz w:val="22"/>
        </w:rPr>
        <w:t>2.</w:t>
      </w:r>
      <w:r w:rsidRPr="00F167DA">
        <w:rPr>
          <w:sz w:val="22"/>
        </w:rPr>
        <w:t xml:space="preserve"> Üzerinde simge durumunda küçült, aşağı geri getir, ekranı kapla ve kapat düğmelerinin bulunduğu bölüme ne ad verilir? (10 Puan)</w:t>
      </w:r>
    </w:p>
    <w:p w14:paraId="08B35463" w14:textId="77777777" w:rsidR="00782512" w:rsidRPr="00F167DA" w:rsidRDefault="00000000">
      <w:pPr>
        <w:spacing w:after="100"/>
        <w:ind w:left="283"/>
        <w:rPr>
          <w:sz w:val="22"/>
        </w:rPr>
      </w:pPr>
      <w:r w:rsidRPr="00F167DA">
        <w:rPr>
          <w:sz w:val="22"/>
        </w:rPr>
        <w:t>•  Pencere kontrol menüsü</w:t>
      </w:r>
    </w:p>
    <w:p w14:paraId="62B91F92" w14:textId="77777777" w:rsidR="00782512" w:rsidRPr="00F167DA" w:rsidRDefault="00000000">
      <w:pPr>
        <w:spacing w:after="40"/>
        <w:rPr>
          <w:sz w:val="22"/>
        </w:rPr>
      </w:pPr>
      <w:r w:rsidRPr="00F167DA">
        <w:rPr>
          <w:b/>
          <w:bCs/>
          <w:sz w:val="22"/>
        </w:rPr>
        <w:t>3.</w:t>
      </w:r>
      <w:r w:rsidRPr="00F167DA">
        <w:rPr>
          <w:sz w:val="22"/>
        </w:rPr>
        <w:t xml:space="preserve"> Yeni, aç, kaydet, yazdır gibi dosya işlemlerinin yapıldığı bölümün adı nedir? (10 Puan)</w:t>
      </w:r>
    </w:p>
    <w:p w14:paraId="72FD1A6C" w14:textId="77777777" w:rsidR="00782512" w:rsidRPr="00F167DA" w:rsidRDefault="00000000">
      <w:pPr>
        <w:spacing w:after="100"/>
        <w:ind w:left="283"/>
        <w:rPr>
          <w:sz w:val="22"/>
        </w:rPr>
      </w:pPr>
      <w:r w:rsidRPr="00F167DA">
        <w:rPr>
          <w:sz w:val="22"/>
        </w:rPr>
        <w:t>•  Ofis düğmesi</w:t>
      </w:r>
    </w:p>
    <w:p w14:paraId="72EBA122" w14:textId="77777777" w:rsidR="00782512" w:rsidRPr="00F167DA" w:rsidRDefault="00000000">
      <w:pPr>
        <w:spacing w:after="40"/>
        <w:rPr>
          <w:sz w:val="22"/>
        </w:rPr>
      </w:pPr>
      <w:r w:rsidRPr="00F167DA">
        <w:rPr>
          <w:b/>
          <w:bCs/>
          <w:sz w:val="22"/>
        </w:rPr>
        <w:t>4.</w:t>
      </w:r>
      <w:r w:rsidRPr="00F167DA">
        <w:rPr>
          <w:sz w:val="22"/>
        </w:rPr>
        <w:t xml:space="preserve"> Sayfa Düzeni, Tam Ekran Okuma, Web Düzeni, Anahat, Taslak, Cetvel, Yakınlaştır gibi butonlar şerit üzerinde hangi sekmede yer alır? (10 Puan)</w:t>
      </w:r>
    </w:p>
    <w:p w14:paraId="549197F3" w14:textId="77777777" w:rsidR="00782512" w:rsidRPr="00F167DA" w:rsidRDefault="00000000">
      <w:pPr>
        <w:spacing w:after="100"/>
        <w:ind w:left="283"/>
        <w:rPr>
          <w:sz w:val="22"/>
        </w:rPr>
      </w:pPr>
      <w:r w:rsidRPr="00F167DA">
        <w:rPr>
          <w:sz w:val="22"/>
        </w:rPr>
        <w:t>•  Görünüm</w:t>
      </w:r>
    </w:p>
    <w:p w14:paraId="707F3631" w14:textId="77777777" w:rsidR="00782512" w:rsidRPr="00F167DA" w:rsidRDefault="00000000">
      <w:pPr>
        <w:spacing w:after="40"/>
        <w:rPr>
          <w:sz w:val="22"/>
        </w:rPr>
      </w:pPr>
      <w:r w:rsidRPr="00F167DA">
        <w:rPr>
          <w:b/>
          <w:bCs/>
          <w:sz w:val="22"/>
        </w:rPr>
        <w:t>5.</w:t>
      </w:r>
      <w:r w:rsidRPr="00F167DA">
        <w:rPr>
          <w:sz w:val="22"/>
        </w:rPr>
        <w:t xml:space="preserve"> Yeni Boş Belge Oluşturmak için fare ile ne yapmalıyız? (10 Puan)</w:t>
      </w:r>
    </w:p>
    <w:p w14:paraId="5B4EEBBD" w14:textId="77777777" w:rsidR="00782512" w:rsidRPr="00F167DA" w:rsidRDefault="00000000">
      <w:pPr>
        <w:spacing w:after="100"/>
        <w:ind w:left="283"/>
        <w:rPr>
          <w:sz w:val="22"/>
        </w:rPr>
      </w:pPr>
      <w:r w:rsidRPr="00F167DA">
        <w:rPr>
          <w:sz w:val="22"/>
        </w:rPr>
        <w:t>•  Office düğmesinden fare ile tıklandıktan sonra açılan menüden “Yeni” komutu seçilir</w:t>
      </w:r>
    </w:p>
    <w:p w14:paraId="5E888561" w14:textId="2AB4BD30" w:rsidR="00782512" w:rsidRPr="00F167DA" w:rsidRDefault="00000000">
      <w:pPr>
        <w:spacing w:after="40"/>
        <w:rPr>
          <w:sz w:val="22"/>
        </w:rPr>
      </w:pPr>
      <w:r w:rsidRPr="00F167DA">
        <w:rPr>
          <w:b/>
          <w:bCs/>
          <w:sz w:val="22"/>
        </w:rPr>
        <w:t>6.</w:t>
      </w:r>
      <w:r w:rsidRPr="00F167DA">
        <w:rPr>
          <w:sz w:val="22"/>
        </w:rPr>
        <w:t xml:space="preserve"> Düğmelerin isimleri nelerdir? (10 Puan)</w:t>
      </w:r>
      <w:r w:rsidR="00F167DA" w:rsidRPr="00F167DA">
        <w:rPr>
          <w:noProof/>
          <w:sz w:val="22"/>
        </w:rPr>
        <w:t xml:space="preserve"> </w:t>
      </w:r>
      <w:r w:rsidR="00F167DA" w:rsidRPr="00F167DA">
        <w:rPr>
          <w:noProof/>
          <w:sz w:val="22"/>
        </w:rPr>
        <w:drawing>
          <wp:inline distT="0" distB="0" distL="0" distR="0" wp14:anchorId="32594AFD" wp14:editId="269E872E">
            <wp:extent cx="827999" cy="2649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_3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7999" cy="26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0AB1C" w14:textId="5794A173" w:rsidR="00782512" w:rsidRPr="00F167DA" w:rsidRDefault="00000000" w:rsidP="00F167DA">
      <w:pPr>
        <w:spacing w:after="100"/>
        <w:ind w:left="283"/>
        <w:rPr>
          <w:sz w:val="22"/>
        </w:rPr>
      </w:pPr>
      <w:r w:rsidRPr="00F167DA">
        <w:rPr>
          <w:sz w:val="22"/>
        </w:rPr>
        <w:t xml:space="preserve">•  </w:t>
      </w:r>
      <w:proofErr w:type="spellStart"/>
      <w:r w:rsidRPr="00F167DA">
        <w:rPr>
          <w:sz w:val="22"/>
        </w:rPr>
        <w:t>Kalın</w:t>
      </w:r>
      <w:proofErr w:type="spellEnd"/>
      <w:r w:rsidRPr="00F167DA">
        <w:rPr>
          <w:sz w:val="22"/>
        </w:rPr>
        <w:t xml:space="preserve">, </w:t>
      </w:r>
      <w:proofErr w:type="spellStart"/>
      <w:r w:rsidRPr="00F167DA">
        <w:rPr>
          <w:sz w:val="22"/>
        </w:rPr>
        <w:t>italik</w:t>
      </w:r>
      <w:proofErr w:type="spellEnd"/>
      <w:r w:rsidRPr="00F167DA">
        <w:rPr>
          <w:sz w:val="22"/>
        </w:rPr>
        <w:t xml:space="preserve">, </w:t>
      </w:r>
      <w:proofErr w:type="spellStart"/>
      <w:r w:rsidRPr="00F167DA">
        <w:rPr>
          <w:sz w:val="22"/>
        </w:rPr>
        <w:t>altı</w:t>
      </w:r>
      <w:proofErr w:type="spellEnd"/>
      <w:r w:rsidRPr="00F167DA">
        <w:rPr>
          <w:sz w:val="22"/>
        </w:rPr>
        <w:t xml:space="preserve"> </w:t>
      </w:r>
      <w:proofErr w:type="spellStart"/>
      <w:r w:rsidRPr="00F167DA">
        <w:rPr>
          <w:sz w:val="22"/>
        </w:rPr>
        <w:t>çizgili</w:t>
      </w:r>
      <w:proofErr w:type="spellEnd"/>
      <w:r w:rsidRPr="00F167DA">
        <w:rPr>
          <w:sz w:val="22"/>
        </w:rPr>
        <w:t xml:space="preserve"> </w:t>
      </w:r>
    </w:p>
    <w:p w14:paraId="02E12445" w14:textId="07650F8B" w:rsidR="00782512" w:rsidRPr="00F167DA" w:rsidRDefault="00000000">
      <w:pPr>
        <w:spacing w:after="40"/>
        <w:rPr>
          <w:sz w:val="22"/>
        </w:rPr>
      </w:pPr>
      <w:r w:rsidRPr="00F167DA">
        <w:rPr>
          <w:b/>
          <w:bCs/>
          <w:sz w:val="22"/>
        </w:rPr>
        <w:t>7.</w:t>
      </w:r>
      <w:r w:rsidRPr="00F167DA">
        <w:rPr>
          <w:sz w:val="22"/>
        </w:rPr>
        <w:t xml:space="preserve"> Hizalama düğmelerinin isimleri nelerdir? (10 Puan)</w:t>
      </w:r>
      <w:r w:rsidR="00F167DA" w:rsidRPr="00F167DA">
        <w:rPr>
          <w:noProof/>
          <w:sz w:val="22"/>
        </w:rPr>
        <w:t xml:space="preserve"> </w:t>
      </w:r>
      <w:r w:rsidR="00F167DA" w:rsidRPr="00F167DA">
        <w:rPr>
          <w:noProof/>
          <w:sz w:val="22"/>
        </w:rPr>
        <w:drawing>
          <wp:inline distT="0" distB="0" distL="0" distR="0" wp14:anchorId="66089748" wp14:editId="72A09DDD">
            <wp:extent cx="396000" cy="3643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_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6000" cy="36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67DA" w:rsidRPr="00F167DA">
        <w:rPr>
          <w:noProof/>
          <w:sz w:val="22"/>
        </w:rPr>
        <w:t xml:space="preserve">  </w:t>
      </w:r>
      <w:r w:rsidR="00F167DA" w:rsidRPr="00F167DA">
        <w:rPr>
          <w:noProof/>
          <w:sz w:val="22"/>
        </w:rPr>
        <w:drawing>
          <wp:inline distT="0" distB="0" distL="0" distR="0" wp14:anchorId="630BBB72" wp14:editId="5422E60B">
            <wp:extent cx="397193" cy="353060"/>
            <wp:effectExtent l="0" t="0" r="3175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_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1071" cy="356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92F67" w14:textId="77777777" w:rsidR="00782512" w:rsidRPr="00F167DA" w:rsidRDefault="00000000">
      <w:pPr>
        <w:spacing w:after="100"/>
        <w:ind w:left="283"/>
        <w:rPr>
          <w:sz w:val="22"/>
        </w:rPr>
      </w:pPr>
      <w:r w:rsidRPr="00F167DA">
        <w:rPr>
          <w:sz w:val="22"/>
        </w:rPr>
        <w:t>•  İki yana Yasla ve Sağa Hizala</w:t>
      </w:r>
    </w:p>
    <w:p w14:paraId="36DC4F13" w14:textId="77777777" w:rsidR="00782512" w:rsidRPr="00F167DA" w:rsidRDefault="00000000">
      <w:pPr>
        <w:spacing w:after="40"/>
        <w:rPr>
          <w:sz w:val="22"/>
        </w:rPr>
      </w:pPr>
      <w:r w:rsidRPr="00F167DA">
        <w:rPr>
          <w:b/>
          <w:bCs/>
          <w:sz w:val="22"/>
        </w:rPr>
        <w:t>8.</w:t>
      </w:r>
      <w:r w:rsidRPr="00F167DA">
        <w:rPr>
          <w:sz w:val="22"/>
        </w:rPr>
        <w:t xml:space="preserve"> Excel’de biçimlendirme işlemleri hangi sekmeden gerçekleştirilir? (10 Puan)</w:t>
      </w:r>
    </w:p>
    <w:p w14:paraId="3CD24F6A" w14:textId="77777777" w:rsidR="00782512" w:rsidRPr="00F167DA" w:rsidRDefault="00000000">
      <w:pPr>
        <w:spacing w:after="100"/>
        <w:ind w:left="283"/>
        <w:rPr>
          <w:sz w:val="22"/>
        </w:rPr>
      </w:pPr>
      <w:r w:rsidRPr="00F167DA">
        <w:rPr>
          <w:sz w:val="22"/>
        </w:rPr>
        <w:t>•  Giriş</w:t>
      </w:r>
    </w:p>
    <w:p w14:paraId="6B3D623B" w14:textId="77777777" w:rsidR="00782512" w:rsidRPr="00F167DA" w:rsidRDefault="00000000">
      <w:pPr>
        <w:spacing w:after="40"/>
        <w:rPr>
          <w:sz w:val="22"/>
        </w:rPr>
      </w:pPr>
      <w:r w:rsidRPr="00F167DA">
        <w:rPr>
          <w:b/>
          <w:bCs/>
          <w:sz w:val="22"/>
        </w:rPr>
        <w:t>9.</w:t>
      </w:r>
      <w:r w:rsidRPr="00F167DA">
        <w:rPr>
          <w:sz w:val="22"/>
        </w:rPr>
        <w:t xml:space="preserve"> Seçili hücrelerde metin yönünü hangi yolları izleyerek değiştirebiliriz? (10 Puan)</w:t>
      </w:r>
    </w:p>
    <w:p w14:paraId="2CEE71A3" w14:textId="77777777" w:rsidR="00782512" w:rsidRPr="00F167DA" w:rsidRDefault="00000000">
      <w:pPr>
        <w:spacing w:after="100"/>
        <w:ind w:left="283"/>
        <w:rPr>
          <w:sz w:val="22"/>
        </w:rPr>
      </w:pPr>
      <w:r w:rsidRPr="00F167DA">
        <w:rPr>
          <w:sz w:val="22"/>
        </w:rPr>
        <w:t>•  Giriş-Hizalama-Metin yönü</w:t>
      </w:r>
    </w:p>
    <w:p w14:paraId="528A4BF6" w14:textId="77777777" w:rsidR="00782512" w:rsidRPr="00F167DA" w:rsidRDefault="00000000">
      <w:pPr>
        <w:spacing w:after="40"/>
        <w:rPr>
          <w:sz w:val="22"/>
        </w:rPr>
      </w:pPr>
      <w:r w:rsidRPr="00F167DA">
        <w:rPr>
          <w:b/>
          <w:bCs/>
          <w:sz w:val="22"/>
        </w:rPr>
        <w:t>10.</w:t>
      </w:r>
      <w:r w:rsidRPr="00F167DA">
        <w:rPr>
          <w:sz w:val="22"/>
        </w:rPr>
        <w:t xml:space="preserve"> Excel’de satır ve sütunun kesiştiği kısma ne ad verilir? (10 Puan)</w:t>
      </w:r>
    </w:p>
    <w:p w14:paraId="1E90FCBA" w14:textId="77777777" w:rsidR="00782512" w:rsidRPr="00F167DA" w:rsidRDefault="00000000">
      <w:pPr>
        <w:spacing w:after="100"/>
        <w:ind w:left="283"/>
        <w:rPr>
          <w:sz w:val="22"/>
        </w:rPr>
      </w:pPr>
      <w:r w:rsidRPr="00F167DA">
        <w:rPr>
          <w:sz w:val="22"/>
        </w:rPr>
        <w:t>•  Hücre</w:t>
      </w:r>
    </w:p>
    <w:sectPr w:rsidR="00782512" w:rsidRPr="00F167DA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1226764">
    <w:abstractNumId w:val="8"/>
  </w:num>
  <w:num w:numId="2" w16cid:durableId="1356465599">
    <w:abstractNumId w:val="6"/>
  </w:num>
  <w:num w:numId="3" w16cid:durableId="1263490259">
    <w:abstractNumId w:val="5"/>
  </w:num>
  <w:num w:numId="4" w16cid:durableId="1290474872">
    <w:abstractNumId w:val="4"/>
  </w:num>
  <w:num w:numId="5" w16cid:durableId="1169056344">
    <w:abstractNumId w:val="7"/>
  </w:num>
  <w:num w:numId="6" w16cid:durableId="1513103873">
    <w:abstractNumId w:val="3"/>
  </w:num>
  <w:num w:numId="7" w16cid:durableId="1434983166">
    <w:abstractNumId w:val="2"/>
  </w:num>
  <w:num w:numId="8" w16cid:durableId="186214025">
    <w:abstractNumId w:val="1"/>
  </w:num>
  <w:num w:numId="9" w16cid:durableId="51079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2346"/>
    <w:rsid w:val="00326F90"/>
    <w:rsid w:val="00782512"/>
    <w:rsid w:val="00AA1D8D"/>
    <w:rsid w:val="00B47730"/>
    <w:rsid w:val="00CB0664"/>
    <w:rsid w:val="00F167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9D06C8"/>
  <w14:defaultImageDpi w14:val="300"/>
  <w15:docId w15:val="{2E6683CD-361D-49D3-A863-4F40C4E3F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2026-09-23T17:06:00Z</dcterms:created>
  <dcterms:modified xsi:type="dcterms:W3CDTF">2026-09-23T17:06:00Z</dcterms:modified>
  <cp:category/>
</cp:coreProperties>
</file>