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2A181" w14:textId="77777777" w:rsidR="003A69A8" w:rsidRPr="00356C11" w:rsidRDefault="00000000">
      <w:pPr>
        <w:jc w:val="center"/>
        <w:rPr>
          <w:sz w:val="24"/>
          <w:szCs w:val="24"/>
        </w:rPr>
      </w:pPr>
      <w:r w:rsidRPr="00356C11">
        <w:rPr>
          <w:b/>
          <w:sz w:val="24"/>
          <w:szCs w:val="24"/>
        </w:rPr>
        <w:t>YAHŞİHAN MESLEKİ EĞİTİM MERKEZİ</w:t>
      </w:r>
    </w:p>
    <w:p w14:paraId="4CCA81AB" w14:textId="77777777" w:rsidR="003A69A8" w:rsidRPr="00356C11" w:rsidRDefault="00000000">
      <w:pPr>
        <w:jc w:val="center"/>
        <w:rPr>
          <w:sz w:val="24"/>
          <w:szCs w:val="24"/>
        </w:rPr>
      </w:pPr>
      <w:r w:rsidRPr="00356C11">
        <w:rPr>
          <w:b/>
          <w:sz w:val="24"/>
          <w:szCs w:val="24"/>
        </w:rPr>
        <w:t>2026/2027 EĞİTİM ÖĞRETİM YILI MOTORLU ARAÇLAR TEKNOLOJİSİ ALANI</w:t>
      </w:r>
    </w:p>
    <w:p w14:paraId="0FDD529E" w14:textId="77777777" w:rsidR="003A69A8" w:rsidRPr="00356C11" w:rsidRDefault="00000000">
      <w:pPr>
        <w:jc w:val="center"/>
        <w:rPr>
          <w:sz w:val="24"/>
          <w:szCs w:val="24"/>
        </w:rPr>
      </w:pPr>
      <w:r w:rsidRPr="00356C11">
        <w:rPr>
          <w:b/>
          <w:sz w:val="24"/>
          <w:szCs w:val="24"/>
        </w:rPr>
        <w:t>OFİS PROGRAMLARI DERSİ 1. DÖNEM 2. YAZILI SINAVI - B GRUBU</w:t>
      </w:r>
    </w:p>
    <w:p w14:paraId="38B7348A" w14:textId="77777777" w:rsidR="003A69A8" w:rsidRPr="00356C11" w:rsidRDefault="00000000">
      <w:pPr>
        <w:rPr>
          <w:sz w:val="22"/>
        </w:rPr>
      </w:pPr>
      <w:r w:rsidRPr="00356C11">
        <w:rPr>
          <w:sz w:val="22"/>
        </w:rPr>
        <w:t>Adı Soyadı: ............................................................    Sınıfı/No: ....................    Aldığı Not: ............</w:t>
      </w:r>
    </w:p>
    <w:p w14:paraId="6767745D" w14:textId="77777777" w:rsidR="003A69A8" w:rsidRDefault="00000000">
      <w:pPr>
        <w:jc w:val="center"/>
      </w:pPr>
      <w:r>
        <w:rPr>
          <w:b/>
        </w:rPr>
        <w:t>SORULAR</w:t>
      </w:r>
    </w:p>
    <w:p w14:paraId="06E7F2A6" w14:textId="77777777" w:rsidR="003A69A8" w:rsidRDefault="00000000">
      <w:pPr>
        <w:spacing w:after="140"/>
      </w:pPr>
      <w:r w:rsidRPr="00356C11">
        <w:rPr>
          <w:b/>
          <w:bCs/>
        </w:rPr>
        <w:t>1.</w:t>
      </w:r>
      <w:r>
        <w:t xml:space="preserve"> Eğer belgeyi ilk kez kaydediyorsak fare ile ne yapmalıyız? (10 Puan)</w:t>
      </w:r>
    </w:p>
    <w:p w14:paraId="0B547C23" w14:textId="77777777" w:rsidR="003A69A8" w:rsidRDefault="00000000">
      <w:pPr>
        <w:spacing w:after="100"/>
      </w:pPr>
      <w:r>
        <w:rPr>
          <w:sz w:val="18"/>
        </w:rPr>
        <w:t>................................................................................................................................................</w:t>
      </w:r>
    </w:p>
    <w:p w14:paraId="432AF62C" w14:textId="77777777" w:rsidR="003A69A8" w:rsidRDefault="00000000">
      <w:pPr>
        <w:spacing w:after="140"/>
      </w:pPr>
      <w:r w:rsidRPr="00356C11">
        <w:rPr>
          <w:b/>
          <w:bCs/>
        </w:rPr>
        <w:t>2.</w:t>
      </w:r>
      <w:r>
        <w:t xml:space="preserve"> Yeni bir boş belgede imleci hareket ettirmek için ne tür yöntemler uygulanabilir? (10 Puan)</w:t>
      </w:r>
    </w:p>
    <w:p w14:paraId="6232DD4F" w14:textId="77777777" w:rsidR="003A69A8" w:rsidRDefault="00000000">
      <w:pPr>
        <w:spacing w:after="100"/>
      </w:pPr>
      <w:r>
        <w:rPr>
          <w:sz w:val="18"/>
        </w:rPr>
        <w:t>................................................................................................................................................</w:t>
      </w:r>
    </w:p>
    <w:p w14:paraId="54610C0B" w14:textId="77777777" w:rsidR="003A69A8" w:rsidRDefault="00000000">
      <w:pPr>
        <w:spacing w:after="140"/>
      </w:pPr>
      <w:r w:rsidRPr="00356C11">
        <w:rPr>
          <w:b/>
          <w:bCs/>
        </w:rPr>
        <w:t>3.</w:t>
      </w:r>
      <w:r>
        <w:t xml:space="preserve"> Sadece bir veya birkaç harfi büyük yazmak veya sadece bir veya birkaç harfi küçük yazmak için klavyede hangi tuşu kullanırız? (10 Puan)</w:t>
      </w:r>
    </w:p>
    <w:p w14:paraId="2A17F4DD" w14:textId="77777777" w:rsidR="003A69A8" w:rsidRDefault="00000000">
      <w:pPr>
        <w:spacing w:after="100"/>
      </w:pPr>
      <w:r>
        <w:rPr>
          <w:sz w:val="18"/>
        </w:rPr>
        <w:t>................................................................................................................................................</w:t>
      </w:r>
    </w:p>
    <w:p w14:paraId="74198737" w14:textId="77777777" w:rsidR="003A69A8" w:rsidRDefault="00000000">
      <w:pPr>
        <w:spacing w:after="140"/>
      </w:pPr>
      <w:r w:rsidRPr="00356C11">
        <w:rPr>
          <w:b/>
          <w:bCs/>
        </w:rPr>
        <w:t>4.</w:t>
      </w:r>
      <w:r>
        <w:t xml:space="preserve"> Sürekli büyük harfle yazmak için klavyede hangi tuşu kullanırız.? (10 Puan)</w:t>
      </w:r>
    </w:p>
    <w:p w14:paraId="12654D62" w14:textId="77777777" w:rsidR="003A69A8" w:rsidRDefault="00000000">
      <w:pPr>
        <w:spacing w:after="100"/>
      </w:pPr>
      <w:r>
        <w:rPr>
          <w:sz w:val="18"/>
        </w:rPr>
        <w:t>................................................................................................................................................</w:t>
      </w:r>
    </w:p>
    <w:p w14:paraId="53565A94" w14:textId="77777777" w:rsidR="003A69A8" w:rsidRDefault="00000000">
      <w:pPr>
        <w:spacing w:after="140"/>
      </w:pPr>
      <w:r w:rsidRPr="00356C11">
        <w:rPr>
          <w:b/>
          <w:bCs/>
        </w:rPr>
        <w:t>5.</w:t>
      </w:r>
      <w:r>
        <w:t xml:space="preserve"> Belgeyi değişik bir isimle saklamak için fare ile şerit üzerinde hangi komutları uygulamalıyız? (10 Puan)</w:t>
      </w:r>
    </w:p>
    <w:p w14:paraId="32DDBF86" w14:textId="77777777" w:rsidR="003A69A8" w:rsidRDefault="00000000">
      <w:pPr>
        <w:spacing w:after="100"/>
      </w:pPr>
      <w:r>
        <w:rPr>
          <w:sz w:val="18"/>
        </w:rPr>
        <w:t>................................................................................................................................................</w:t>
      </w:r>
    </w:p>
    <w:p w14:paraId="000956C5" w14:textId="0B21A32E" w:rsidR="003A69A8" w:rsidRDefault="003A69A8">
      <w:pPr>
        <w:jc w:val="center"/>
      </w:pPr>
    </w:p>
    <w:p w14:paraId="6FFD03D5" w14:textId="77777777" w:rsidR="00356C11" w:rsidRDefault="00000000">
      <w:pPr>
        <w:spacing w:after="140"/>
        <w:rPr>
          <w:noProof/>
        </w:rPr>
      </w:pPr>
      <w:r w:rsidRPr="00356C11">
        <w:rPr>
          <w:b/>
          <w:bCs/>
        </w:rPr>
        <w:t>6.</w:t>
      </w:r>
      <w:r>
        <w:t xml:space="preserve"> Düğmelerin isimleri nelerdir? (10 Puan)</w:t>
      </w:r>
      <w:r w:rsidR="00356C11" w:rsidRPr="00356C11">
        <w:rPr>
          <w:noProof/>
        </w:rPr>
        <w:t xml:space="preserve"> </w:t>
      </w:r>
    </w:p>
    <w:p w14:paraId="015263F1" w14:textId="32F4AF7C" w:rsidR="003A69A8" w:rsidRDefault="00356C11">
      <w:pPr>
        <w:spacing w:after="140"/>
      </w:pPr>
      <w:r>
        <w:rPr>
          <w:noProof/>
        </w:rPr>
        <w:drawing>
          <wp:inline distT="0" distB="0" distL="0" distR="0" wp14:anchorId="44740A26" wp14:editId="32B6294D">
            <wp:extent cx="1152000" cy="50145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_0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501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0B3A6" w14:textId="77777777" w:rsidR="003A69A8" w:rsidRDefault="00000000">
      <w:pPr>
        <w:spacing w:after="100"/>
      </w:pPr>
      <w:r>
        <w:rPr>
          <w:sz w:val="18"/>
        </w:rPr>
        <w:t>................................................................................................................................................</w:t>
      </w:r>
    </w:p>
    <w:p w14:paraId="7188B70B" w14:textId="0087F4C8" w:rsidR="003A69A8" w:rsidRDefault="003A69A8">
      <w:pPr>
        <w:jc w:val="center"/>
      </w:pPr>
    </w:p>
    <w:p w14:paraId="1B31DD71" w14:textId="227D25B4" w:rsidR="00356C11" w:rsidRDefault="00000000">
      <w:pPr>
        <w:spacing w:after="140"/>
        <w:rPr>
          <w:noProof/>
        </w:rPr>
      </w:pPr>
      <w:r w:rsidRPr="00356C11">
        <w:rPr>
          <w:b/>
          <w:bCs/>
        </w:rPr>
        <w:t>7.</w:t>
      </w:r>
      <w:r>
        <w:t xml:space="preserve"> </w:t>
      </w:r>
      <w:proofErr w:type="spellStart"/>
      <w:r w:rsidR="00356C11">
        <w:t>Aşağı</w:t>
      </w:r>
      <w:r>
        <w:t>daki</w:t>
      </w:r>
      <w:proofErr w:type="spellEnd"/>
      <w:r>
        <w:t xml:space="preserve"> </w:t>
      </w:r>
      <w:proofErr w:type="spellStart"/>
      <w:r>
        <w:t>grup</w:t>
      </w:r>
      <w:proofErr w:type="spellEnd"/>
      <w:r w:rsidR="00356C11">
        <w:t xml:space="preserve"> </w:t>
      </w:r>
      <w:proofErr w:type="spellStart"/>
      <w:r w:rsidR="00356C11">
        <w:t>ile</w:t>
      </w:r>
      <w:proofErr w:type="spellEnd"/>
      <w:r>
        <w:t xml:space="preserve"> hangi </w:t>
      </w:r>
      <w:proofErr w:type="spellStart"/>
      <w:r>
        <w:t>işlemler</w:t>
      </w:r>
      <w:proofErr w:type="spellEnd"/>
      <w:r>
        <w:t xml:space="preserve"> </w:t>
      </w:r>
      <w:proofErr w:type="spellStart"/>
      <w:r>
        <w:t>yapılır</w:t>
      </w:r>
      <w:proofErr w:type="spellEnd"/>
      <w:r>
        <w:t>.? (10 Puan)</w:t>
      </w:r>
      <w:r w:rsidR="00356C11" w:rsidRPr="00356C11">
        <w:rPr>
          <w:noProof/>
        </w:rPr>
        <w:t xml:space="preserve"> </w:t>
      </w:r>
    </w:p>
    <w:p w14:paraId="24E3180F" w14:textId="3B5DDE9C" w:rsidR="003A69A8" w:rsidRDefault="00356C11">
      <w:pPr>
        <w:spacing w:after="140"/>
      </w:pPr>
      <w:r>
        <w:rPr>
          <w:noProof/>
        </w:rPr>
        <w:drawing>
          <wp:inline distT="0" distB="0" distL="0" distR="0" wp14:anchorId="2FFEF29B" wp14:editId="62ADF082">
            <wp:extent cx="2520000" cy="79424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2_0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794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EC30E" w14:textId="77777777" w:rsidR="003A69A8" w:rsidRDefault="00000000">
      <w:pPr>
        <w:spacing w:after="100"/>
      </w:pPr>
      <w:r>
        <w:rPr>
          <w:sz w:val="18"/>
        </w:rPr>
        <w:t>................................................................................................................................................</w:t>
      </w:r>
    </w:p>
    <w:p w14:paraId="322DAE21" w14:textId="77777777" w:rsidR="003A69A8" w:rsidRDefault="00000000">
      <w:pPr>
        <w:spacing w:after="140"/>
      </w:pPr>
      <w:r w:rsidRPr="00356C11">
        <w:rPr>
          <w:b/>
          <w:bCs/>
        </w:rPr>
        <w:t>8.</w:t>
      </w:r>
      <w:r>
        <w:t xml:space="preserve"> Excelde dik, koyu, eğik yazma, sayı, yazı tipi, kenarlık gibi ayarlar nereden yapılır? (10 Puan)</w:t>
      </w:r>
    </w:p>
    <w:p w14:paraId="1D7DEAC0" w14:textId="77777777" w:rsidR="003A69A8" w:rsidRDefault="00000000">
      <w:pPr>
        <w:spacing w:after="100"/>
      </w:pPr>
      <w:r>
        <w:rPr>
          <w:sz w:val="18"/>
        </w:rPr>
        <w:t>................................................................................................................................................</w:t>
      </w:r>
    </w:p>
    <w:p w14:paraId="02A39B86" w14:textId="77777777" w:rsidR="003A69A8" w:rsidRDefault="00000000">
      <w:pPr>
        <w:spacing w:after="140"/>
      </w:pPr>
      <w:r w:rsidRPr="00356C11">
        <w:rPr>
          <w:b/>
          <w:bCs/>
        </w:rPr>
        <w:t>9.</w:t>
      </w:r>
      <w:r>
        <w:t xml:space="preserve"> Yeni bir çalışma kitabı oluşturmak için klavye kısa yolunun adını yazınız? (10 Puan)</w:t>
      </w:r>
    </w:p>
    <w:p w14:paraId="59921A00" w14:textId="77777777" w:rsidR="003A69A8" w:rsidRDefault="00000000">
      <w:pPr>
        <w:spacing w:after="100"/>
      </w:pPr>
      <w:r>
        <w:rPr>
          <w:sz w:val="18"/>
        </w:rPr>
        <w:t>................................................................................................................................................</w:t>
      </w:r>
    </w:p>
    <w:p w14:paraId="54FC664A" w14:textId="77777777" w:rsidR="003A69A8" w:rsidRDefault="00000000">
      <w:pPr>
        <w:spacing w:after="140"/>
      </w:pPr>
      <w:r w:rsidRPr="00356C11">
        <w:rPr>
          <w:b/>
          <w:bCs/>
        </w:rPr>
        <w:t>10.</w:t>
      </w:r>
      <w:r>
        <w:t xml:space="preserve"> Excel’de bitişik olamayan hücreleri seçmek için klavyeden hangi tuş kullanılır? (10 Puan)</w:t>
      </w:r>
    </w:p>
    <w:p w14:paraId="71ED1220" w14:textId="77777777" w:rsidR="003A69A8" w:rsidRDefault="00000000">
      <w:pPr>
        <w:spacing w:after="100"/>
      </w:pPr>
      <w:r>
        <w:rPr>
          <w:sz w:val="18"/>
        </w:rPr>
        <w:t>................................................................................................................................................</w:t>
      </w:r>
    </w:p>
    <w:p w14:paraId="2EDD4F63" w14:textId="1BB047C5" w:rsidR="003A69A8" w:rsidRPr="00356C11" w:rsidRDefault="00356C11" w:rsidP="00356C11">
      <w:pPr>
        <w:ind w:left="4320" w:firstLine="720"/>
        <w:jc w:val="center"/>
        <w:rPr>
          <w:szCs w:val="20"/>
        </w:rPr>
      </w:pPr>
      <w:r>
        <w:rPr>
          <w:szCs w:val="20"/>
        </w:rPr>
        <w:t xml:space="preserve">     </w:t>
      </w:r>
      <w:proofErr w:type="spellStart"/>
      <w:r w:rsidR="00000000" w:rsidRPr="00356C11">
        <w:rPr>
          <w:szCs w:val="20"/>
        </w:rPr>
        <w:t>Başarılar</w:t>
      </w:r>
      <w:proofErr w:type="spellEnd"/>
    </w:p>
    <w:p w14:paraId="7B3B42E2" w14:textId="3357806F" w:rsidR="003A69A8" w:rsidRPr="00356C11" w:rsidRDefault="00000000">
      <w:pPr>
        <w:rPr>
          <w:szCs w:val="20"/>
        </w:rPr>
      </w:pPr>
      <w:proofErr w:type="spellStart"/>
      <w:r w:rsidRPr="00356C11">
        <w:rPr>
          <w:b/>
          <w:bCs/>
          <w:szCs w:val="20"/>
          <w:u w:val="single"/>
        </w:rPr>
        <w:t>Süre</w:t>
      </w:r>
      <w:proofErr w:type="spellEnd"/>
      <w:r w:rsidRPr="00356C11">
        <w:rPr>
          <w:b/>
          <w:bCs/>
          <w:szCs w:val="20"/>
          <w:u w:val="single"/>
        </w:rPr>
        <w:t>:</w:t>
      </w:r>
      <w:r w:rsidRPr="00356C11">
        <w:rPr>
          <w:szCs w:val="20"/>
        </w:rPr>
        <w:t xml:space="preserve"> 40 Dk                                                                                    </w:t>
      </w:r>
      <w:proofErr w:type="gramStart"/>
      <w:r w:rsidR="00356C11" w:rsidRPr="00356C11">
        <w:rPr>
          <w:szCs w:val="20"/>
        </w:rPr>
        <w:tab/>
      </w:r>
      <w:r w:rsidR="00356C11" w:rsidRPr="00356C11">
        <w:rPr>
          <w:szCs w:val="20"/>
        </w:rPr>
        <w:tab/>
      </w:r>
      <w:proofErr w:type="spellStart"/>
      <w:r w:rsidRPr="00356C11">
        <w:rPr>
          <w:szCs w:val="20"/>
        </w:rPr>
        <w:t>Mot.Arç.Tekn</w:t>
      </w:r>
      <w:proofErr w:type="spellEnd"/>
      <w:proofErr w:type="gramEnd"/>
      <w:r w:rsidRPr="00356C11">
        <w:rPr>
          <w:szCs w:val="20"/>
        </w:rPr>
        <w:t xml:space="preserve"> Öğrt Abdullah YANIK</w:t>
      </w:r>
    </w:p>
    <w:p w14:paraId="2B81C19A" w14:textId="77777777" w:rsidR="003A69A8" w:rsidRDefault="00000000">
      <w:r>
        <w:br w:type="page"/>
      </w:r>
    </w:p>
    <w:p w14:paraId="2BED0132" w14:textId="77777777" w:rsidR="003A69A8" w:rsidRPr="00356C11" w:rsidRDefault="00000000">
      <w:pPr>
        <w:jc w:val="center"/>
        <w:rPr>
          <w:sz w:val="24"/>
          <w:szCs w:val="24"/>
        </w:rPr>
      </w:pPr>
      <w:r w:rsidRPr="00356C11">
        <w:rPr>
          <w:b/>
          <w:sz w:val="24"/>
          <w:szCs w:val="24"/>
        </w:rPr>
        <w:lastRenderedPageBreak/>
        <w:t>YAHŞİHAN MESLEKİ EĞİTİM MERKEZİ</w:t>
      </w:r>
    </w:p>
    <w:p w14:paraId="3E53A33F" w14:textId="77777777" w:rsidR="003A69A8" w:rsidRPr="00356C11" w:rsidRDefault="00000000">
      <w:pPr>
        <w:jc w:val="center"/>
        <w:rPr>
          <w:sz w:val="24"/>
          <w:szCs w:val="24"/>
        </w:rPr>
      </w:pPr>
      <w:r w:rsidRPr="00356C11">
        <w:rPr>
          <w:b/>
          <w:sz w:val="24"/>
          <w:szCs w:val="24"/>
        </w:rPr>
        <w:t>2026/2027 EĞİTİM ÖĞRETİM YILI MOTORLU ARAÇLAR TEKNOLOJİSİ ALANI</w:t>
      </w:r>
    </w:p>
    <w:p w14:paraId="29AA77B0" w14:textId="77777777" w:rsidR="003A69A8" w:rsidRPr="00356C11" w:rsidRDefault="00000000">
      <w:pPr>
        <w:jc w:val="center"/>
        <w:rPr>
          <w:sz w:val="24"/>
          <w:szCs w:val="24"/>
        </w:rPr>
      </w:pPr>
      <w:r w:rsidRPr="00356C11">
        <w:rPr>
          <w:b/>
          <w:sz w:val="24"/>
          <w:szCs w:val="24"/>
        </w:rPr>
        <w:t>OFİS PROGRAMLARI DERSİ 1. DÖNEM 2. YAZILI SINAVI - B GRUBU CEVAP ANAHTARI</w:t>
      </w:r>
    </w:p>
    <w:p w14:paraId="0BBE5F93" w14:textId="18636044" w:rsidR="003A69A8" w:rsidRDefault="00356C11">
      <w:pPr>
        <w:jc w:val="center"/>
      </w:pPr>
      <w:r>
        <w:rPr>
          <w:b/>
        </w:rPr>
        <w:t xml:space="preserve"> </w:t>
      </w:r>
    </w:p>
    <w:p w14:paraId="21654C91" w14:textId="77777777" w:rsidR="003A69A8" w:rsidRPr="00356C11" w:rsidRDefault="00000000">
      <w:pPr>
        <w:spacing w:after="40"/>
        <w:rPr>
          <w:sz w:val="22"/>
        </w:rPr>
      </w:pPr>
      <w:r w:rsidRPr="00356C11">
        <w:rPr>
          <w:b/>
          <w:bCs/>
          <w:sz w:val="22"/>
        </w:rPr>
        <w:t>1.</w:t>
      </w:r>
      <w:r w:rsidRPr="00356C11">
        <w:rPr>
          <w:sz w:val="22"/>
        </w:rPr>
        <w:t xml:space="preserve"> Eğer belgeyi ilk kez kaydediyorsak fare ile ne yapmalıyız? (10 Puan)</w:t>
      </w:r>
    </w:p>
    <w:p w14:paraId="46371910" w14:textId="77777777" w:rsidR="003A69A8" w:rsidRPr="00356C11" w:rsidRDefault="00000000">
      <w:pPr>
        <w:spacing w:after="100"/>
        <w:ind w:left="283"/>
        <w:rPr>
          <w:sz w:val="22"/>
        </w:rPr>
      </w:pPr>
      <w:r w:rsidRPr="00356C11">
        <w:rPr>
          <w:sz w:val="22"/>
        </w:rPr>
        <w:t>•  Hızlı erişim araç çubuğunda bulunan Kaydet düğmesine tıklamalıyız.</w:t>
      </w:r>
    </w:p>
    <w:p w14:paraId="4AC9521B" w14:textId="77777777" w:rsidR="003A69A8" w:rsidRPr="00356C11" w:rsidRDefault="00000000">
      <w:pPr>
        <w:spacing w:after="40"/>
        <w:rPr>
          <w:sz w:val="22"/>
        </w:rPr>
      </w:pPr>
      <w:r w:rsidRPr="00356C11">
        <w:rPr>
          <w:b/>
          <w:bCs/>
          <w:sz w:val="22"/>
        </w:rPr>
        <w:t>2.</w:t>
      </w:r>
      <w:r w:rsidRPr="00356C11">
        <w:rPr>
          <w:sz w:val="22"/>
        </w:rPr>
        <w:t xml:space="preserve"> Yeni bir boş belgede imleci hareket ettirmek için ne tür yöntemler uygulanabilir? (10 Puan)</w:t>
      </w:r>
    </w:p>
    <w:p w14:paraId="285FA0BD" w14:textId="77777777" w:rsidR="003A69A8" w:rsidRPr="00356C11" w:rsidRDefault="00000000">
      <w:pPr>
        <w:spacing w:after="100"/>
        <w:ind w:left="283"/>
        <w:rPr>
          <w:sz w:val="22"/>
        </w:rPr>
      </w:pPr>
      <w:r w:rsidRPr="00356C11">
        <w:rPr>
          <w:sz w:val="22"/>
        </w:rPr>
        <w:t>•  A) Yazarak, B) Enter tuşuna basarak, C) Boşluk tuşuna basarak</w:t>
      </w:r>
    </w:p>
    <w:p w14:paraId="77A63EB6" w14:textId="77777777" w:rsidR="003A69A8" w:rsidRPr="00356C11" w:rsidRDefault="00000000">
      <w:pPr>
        <w:spacing w:after="40"/>
        <w:rPr>
          <w:sz w:val="22"/>
        </w:rPr>
      </w:pPr>
      <w:r w:rsidRPr="00356C11">
        <w:rPr>
          <w:b/>
          <w:bCs/>
          <w:sz w:val="22"/>
        </w:rPr>
        <w:t>3.</w:t>
      </w:r>
      <w:r w:rsidRPr="00356C11">
        <w:rPr>
          <w:sz w:val="22"/>
        </w:rPr>
        <w:t xml:space="preserve"> Sadece bir veya birkaç harfi büyük yazmak veya sadece bir veya birkaç harfi küçük yazmak için klavyede hangi tuşu kullanırız? (10 Puan)</w:t>
      </w:r>
    </w:p>
    <w:p w14:paraId="3FC0B3F8" w14:textId="77777777" w:rsidR="003A69A8" w:rsidRPr="00356C11" w:rsidRDefault="00000000">
      <w:pPr>
        <w:spacing w:after="100"/>
        <w:ind w:left="283"/>
        <w:rPr>
          <w:sz w:val="22"/>
        </w:rPr>
      </w:pPr>
      <w:r w:rsidRPr="00356C11">
        <w:rPr>
          <w:sz w:val="22"/>
        </w:rPr>
        <w:t>•  Shift</w:t>
      </w:r>
    </w:p>
    <w:p w14:paraId="5EC501A4" w14:textId="77777777" w:rsidR="003A69A8" w:rsidRPr="00356C11" w:rsidRDefault="00000000">
      <w:pPr>
        <w:spacing w:after="40"/>
        <w:rPr>
          <w:sz w:val="22"/>
        </w:rPr>
      </w:pPr>
      <w:r w:rsidRPr="00356C11">
        <w:rPr>
          <w:b/>
          <w:bCs/>
          <w:sz w:val="22"/>
        </w:rPr>
        <w:t>4.</w:t>
      </w:r>
      <w:r w:rsidRPr="00356C11">
        <w:rPr>
          <w:sz w:val="22"/>
        </w:rPr>
        <w:t xml:space="preserve"> Sürekli büyük harfle yazmak için klavyede hangi tuşu kullanırız.? (10 Puan)</w:t>
      </w:r>
    </w:p>
    <w:p w14:paraId="46DCD488" w14:textId="77777777" w:rsidR="003A69A8" w:rsidRPr="00356C11" w:rsidRDefault="00000000">
      <w:pPr>
        <w:spacing w:after="100"/>
        <w:ind w:left="283"/>
        <w:rPr>
          <w:sz w:val="22"/>
        </w:rPr>
      </w:pPr>
      <w:r w:rsidRPr="00356C11">
        <w:rPr>
          <w:sz w:val="22"/>
        </w:rPr>
        <w:t>•  Caps Lock</w:t>
      </w:r>
    </w:p>
    <w:p w14:paraId="20D24B16" w14:textId="77777777" w:rsidR="003A69A8" w:rsidRPr="00356C11" w:rsidRDefault="00000000">
      <w:pPr>
        <w:spacing w:after="40"/>
        <w:rPr>
          <w:sz w:val="22"/>
        </w:rPr>
      </w:pPr>
      <w:r w:rsidRPr="00356C11">
        <w:rPr>
          <w:b/>
          <w:bCs/>
          <w:sz w:val="22"/>
        </w:rPr>
        <w:t>5.</w:t>
      </w:r>
      <w:r w:rsidRPr="00356C11">
        <w:rPr>
          <w:sz w:val="22"/>
        </w:rPr>
        <w:t xml:space="preserve"> Belgeyi değişik bir isimle saklamak için fare ile şerit üzerinde hangi komutları uygulamalıyız? (10 Puan)</w:t>
      </w:r>
    </w:p>
    <w:p w14:paraId="3E975120" w14:textId="77777777" w:rsidR="003A69A8" w:rsidRPr="00356C11" w:rsidRDefault="00000000">
      <w:pPr>
        <w:spacing w:after="100"/>
        <w:ind w:left="283"/>
        <w:rPr>
          <w:sz w:val="22"/>
        </w:rPr>
      </w:pPr>
      <w:r w:rsidRPr="00356C11">
        <w:rPr>
          <w:sz w:val="22"/>
        </w:rPr>
        <w:t>•  Office Düğmesi – Farklı kaydet</w:t>
      </w:r>
    </w:p>
    <w:p w14:paraId="5471F5EF" w14:textId="77777777" w:rsidR="00356C11" w:rsidRPr="00356C11" w:rsidRDefault="00000000">
      <w:pPr>
        <w:spacing w:after="40"/>
        <w:rPr>
          <w:noProof/>
          <w:sz w:val="22"/>
        </w:rPr>
      </w:pPr>
      <w:r w:rsidRPr="00356C11">
        <w:rPr>
          <w:b/>
          <w:bCs/>
          <w:sz w:val="22"/>
        </w:rPr>
        <w:t>6.</w:t>
      </w:r>
      <w:r w:rsidRPr="00356C11">
        <w:rPr>
          <w:sz w:val="22"/>
        </w:rPr>
        <w:t xml:space="preserve"> Düğmelerin isimleri nelerdir? (10 Puan)</w:t>
      </w:r>
      <w:r w:rsidR="00356C11" w:rsidRPr="00356C11">
        <w:rPr>
          <w:noProof/>
          <w:sz w:val="22"/>
        </w:rPr>
        <w:t xml:space="preserve"> </w:t>
      </w:r>
    </w:p>
    <w:p w14:paraId="59B82FDE" w14:textId="2A533055" w:rsidR="003A69A8" w:rsidRPr="00356C11" w:rsidRDefault="00356C11">
      <w:pPr>
        <w:spacing w:after="40"/>
        <w:rPr>
          <w:sz w:val="22"/>
        </w:rPr>
      </w:pPr>
      <w:r w:rsidRPr="00356C11">
        <w:rPr>
          <w:noProof/>
          <w:sz w:val="22"/>
        </w:rPr>
        <w:drawing>
          <wp:inline distT="0" distB="0" distL="0" distR="0" wp14:anchorId="3C4337C3" wp14:editId="79BEF77F">
            <wp:extent cx="1152000" cy="50145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_0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501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13670" w14:textId="77777777" w:rsidR="003A69A8" w:rsidRPr="00356C11" w:rsidRDefault="00000000">
      <w:pPr>
        <w:spacing w:after="100"/>
        <w:ind w:left="283"/>
        <w:rPr>
          <w:sz w:val="22"/>
        </w:rPr>
      </w:pPr>
      <w:r w:rsidRPr="00356C11">
        <w:rPr>
          <w:sz w:val="22"/>
        </w:rPr>
        <w:t>•  Kes, Yapıştır, Kaydet</w:t>
      </w:r>
    </w:p>
    <w:p w14:paraId="5162118C" w14:textId="6E0C3533" w:rsidR="003A69A8" w:rsidRPr="00356C11" w:rsidRDefault="003A69A8">
      <w:pPr>
        <w:jc w:val="center"/>
        <w:rPr>
          <w:sz w:val="22"/>
        </w:rPr>
      </w:pPr>
    </w:p>
    <w:p w14:paraId="5695E251" w14:textId="69E2513B" w:rsidR="00356C11" w:rsidRPr="00356C11" w:rsidRDefault="00000000">
      <w:pPr>
        <w:spacing w:after="40"/>
        <w:rPr>
          <w:noProof/>
          <w:sz w:val="22"/>
        </w:rPr>
      </w:pPr>
      <w:r w:rsidRPr="00356C11">
        <w:rPr>
          <w:b/>
          <w:bCs/>
          <w:sz w:val="22"/>
        </w:rPr>
        <w:t>7.</w:t>
      </w:r>
      <w:r w:rsidRPr="00356C11">
        <w:rPr>
          <w:sz w:val="22"/>
        </w:rPr>
        <w:t xml:space="preserve"> </w:t>
      </w:r>
      <w:proofErr w:type="spellStart"/>
      <w:r w:rsidR="00356C11" w:rsidRPr="00356C11">
        <w:rPr>
          <w:sz w:val="22"/>
        </w:rPr>
        <w:t>Aşağıdaki</w:t>
      </w:r>
      <w:proofErr w:type="spellEnd"/>
      <w:r w:rsidRPr="00356C11">
        <w:rPr>
          <w:sz w:val="22"/>
        </w:rPr>
        <w:t xml:space="preserve"> </w:t>
      </w:r>
      <w:proofErr w:type="spellStart"/>
      <w:r w:rsidRPr="00356C11">
        <w:rPr>
          <w:sz w:val="22"/>
        </w:rPr>
        <w:t>grup</w:t>
      </w:r>
      <w:proofErr w:type="spellEnd"/>
      <w:r w:rsidRPr="00356C11">
        <w:rPr>
          <w:sz w:val="22"/>
        </w:rPr>
        <w:t xml:space="preserve"> </w:t>
      </w:r>
      <w:proofErr w:type="spellStart"/>
      <w:r w:rsidR="00356C11" w:rsidRPr="00356C11">
        <w:rPr>
          <w:sz w:val="22"/>
        </w:rPr>
        <w:t>ile</w:t>
      </w:r>
      <w:proofErr w:type="spellEnd"/>
      <w:r w:rsidR="00356C11" w:rsidRPr="00356C11">
        <w:rPr>
          <w:sz w:val="22"/>
        </w:rPr>
        <w:t xml:space="preserve"> </w:t>
      </w:r>
      <w:r w:rsidRPr="00356C11">
        <w:rPr>
          <w:sz w:val="22"/>
        </w:rPr>
        <w:t xml:space="preserve">hangi </w:t>
      </w:r>
      <w:proofErr w:type="spellStart"/>
      <w:r w:rsidRPr="00356C11">
        <w:rPr>
          <w:sz w:val="22"/>
        </w:rPr>
        <w:t>işlemler</w:t>
      </w:r>
      <w:proofErr w:type="spellEnd"/>
      <w:r w:rsidRPr="00356C11">
        <w:rPr>
          <w:sz w:val="22"/>
        </w:rPr>
        <w:t xml:space="preserve"> </w:t>
      </w:r>
      <w:proofErr w:type="spellStart"/>
      <w:r w:rsidRPr="00356C11">
        <w:rPr>
          <w:sz w:val="22"/>
        </w:rPr>
        <w:t>yapılır</w:t>
      </w:r>
      <w:proofErr w:type="spellEnd"/>
      <w:r w:rsidRPr="00356C11">
        <w:rPr>
          <w:sz w:val="22"/>
        </w:rPr>
        <w:t>.? (10 Puan)</w:t>
      </w:r>
      <w:r w:rsidR="00356C11" w:rsidRPr="00356C11">
        <w:rPr>
          <w:noProof/>
          <w:sz w:val="22"/>
        </w:rPr>
        <w:t xml:space="preserve"> </w:t>
      </w:r>
    </w:p>
    <w:p w14:paraId="3A47FDCE" w14:textId="7486130D" w:rsidR="003A69A8" w:rsidRPr="00356C11" w:rsidRDefault="00356C11">
      <w:pPr>
        <w:spacing w:after="40"/>
        <w:rPr>
          <w:sz w:val="22"/>
        </w:rPr>
      </w:pPr>
      <w:r w:rsidRPr="00356C11">
        <w:rPr>
          <w:noProof/>
          <w:sz w:val="22"/>
        </w:rPr>
        <w:drawing>
          <wp:inline distT="0" distB="0" distL="0" distR="0" wp14:anchorId="4DBF9F6F" wp14:editId="4B544322">
            <wp:extent cx="2520000" cy="794241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2_0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794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0886C" w14:textId="77777777" w:rsidR="003A69A8" w:rsidRPr="00356C11" w:rsidRDefault="00000000">
      <w:pPr>
        <w:spacing w:after="100"/>
        <w:ind w:left="283"/>
        <w:rPr>
          <w:sz w:val="22"/>
        </w:rPr>
      </w:pPr>
      <w:r w:rsidRPr="00356C11">
        <w:rPr>
          <w:sz w:val="22"/>
        </w:rPr>
        <w:t>•  Yazı tipi ile ilgili işlemler</w:t>
      </w:r>
    </w:p>
    <w:p w14:paraId="1EDE871B" w14:textId="77777777" w:rsidR="003A69A8" w:rsidRPr="00356C11" w:rsidRDefault="00000000">
      <w:pPr>
        <w:spacing w:after="40"/>
        <w:rPr>
          <w:sz w:val="22"/>
        </w:rPr>
      </w:pPr>
      <w:r w:rsidRPr="00356C11">
        <w:rPr>
          <w:b/>
          <w:bCs/>
          <w:sz w:val="22"/>
        </w:rPr>
        <w:t>8.</w:t>
      </w:r>
      <w:r w:rsidRPr="00356C11">
        <w:rPr>
          <w:sz w:val="22"/>
        </w:rPr>
        <w:t xml:space="preserve"> Excelde dik, koyu, eğik yazma, sayı, yazı tipi, kenarlık gibi ayarlar nereden yapılır? (10 Puan)</w:t>
      </w:r>
    </w:p>
    <w:p w14:paraId="59F1D1A0" w14:textId="77777777" w:rsidR="003A69A8" w:rsidRPr="00356C11" w:rsidRDefault="00000000">
      <w:pPr>
        <w:spacing w:after="100"/>
        <w:ind w:left="283"/>
        <w:rPr>
          <w:sz w:val="22"/>
        </w:rPr>
      </w:pPr>
      <w:r w:rsidRPr="00356C11">
        <w:rPr>
          <w:sz w:val="22"/>
        </w:rPr>
        <w:t>•  Giriş sekmesi</w:t>
      </w:r>
    </w:p>
    <w:p w14:paraId="2D03D785" w14:textId="77777777" w:rsidR="003A69A8" w:rsidRPr="00356C11" w:rsidRDefault="00000000">
      <w:pPr>
        <w:spacing w:after="40"/>
        <w:rPr>
          <w:sz w:val="22"/>
        </w:rPr>
      </w:pPr>
      <w:r w:rsidRPr="00356C11">
        <w:rPr>
          <w:b/>
          <w:bCs/>
          <w:sz w:val="22"/>
        </w:rPr>
        <w:t>9.</w:t>
      </w:r>
      <w:r w:rsidRPr="00356C11">
        <w:rPr>
          <w:sz w:val="22"/>
        </w:rPr>
        <w:t xml:space="preserve"> Yeni bir çalışma kitabı oluşturmak için klavye kısa yolunun adını yazınız? (10 Puan)</w:t>
      </w:r>
    </w:p>
    <w:p w14:paraId="076FCE7B" w14:textId="77777777" w:rsidR="003A69A8" w:rsidRPr="00356C11" w:rsidRDefault="00000000">
      <w:pPr>
        <w:spacing w:after="100"/>
        <w:ind w:left="283"/>
        <w:rPr>
          <w:sz w:val="22"/>
        </w:rPr>
      </w:pPr>
      <w:r w:rsidRPr="00356C11">
        <w:rPr>
          <w:sz w:val="22"/>
        </w:rPr>
        <w:t>•  Ctrl+N</w:t>
      </w:r>
    </w:p>
    <w:p w14:paraId="6750EAE5" w14:textId="77777777" w:rsidR="003A69A8" w:rsidRPr="00356C11" w:rsidRDefault="00000000">
      <w:pPr>
        <w:spacing w:after="40"/>
        <w:rPr>
          <w:sz w:val="22"/>
        </w:rPr>
      </w:pPr>
      <w:r w:rsidRPr="00356C11">
        <w:rPr>
          <w:b/>
          <w:bCs/>
          <w:sz w:val="22"/>
        </w:rPr>
        <w:t>10.</w:t>
      </w:r>
      <w:r w:rsidRPr="00356C11">
        <w:rPr>
          <w:sz w:val="22"/>
        </w:rPr>
        <w:t xml:space="preserve"> Excel’de bitişik olamayan hücreleri seçmek için klavyeden hangi tuş kullanılır? (10 Puan)</w:t>
      </w:r>
    </w:p>
    <w:p w14:paraId="26504575" w14:textId="77777777" w:rsidR="003A69A8" w:rsidRPr="00356C11" w:rsidRDefault="00000000">
      <w:pPr>
        <w:spacing w:after="100"/>
        <w:ind w:left="283"/>
        <w:rPr>
          <w:sz w:val="22"/>
        </w:rPr>
      </w:pPr>
      <w:r w:rsidRPr="00356C11">
        <w:rPr>
          <w:sz w:val="22"/>
        </w:rPr>
        <w:t>•  Shift</w:t>
      </w:r>
    </w:p>
    <w:sectPr w:rsidR="003A69A8" w:rsidRPr="00356C11" w:rsidSect="00034616">
      <w:pgSz w:w="12240" w:h="15840"/>
      <w:pgMar w:top="709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50314844">
    <w:abstractNumId w:val="8"/>
  </w:num>
  <w:num w:numId="2" w16cid:durableId="1693875752">
    <w:abstractNumId w:val="6"/>
  </w:num>
  <w:num w:numId="3" w16cid:durableId="1394818356">
    <w:abstractNumId w:val="5"/>
  </w:num>
  <w:num w:numId="4" w16cid:durableId="1196193941">
    <w:abstractNumId w:val="4"/>
  </w:num>
  <w:num w:numId="5" w16cid:durableId="1318077060">
    <w:abstractNumId w:val="7"/>
  </w:num>
  <w:num w:numId="6" w16cid:durableId="516702417">
    <w:abstractNumId w:val="3"/>
  </w:num>
  <w:num w:numId="7" w16cid:durableId="1293026113">
    <w:abstractNumId w:val="2"/>
  </w:num>
  <w:num w:numId="8" w16cid:durableId="284390608">
    <w:abstractNumId w:val="1"/>
  </w:num>
  <w:num w:numId="9" w16cid:durableId="382604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2346"/>
    <w:rsid w:val="00326F90"/>
    <w:rsid w:val="00356C11"/>
    <w:rsid w:val="003A69A8"/>
    <w:rsid w:val="00AA1D8D"/>
    <w:rsid w:val="00B47730"/>
    <w:rsid w:val="00CB0664"/>
    <w:rsid w:val="00DE7B8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CC9FEF"/>
  <w14:defaultImageDpi w14:val="300"/>
  <w15:docId w15:val="{2E6683CD-361D-49D3-A863-4F40C4E3F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2</cp:revision>
  <dcterms:created xsi:type="dcterms:W3CDTF">2026-09-23T17:11:00Z</dcterms:created>
  <dcterms:modified xsi:type="dcterms:W3CDTF">2026-09-23T17:11:00Z</dcterms:modified>
  <cp:category/>
</cp:coreProperties>
</file>