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BB19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YAHŞİHAN MESLEKİ EĞİTİM MERKEZİ</w:t>
      </w:r>
    </w:p>
    <w:p w14:paraId="37A17377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2026/2027 EĞİTİM ÖĞRETİM YILI MOTORLU ARAÇLAR TEKNOLOJİSİ ALANI</w:t>
      </w:r>
    </w:p>
    <w:p w14:paraId="47D77DB6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OFİS PROGRAMLARI DERSİ 2. DÖNEM 1. YAZILI SINAVI - A GRUBU</w:t>
      </w:r>
    </w:p>
    <w:p w14:paraId="30FE9505" w14:textId="77777777" w:rsidR="00A32008" w:rsidRPr="00433BF0" w:rsidRDefault="00000000">
      <w:pPr>
        <w:rPr>
          <w:sz w:val="24"/>
          <w:szCs w:val="24"/>
        </w:rPr>
      </w:pPr>
      <w:r w:rsidRPr="00433BF0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31A7BBDB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SORULAR</w:t>
      </w:r>
    </w:p>
    <w:p w14:paraId="0ADE8EA3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1.</w:t>
      </w:r>
      <w:r w:rsidRPr="00433BF0">
        <w:rPr>
          <w:sz w:val="22"/>
        </w:rPr>
        <w:t xml:space="preserve"> Word sayfalarına ne isim verilir? (10 Puan)</w:t>
      </w:r>
    </w:p>
    <w:p w14:paraId="1712C109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2.</w:t>
      </w:r>
      <w:r w:rsidRPr="00433BF0">
        <w:rPr>
          <w:sz w:val="22"/>
        </w:rPr>
        <w:t xml:space="preserve"> Word programının kullanım amacı nedir? (10 Puan)</w:t>
      </w:r>
    </w:p>
    <w:p w14:paraId="45842420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3.</w:t>
      </w:r>
      <w:r w:rsidRPr="00433BF0">
        <w:rPr>
          <w:sz w:val="22"/>
        </w:rPr>
        <w:t xml:space="preserve"> Wordde tablo içinde metin yönü nasıl değiştirilir? (10 Puan)</w:t>
      </w:r>
    </w:p>
    <w:p w14:paraId="796ABFC1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4.</w:t>
      </w:r>
      <w:r w:rsidRPr="00433BF0">
        <w:rPr>
          <w:sz w:val="22"/>
        </w:rPr>
        <w:t xml:space="preserve"> Belgeye resim eklemek için hangi yol izlenmelidir? (10 Puan)</w:t>
      </w:r>
    </w:p>
    <w:p w14:paraId="0F4B510B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5.</w:t>
      </w:r>
      <w:r w:rsidRPr="00433BF0">
        <w:rPr>
          <w:sz w:val="22"/>
        </w:rPr>
        <w:t xml:space="preserve"> Belgeye grafik eklemek için hangi yol izlenmelidir? (10 Puan)</w:t>
      </w:r>
    </w:p>
    <w:p w14:paraId="5770C546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6.</w:t>
      </w:r>
      <w:r w:rsidRPr="00433BF0">
        <w:rPr>
          <w:sz w:val="22"/>
        </w:rPr>
        <w:t xml:space="preserve"> Belgeye metin kutusu eklemek için hangi yol izlenmelidir? (10 Puan)</w:t>
      </w:r>
    </w:p>
    <w:p w14:paraId="1C4CE3B3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7.</w:t>
      </w:r>
      <w:r w:rsidRPr="00433BF0">
        <w:rPr>
          <w:sz w:val="22"/>
        </w:rPr>
        <w:t xml:space="preserve"> İşletmelerde veya kurumsal yapılarda hiyerarşik yapı mevcuttur. Bu hiyerarşik yapıyı gösteren şekle organizasyon şeması denir. Herhangi bir şekilde kullanıcıdan organizasyon şeması istendiğinde kelime işlemci programında hangi yol izlenmelidir? (10 Puan)</w:t>
      </w:r>
    </w:p>
    <w:p w14:paraId="4CC818A0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8.</w:t>
      </w:r>
      <w:r w:rsidRPr="00433BF0">
        <w:rPr>
          <w:sz w:val="22"/>
        </w:rPr>
        <w:t xml:space="preserve"> Bir alıntı veya kaynakça eklemek için hangi yol izlenmelidir? (10 Puan)</w:t>
      </w:r>
    </w:p>
    <w:p w14:paraId="3365A0B8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9.</w:t>
      </w:r>
      <w:r w:rsidRPr="00433BF0">
        <w:rPr>
          <w:sz w:val="22"/>
        </w:rPr>
        <w:t xml:space="preserve"> Aşağıdaki tabloyu metine dönüştürme işlemi nasıl gerçekleştirilir? (10 Puan)</w:t>
      </w:r>
    </w:p>
    <w:p w14:paraId="5CD39094" w14:textId="77777777" w:rsidR="00A32008" w:rsidRPr="00433BF0" w:rsidRDefault="00000000">
      <w:pPr>
        <w:jc w:val="center"/>
        <w:rPr>
          <w:sz w:val="22"/>
        </w:rPr>
      </w:pPr>
      <w:r w:rsidRPr="00433BF0">
        <w:rPr>
          <w:noProof/>
          <w:sz w:val="22"/>
        </w:rPr>
        <w:drawing>
          <wp:inline distT="0" distB="0" distL="0" distR="0" wp14:anchorId="39EFE241" wp14:editId="42C7B307">
            <wp:extent cx="5580000" cy="12677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is_2d1_tablo_only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26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E6086" w14:textId="77777777" w:rsidR="00A32008" w:rsidRPr="00433BF0" w:rsidRDefault="00000000">
      <w:pPr>
        <w:rPr>
          <w:sz w:val="22"/>
        </w:rPr>
      </w:pPr>
      <w:r w:rsidRPr="00433BF0">
        <w:rPr>
          <w:b/>
          <w:bCs/>
          <w:sz w:val="22"/>
        </w:rPr>
        <w:t>10.</w:t>
      </w:r>
      <w:r w:rsidRPr="00433BF0">
        <w:rPr>
          <w:sz w:val="22"/>
        </w:rPr>
        <w:t xml:space="preserve"> Çalıştığımız belgeyi yazıcıdan kağıda dökmek için hangi yollar izlenmelidir? (10 Puan)</w:t>
      </w:r>
    </w:p>
    <w:p w14:paraId="2EA9B798" w14:textId="56E608CB" w:rsidR="00A32008" w:rsidRPr="00433BF0" w:rsidRDefault="00433BF0" w:rsidP="00433BF0">
      <w:pPr>
        <w:ind w:left="7200" w:firstLine="720"/>
        <w:rPr>
          <w:sz w:val="22"/>
        </w:rPr>
      </w:pPr>
      <w:r w:rsidRPr="00433BF0">
        <w:rPr>
          <w:sz w:val="22"/>
        </w:rPr>
        <w:t xml:space="preserve">   </w:t>
      </w:r>
      <w:proofErr w:type="spellStart"/>
      <w:r w:rsidR="00000000" w:rsidRPr="00433BF0">
        <w:rPr>
          <w:sz w:val="22"/>
        </w:rPr>
        <w:t>Başarılar</w:t>
      </w:r>
      <w:proofErr w:type="spellEnd"/>
    </w:p>
    <w:p w14:paraId="3FF4FD90" w14:textId="51EC38F9" w:rsidR="00A32008" w:rsidRPr="00433BF0" w:rsidRDefault="00000000">
      <w:pPr>
        <w:rPr>
          <w:sz w:val="22"/>
        </w:rPr>
      </w:pPr>
      <w:proofErr w:type="spellStart"/>
      <w:r w:rsidRPr="00433BF0">
        <w:rPr>
          <w:b/>
          <w:bCs/>
          <w:sz w:val="22"/>
          <w:u w:val="single"/>
        </w:rPr>
        <w:t>Süre</w:t>
      </w:r>
      <w:proofErr w:type="spellEnd"/>
      <w:r w:rsidRPr="00433BF0">
        <w:rPr>
          <w:b/>
          <w:bCs/>
          <w:sz w:val="22"/>
          <w:u w:val="single"/>
        </w:rPr>
        <w:t>:</w:t>
      </w:r>
      <w:r w:rsidRPr="00433BF0">
        <w:rPr>
          <w:sz w:val="22"/>
        </w:rPr>
        <w:t xml:space="preserve"> 40 </w:t>
      </w:r>
      <w:proofErr w:type="gramStart"/>
      <w:r w:rsidRPr="00433BF0">
        <w:rPr>
          <w:sz w:val="22"/>
        </w:rPr>
        <w:t>Dk</w:t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r w:rsidR="00433BF0" w:rsidRPr="00433BF0">
        <w:rPr>
          <w:sz w:val="22"/>
        </w:rPr>
        <w:tab/>
      </w:r>
      <w:proofErr w:type="spellStart"/>
      <w:r w:rsidRPr="00433BF0">
        <w:rPr>
          <w:sz w:val="22"/>
        </w:rPr>
        <w:t>Mot.Arç.Tekn</w:t>
      </w:r>
      <w:proofErr w:type="spellEnd"/>
      <w:proofErr w:type="gramEnd"/>
      <w:r w:rsidRPr="00433BF0">
        <w:rPr>
          <w:sz w:val="22"/>
        </w:rPr>
        <w:t xml:space="preserve"> Öğrt Abdullah YANIK</w:t>
      </w:r>
    </w:p>
    <w:p w14:paraId="34B051C2" w14:textId="77777777" w:rsidR="00A32008" w:rsidRDefault="00000000">
      <w:r>
        <w:br w:type="page"/>
      </w:r>
    </w:p>
    <w:p w14:paraId="6B3D4E26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lastRenderedPageBreak/>
        <w:t>YAHŞİHAN MESLEKİ EĞİTİM MERKEZİ</w:t>
      </w:r>
    </w:p>
    <w:p w14:paraId="29EBFD5E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2026/2027 EĞİTİM ÖĞRETİM YILI MOTORLU ARAÇLAR TEKNOLOJİSİ ALANI</w:t>
      </w:r>
    </w:p>
    <w:p w14:paraId="5D63D8D6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OFİS PROGRAMLARI DERSİ 2. DÖNEM 1. YAZILI SINAVI - A GRUBU CEVAP ANAHTARI</w:t>
      </w:r>
    </w:p>
    <w:p w14:paraId="5A8273D7" w14:textId="77777777" w:rsidR="00A32008" w:rsidRPr="00433BF0" w:rsidRDefault="00000000">
      <w:pPr>
        <w:jc w:val="center"/>
        <w:rPr>
          <w:sz w:val="24"/>
          <w:szCs w:val="24"/>
        </w:rPr>
      </w:pPr>
      <w:r w:rsidRPr="00433BF0">
        <w:rPr>
          <w:b/>
          <w:sz w:val="24"/>
          <w:szCs w:val="24"/>
        </w:rPr>
        <w:t>CEVAP ANAHTARI</w:t>
      </w:r>
    </w:p>
    <w:p w14:paraId="59A2E0BC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1.</w:t>
      </w:r>
      <w:r w:rsidRPr="00433BF0">
        <w:rPr>
          <w:sz w:val="22"/>
        </w:rPr>
        <w:t xml:space="preserve"> Word sayfalarına ne isim verilir? (10 Puan)</w:t>
      </w:r>
    </w:p>
    <w:p w14:paraId="58948023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Belge</w:t>
      </w:r>
    </w:p>
    <w:p w14:paraId="54049182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2.</w:t>
      </w:r>
      <w:r w:rsidRPr="00433BF0">
        <w:rPr>
          <w:sz w:val="22"/>
        </w:rPr>
        <w:t xml:space="preserve"> Word programının kullanım amacı nedir? (10 Puan)</w:t>
      </w:r>
    </w:p>
    <w:p w14:paraId="4E4F1D6A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Bu programın kullanımındaki temel amaç, çeşitli türdeki yazılarımızı yazmak ve yazıcıdan kağıda döküm almaktır.</w:t>
      </w:r>
    </w:p>
    <w:p w14:paraId="4C2848A5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3.</w:t>
      </w:r>
      <w:r w:rsidRPr="00433BF0">
        <w:rPr>
          <w:sz w:val="22"/>
        </w:rPr>
        <w:t xml:space="preserve"> Wordde tablo içinde metin yönü nasıl değiştirilir? (10 Puan)</w:t>
      </w:r>
    </w:p>
    <w:p w14:paraId="4077B350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İmleç yazı yazılacak hücrenin içinde iken, farenin sağ tuşuna tıklayıp metin yönü simge seçeneğini seçmek olacaktır. Yönlendirme bölümünden metin hangi yönde yazılmak isteniyorsa o yönü işaretlemek yeterlidir.</w:t>
      </w:r>
    </w:p>
    <w:p w14:paraId="4B26E7F1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4.</w:t>
      </w:r>
      <w:r w:rsidRPr="00433BF0">
        <w:rPr>
          <w:sz w:val="22"/>
        </w:rPr>
        <w:t xml:space="preserve"> Belgeye resim eklemek için hangi yol izlenmelidir? (10 Puan)</w:t>
      </w:r>
    </w:p>
    <w:p w14:paraId="2E9CE743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Ekle – Resim – Dosyadan Küçük resim) – Ekle</w:t>
      </w:r>
    </w:p>
    <w:p w14:paraId="5460BF98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5.</w:t>
      </w:r>
      <w:r w:rsidRPr="00433BF0">
        <w:rPr>
          <w:sz w:val="22"/>
        </w:rPr>
        <w:t xml:space="preserve"> Belgeye grafik eklemek için hangi yol izlenmelidir? (10 Puan)</w:t>
      </w:r>
    </w:p>
    <w:p w14:paraId="1EA30449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Ekle –Grafik</w:t>
      </w:r>
    </w:p>
    <w:p w14:paraId="6EE824BB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6.</w:t>
      </w:r>
      <w:r w:rsidRPr="00433BF0">
        <w:rPr>
          <w:sz w:val="22"/>
        </w:rPr>
        <w:t xml:space="preserve"> Belgeye metin kutusu eklemek için hangi yol izlenmelidir? (10 Puan)</w:t>
      </w:r>
    </w:p>
    <w:p w14:paraId="5AD60D52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Ekle – Metin kutusu</w:t>
      </w:r>
    </w:p>
    <w:p w14:paraId="60C9F880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7.</w:t>
      </w:r>
      <w:r w:rsidRPr="00433BF0">
        <w:rPr>
          <w:sz w:val="22"/>
        </w:rPr>
        <w:t xml:space="preserve"> İşletmelerde veya kurumsal yapılarda hiyerarşik yapı mevcuttur. Bu hiyerarşik yapıyı gösteren şekle organizasyon şeması denir. Herhangi bir şekilde kullanıcıdan organizasyon şeması istendiğinde kelime işlemci programında hangi yol izlenmelidir? (10 Puan)</w:t>
      </w:r>
    </w:p>
    <w:p w14:paraId="3F4F2E0D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Ekle – SmartArt</w:t>
      </w:r>
    </w:p>
    <w:p w14:paraId="5BA6839C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8.</w:t>
      </w:r>
      <w:r w:rsidRPr="00433BF0">
        <w:rPr>
          <w:sz w:val="22"/>
        </w:rPr>
        <w:t xml:space="preserve"> Bir alıntı veya kaynakça eklemek için hangi yol izlenmelidir? (10 Puan)</w:t>
      </w:r>
    </w:p>
    <w:p w14:paraId="1E13DE2D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Başvurular sekmesinden Alıntılar ve Kaynakça grubu kullanılır.</w:t>
      </w:r>
    </w:p>
    <w:p w14:paraId="7B3F2A67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9.</w:t>
      </w:r>
      <w:r w:rsidRPr="00433BF0">
        <w:rPr>
          <w:sz w:val="22"/>
        </w:rPr>
        <w:t xml:space="preserve"> Aşağıdaki tabloyu metine dönüştürme işlemi nasıl gerçekleştirilir? (10 Puan)</w:t>
      </w:r>
    </w:p>
    <w:p w14:paraId="414AAB40" w14:textId="77777777" w:rsidR="00A32008" w:rsidRPr="00433BF0" w:rsidRDefault="00000000">
      <w:pPr>
        <w:jc w:val="center"/>
        <w:rPr>
          <w:sz w:val="22"/>
        </w:rPr>
      </w:pPr>
      <w:r w:rsidRPr="00433BF0">
        <w:rPr>
          <w:noProof/>
          <w:sz w:val="22"/>
        </w:rPr>
        <w:drawing>
          <wp:inline distT="0" distB="0" distL="0" distR="0" wp14:anchorId="022BDE1A" wp14:editId="67F434A7">
            <wp:extent cx="4860000" cy="110414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is_2d1_tablo_only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10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89D93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Bunun için metne dönüştürülmek istenen tablo seçildikten sonra Düzen sekmesindeki Veri grubundan Metne dönüştür simgesi sekmesine tıklanır.</w:t>
      </w:r>
    </w:p>
    <w:p w14:paraId="41E1FCC0" w14:textId="77777777" w:rsidR="00A32008" w:rsidRPr="00433BF0" w:rsidRDefault="00000000">
      <w:pPr>
        <w:spacing w:after="20"/>
        <w:rPr>
          <w:sz w:val="22"/>
        </w:rPr>
      </w:pPr>
      <w:r w:rsidRPr="00433BF0">
        <w:rPr>
          <w:b/>
          <w:bCs/>
          <w:sz w:val="22"/>
        </w:rPr>
        <w:t>10.</w:t>
      </w:r>
      <w:r w:rsidRPr="00433BF0">
        <w:rPr>
          <w:sz w:val="22"/>
        </w:rPr>
        <w:t xml:space="preserve"> Çalıştığımız belgeyi yazıcıdan kağıda dökmek için hangi yollar izlenmelidir? (10 Puan)</w:t>
      </w:r>
    </w:p>
    <w:p w14:paraId="15AA1E41" w14:textId="77777777" w:rsidR="00A32008" w:rsidRPr="00433BF0" w:rsidRDefault="00000000">
      <w:pPr>
        <w:spacing w:after="60"/>
        <w:ind w:left="283"/>
        <w:rPr>
          <w:sz w:val="22"/>
        </w:rPr>
      </w:pPr>
      <w:r w:rsidRPr="00433BF0">
        <w:rPr>
          <w:sz w:val="22"/>
        </w:rPr>
        <w:t>• Standart araç çubuğundaki yazdır düğmesi veya, Dosya menüsündeki Yazdır seçeneği veya, CTRL + P tuş bileşeni kullanılabilir.</w:t>
      </w:r>
    </w:p>
    <w:p w14:paraId="3A57688C" w14:textId="22E75BA5" w:rsidR="00A32008" w:rsidRDefault="00A32008"/>
    <w:sectPr w:rsidR="00A32008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791685">
    <w:abstractNumId w:val="8"/>
  </w:num>
  <w:num w:numId="2" w16cid:durableId="68426951">
    <w:abstractNumId w:val="6"/>
  </w:num>
  <w:num w:numId="3" w16cid:durableId="30614121">
    <w:abstractNumId w:val="5"/>
  </w:num>
  <w:num w:numId="4" w16cid:durableId="960767126">
    <w:abstractNumId w:val="4"/>
  </w:num>
  <w:num w:numId="5" w16cid:durableId="1800875304">
    <w:abstractNumId w:val="7"/>
  </w:num>
  <w:num w:numId="6" w16cid:durableId="1263487903">
    <w:abstractNumId w:val="3"/>
  </w:num>
  <w:num w:numId="7" w16cid:durableId="191041856">
    <w:abstractNumId w:val="2"/>
  </w:num>
  <w:num w:numId="8" w16cid:durableId="1279293624">
    <w:abstractNumId w:val="1"/>
  </w:num>
  <w:num w:numId="9" w16cid:durableId="8958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346"/>
    <w:rsid w:val="00326F90"/>
    <w:rsid w:val="00433BF0"/>
    <w:rsid w:val="00A320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80FBA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2026-09-23T16:43:00Z</dcterms:created>
  <dcterms:modified xsi:type="dcterms:W3CDTF">2026-09-23T16:43:00Z</dcterms:modified>
  <cp:category/>
</cp:coreProperties>
</file>