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8FE5" w14:textId="77777777" w:rsidR="007E07A5" w:rsidRPr="007E07A5" w:rsidRDefault="007E07A5" w:rsidP="007E07A5">
      <w:pPr>
        <w:jc w:val="center"/>
        <w:rPr>
          <w:sz w:val="24"/>
          <w:szCs w:val="24"/>
        </w:rPr>
      </w:pPr>
      <w:r w:rsidRPr="007E07A5">
        <w:rPr>
          <w:b/>
          <w:sz w:val="24"/>
          <w:szCs w:val="24"/>
        </w:rPr>
        <w:t>YAHŞİHAN MESLEKİ EĞİTİM MERKEZİ</w:t>
      </w:r>
    </w:p>
    <w:p w14:paraId="3AED30D7" w14:textId="77777777" w:rsidR="007E07A5" w:rsidRPr="007E07A5" w:rsidRDefault="007E07A5" w:rsidP="007E07A5">
      <w:pPr>
        <w:jc w:val="center"/>
        <w:rPr>
          <w:sz w:val="24"/>
          <w:szCs w:val="24"/>
        </w:rPr>
      </w:pPr>
      <w:r w:rsidRPr="007E07A5">
        <w:rPr>
          <w:b/>
          <w:sz w:val="24"/>
          <w:szCs w:val="24"/>
        </w:rPr>
        <w:t>2026/2027 EĞİTİM ÖĞRETİM YILI MOTORLU ARAÇLAR TEKNOLOJİSİ ALANI</w:t>
      </w:r>
    </w:p>
    <w:p w14:paraId="38776A45" w14:textId="77777777" w:rsidR="007E07A5" w:rsidRDefault="007E07A5" w:rsidP="007E07A5">
      <w:pPr>
        <w:jc w:val="center"/>
        <w:rPr>
          <w:b/>
          <w:sz w:val="24"/>
          <w:szCs w:val="24"/>
        </w:rPr>
      </w:pPr>
      <w:r w:rsidRPr="007E07A5">
        <w:rPr>
          <w:b/>
          <w:sz w:val="24"/>
          <w:szCs w:val="24"/>
        </w:rPr>
        <w:t>OFİS PROGRAMLARI DERSİ 2. DÖNEM 1. YAZILI SINAVI - B GRUBU</w:t>
      </w:r>
    </w:p>
    <w:p w14:paraId="05BC7FEE" w14:textId="77777777" w:rsidR="007E07A5" w:rsidRPr="007E07A5" w:rsidRDefault="007E07A5" w:rsidP="007E07A5">
      <w:pPr>
        <w:jc w:val="center"/>
        <w:rPr>
          <w:sz w:val="24"/>
          <w:szCs w:val="24"/>
        </w:rPr>
      </w:pPr>
    </w:p>
    <w:p w14:paraId="58349B74" w14:textId="77777777" w:rsidR="007E07A5" w:rsidRDefault="007E07A5" w:rsidP="007E07A5">
      <w:pPr>
        <w:rPr>
          <w:sz w:val="24"/>
          <w:szCs w:val="24"/>
        </w:rPr>
      </w:pPr>
      <w:proofErr w:type="spellStart"/>
      <w:r w:rsidRPr="007E07A5">
        <w:rPr>
          <w:sz w:val="24"/>
          <w:szCs w:val="24"/>
        </w:rPr>
        <w:t>Adı</w:t>
      </w:r>
      <w:proofErr w:type="spellEnd"/>
      <w:r w:rsidRPr="007E07A5">
        <w:rPr>
          <w:sz w:val="24"/>
          <w:szCs w:val="24"/>
        </w:rPr>
        <w:t xml:space="preserve"> Soyadı: ............................................................    </w:t>
      </w:r>
      <w:proofErr w:type="spellStart"/>
      <w:r w:rsidRPr="007E07A5">
        <w:rPr>
          <w:sz w:val="24"/>
          <w:szCs w:val="24"/>
        </w:rPr>
        <w:t>Sınıfı</w:t>
      </w:r>
      <w:proofErr w:type="spellEnd"/>
      <w:r w:rsidRPr="007E07A5">
        <w:rPr>
          <w:sz w:val="24"/>
          <w:szCs w:val="24"/>
        </w:rPr>
        <w:t xml:space="preserve">/No: ....................    </w:t>
      </w:r>
      <w:proofErr w:type="spellStart"/>
      <w:r w:rsidRPr="007E07A5">
        <w:rPr>
          <w:sz w:val="24"/>
          <w:szCs w:val="24"/>
        </w:rPr>
        <w:t>Aldığı</w:t>
      </w:r>
      <w:proofErr w:type="spellEnd"/>
      <w:r w:rsidRPr="007E07A5">
        <w:rPr>
          <w:sz w:val="24"/>
          <w:szCs w:val="24"/>
        </w:rPr>
        <w:t xml:space="preserve"> Not: ............</w:t>
      </w:r>
    </w:p>
    <w:p w14:paraId="6B83A514" w14:textId="77777777" w:rsidR="007E07A5" w:rsidRPr="007E07A5" w:rsidRDefault="007E07A5" w:rsidP="007E07A5">
      <w:pPr>
        <w:rPr>
          <w:sz w:val="24"/>
          <w:szCs w:val="24"/>
        </w:rPr>
      </w:pPr>
    </w:p>
    <w:p w14:paraId="753C886E" w14:textId="77777777" w:rsidR="007E07A5" w:rsidRPr="007E07A5" w:rsidRDefault="007E07A5" w:rsidP="007E07A5">
      <w:pPr>
        <w:jc w:val="center"/>
        <w:rPr>
          <w:sz w:val="24"/>
          <w:szCs w:val="24"/>
        </w:rPr>
      </w:pPr>
      <w:r w:rsidRPr="007E07A5">
        <w:rPr>
          <w:b/>
          <w:sz w:val="24"/>
          <w:szCs w:val="24"/>
        </w:rPr>
        <w:t>SORULAR</w:t>
      </w:r>
    </w:p>
    <w:p w14:paraId="2E4AD541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1.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07E3EAAB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2.</w:t>
      </w:r>
      <w:r w:rsidRPr="007E07A5">
        <w:rPr>
          <w:sz w:val="22"/>
        </w:rPr>
        <w:t xml:space="preserve"> Bir </w:t>
      </w:r>
      <w:proofErr w:type="spellStart"/>
      <w:r w:rsidRPr="007E07A5">
        <w:rPr>
          <w:sz w:val="22"/>
        </w:rPr>
        <w:t>belgeyi</w:t>
      </w:r>
      <w:proofErr w:type="spellEnd"/>
      <w:r w:rsidRPr="007E07A5">
        <w:rPr>
          <w:sz w:val="22"/>
        </w:rPr>
        <w:t xml:space="preserve"> % 60 </w:t>
      </w:r>
      <w:proofErr w:type="spellStart"/>
      <w:r w:rsidRPr="007E07A5">
        <w:rPr>
          <w:sz w:val="22"/>
        </w:rPr>
        <w:t>oranıyla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görebilmek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ne </w:t>
      </w:r>
      <w:proofErr w:type="spellStart"/>
      <w:r w:rsidRPr="007E07A5">
        <w:rPr>
          <w:sz w:val="22"/>
        </w:rPr>
        <w:t>yapılmalıdır</w:t>
      </w:r>
      <w:proofErr w:type="spellEnd"/>
      <w:r w:rsidRPr="007E07A5">
        <w:rPr>
          <w:sz w:val="22"/>
        </w:rPr>
        <w:t>? (10 Puan)</w:t>
      </w:r>
    </w:p>
    <w:p w14:paraId="4DAE639C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3.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Tabloda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Formülleri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Kullanma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işlemi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nasıl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gerçekleştirilir</w:t>
      </w:r>
      <w:proofErr w:type="spellEnd"/>
      <w:r w:rsidRPr="007E07A5">
        <w:rPr>
          <w:sz w:val="22"/>
        </w:rPr>
        <w:t>? (10 Puan)</w:t>
      </w:r>
    </w:p>
    <w:p w14:paraId="36302812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4.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şekil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707E108E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5.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simge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ve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denklem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2F4E0582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6.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WordArt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5F3611AF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7.</w:t>
      </w:r>
      <w:r w:rsidRPr="007E07A5">
        <w:rPr>
          <w:sz w:val="22"/>
        </w:rPr>
        <w:t xml:space="preserve"> Bir </w:t>
      </w:r>
      <w:proofErr w:type="spellStart"/>
      <w:r w:rsidRPr="007E07A5">
        <w:rPr>
          <w:sz w:val="22"/>
        </w:rPr>
        <w:t>belge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oluştururken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içindekiler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sayfasının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otomatik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oluşması</w:t>
      </w:r>
      <w:proofErr w:type="spellEnd"/>
      <w:r w:rsidRPr="007E07A5">
        <w:rPr>
          <w:sz w:val="22"/>
        </w:rPr>
        <w:t xml:space="preserve">, </w:t>
      </w:r>
      <w:proofErr w:type="spellStart"/>
      <w:r w:rsidRPr="007E07A5">
        <w:rPr>
          <w:sz w:val="22"/>
        </w:rPr>
        <w:t>dipnot-sonnot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</w:t>
      </w:r>
      <w:proofErr w:type="spellEnd"/>
      <w:r w:rsidRPr="007E07A5">
        <w:rPr>
          <w:sz w:val="22"/>
        </w:rPr>
        <w:t xml:space="preserve"> vb. </w:t>
      </w:r>
      <w:proofErr w:type="spellStart"/>
      <w:r w:rsidRPr="007E07A5">
        <w:rPr>
          <w:sz w:val="22"/>
        </w:rPr>
        <w:t>başvuruların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oluşturulması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gerekebilir</w:t>
      </w:r>
      <w:proofErr w:type="spellEnd"/>
      <w:r w:rsidRPr="007E07A5">
        <w:rPr>
          <w:sz w:val="22"/>
        </w:rPr>
        <w:t xml:space="preserve">. </w:t>
      </w:r>
      <w:proofErr w:type="spellStart"/>
      <w:r w:rsidRPr="007E07A5">
        <w:rPr>
          <w:sz w:val="22"/>
        </w:rPr>
        <w:t>Kelime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işlemci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programı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sayesinde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çalışılan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otomatik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olarak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içindekiler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tablosu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eklenebilir</w:t>
      </w:r>
      <w:proofErr w:type="spellEnd"/>
      <w:r w:rsidRPr="007E07A5">
        <w:rPr>
          <w:sz w:val="22"/>
        </w:rPr>
        <w:t xml:space="preserve">. Bunun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38514F06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8.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Aşağıdaki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tablonun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sonuna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bir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sütun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ne </w:t>
      </w:r>
      <w:proofErr w:type="spellStart"/>
      <w:r w:rsidRPr="007E07A5">
        <w:rPr>
          <w:sz w:val="22"/>
        </w:rPr>
        <w:t>yapılmalı</w:t>
      </w:r>
      <w:proofErr w:type="spellEnd"/>
      <w:r w:rsidRPr="007E07A5">
        <w:rPr>
          <w:sz w:val="22"/>
        </w:rPr>
        <w:t>? (10 Puan)</w:t>
      </w:r>
    </w:p>
    <w:p w14:paraId="22517AF7" w14:textId="77777777" w:rsidR="007E07A5" w:rsidRPr="007E07A5" w:rsidRDefault="007E07A5" w:rsidP="007E07A5">
      <w:pPr>
        <w:jc w:val="center"/>
        <w:rPr>
          <w:sz w:val="22"/>
        </w:rPr>
      </w:pPr>
      <w:r w:rsidRPr="007E07A5">
        <w:rPr>
          <w:noProof/>
          <w:sz w:val="22"/>
        </w:rPr>
        <w:drawing>
          <wp:inline distT="0" distB="0" distL="0" distR="0" wp14:anchorId="08D14623" wp14:editId="5F7C6B6E">
            <wp:extent cx="5580000" cy="145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is_2d1_tablo_b_grubu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4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0AC8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9.</w:t>
      </w:r>
      <w:r w:rsidRPr="007E07A5">
        <w:rPr>
          <w:sz w:val="22"/>
        </w:rPr>
        <w:t xml:space="preserve"> Microsoft </w:t>
      </w:r>
      <w:proofErr w:type="spellStart"/>
      <w:r w:rsidRPr="007E07A5">
        <w:rPr>
          <w:sz w:val="22"/>
        </w:rPr>
        <w:t>Denklem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Düzenleyicisini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niçin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kullanılır</w:t>
      </w:r>
      <w:proofErr w:type="spellEnd"/>
      <w:r w:rsidRPr="007E07A5">
        <w:rPr>
          <w:sz w:val="22"/>
        </w:rPr>
        <w:t>? (10 Puan)</w:t>
      </w:r>
    </w:p>
    <w:p w14:paraId="7C956535" w14:textId="77777777" w:rsidR="007E07A5" w:rsidRPr="007E07A5" w:rsidRDefault="007E07A5" w:rsidP="007E07A5">
      <w:pPr>
        <w:rPr>
          <w:sz w:val="22"/>
        </w:rPr>
      </w:pPr>
      <w:r w:rsidRPr="007E07A5">
        <w:rPr>
          <w:b/>
          <w:bCs/>
          <w:sz w:val="22"/>
        </w:rPr>
        <w:t>10.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Hazırlanan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MsWord</w:t>
      </w:r>
      <w:proofErr w:type="spellEnd"/>
      <w:r w:rsidRPr="007E07A5">
        <w:rPr>
          <w:sz w:val="22"/>
        </w:rPr>
        <w:t xml:space="preserve"> 2003 </w:t>
      </w:r>
      <w:proofErr w:type="spellStart"/>
      <w:r w:rsidRPr="007E07A5">
        <w:rPr>
          <w:sz w:val="22"/>
        </w:rPr>
        <w:t>belgesine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farklı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formatlarda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dosyalar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eklemenin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yöntemi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nedir</w:t>
      </w:r>
      <w:proofErr w:type="spellEnd"/>
      <w:r w:rsidRPr="007E07A5">
        <w:rPr>
          <w:sz w:val="22"/>
        </w:rPr>
        <w:t>? (10 Puan)</w:t>
      </w:r>
    </w:p>
    <w:p w14:paraId="0A589832" w14:textId="2EF4E667" w:rsidR="007E07A5" w:rsidRPr="007E07A5" w:rsidRDefault="007E07A5" w:rsidP="007E07A5">
      <w:pPr>
        <w:ind w:left="6480" w:firstLine="720"/>
        <w:rPr>
          <w:sz w:val="22"/>
        </w:rPr>
      </w:pPr>
      <w:r>
        <w:rPr>
          <w:sz w:val="22"/>
        </w:rPr>
        <w:t xml:space="preserve">    </w:t>
      </w:r>
      <w:proofErr w:type="spellStart"/>
      <w:r w:rsidRPr="007E07A5">
        <w:rPr>
          <w:sz w:val="22"/>
        </w:rPr>
        <w:t>Başarılar</w:t>
      </w:r>
      <w:proofErr w:type="spellEnd"/>
    </w:p>
    <w:p w14:paraId="03D3660C" w14:textId="77777777" w:rsidR="007E07A5" w:rsidRPr="007E07A5" w:rsidRDefault="007E07A5" w:rsidP="007E07A5">
      <w:pPr>
        <w:rPr>
          <w:sz w:val="22"/>
        </w:rPr>
      </w:pPr>
      <w:proofErr w:type="spellStart"/>
      <w:r w:rsidRPr="007E07A5">
        <w:rPr>
          <w:b/>
          <w:bCs/>
          <w:sz w:val="22"/>
          <w:u w:val="single"/>
        </w:rPr>
        <w:t>Süre</w:t>
      </w:r>
      <w:proofErr w:type="spellEnd"/>
      <w:r w:rsidRPr="007E07A5">
        <w:rPr>
          <w:b/>
          <w:bCs/>
          <w:sz w:val="22"/>
          <w:u w:val="single"/>
        </w:rPr>
        <w:t>:</w:t>
      </w:r>
      <w:r w:rsidRPr="007E07A5">
        <w:rPr>
          <w:sz w:val="22"/>
        </w:rPr>
        <w:t xml:space="preserve"> 40 Dk                                                                                    </w:t>
      </w:r>
      <w:proofErr w:type="spellStart"/>
      <w:proofErr w:type="gramStart"/>
      <w:r w:rsidRPr="007E07A5">
        <w:rPr>
          <w:sz w:val="22"/>
        </w:rPr>
        <w:t>Mot.Arç.Tekn</w:t>
      </w:r>
      <w:proofErr w:type="spellEnd"/>
      <w:proofErr w:type="gramEnd"/>
      <w:r w:rsidRPr="007E07A5">
        <w:rPr>
          <w:sz w:val="22"/>
        </w:rPr>
        <w:t xml:space="preserve"> Öğrt Abdullah YANIK</w:t>
      </w:r>
    </w:p>
    <w:p w14:paraId="5FFE9075" w14:textId="77777777" w:rsidR="007E07A5" w:rsidRDefault="007E07A5" w:rsidP="007E07A5">
      <w:r>
        <w:br w:type="page"/>
      </w:r>
    </w:p>
    <w:p w14:paraId="43F8B7E3" w14:textId="77777777" w:rsidR="007E07A5" w:rsidRPr="007E07A5" w:rsidRDefault="007E07A5" w:rsidP="007E07A5">
      <w:pPr>
        <w:jc w:val="center"/>
        <w:rPr>
          <w:sz w:val="24"/>
          <w:szCs w:val="24"/>
        </w:rPr>
      </w:pPr>
      <w:r w:rsidRPr="007E07A5">
        <w:rPr>
          <w:b/>
          <w:sz w:val="24"/>
          <w:szCs w:val="24"/>
        </w:rPr>
        <w:lastRenderedPageBreak/>
        <w:t>YAHŞİHAN MESLEKİ EĞİTİM MERKEZİ</w:t>
      </w:r>
    </w:p>
    <w:p w14:paraId="37B36212" w14:textId="77777777" w:rsidR="007E07A5" w:rsidRPr="007E07A5" w:rsidRDefault="007E07A5" w:rsidP="007E07A5">
      <w:pPr>
        <w:jc w:val="center"/>
        <w:rPr>
          <w:sz w:val="24"/>
          <w:szCs w:val="24"/>
        </w:rPr>
      </w:pPr>
      <w:r w:rsidRPr="007E07A5">
        <w:rPr>
          <w:b/>
          <w:sz w:val="24"/>
          <w:szCs w:val="24"/>
        </w:rPr>
        <w:t>2026/2027 EĞİTİM ÖĞRETİM YILI MOTORLU ARAÇLAR TEKNOLOJİSİ ALANI</w:t>
      </w:r>
    </w:p>
    <w:p w14:paraId="77C627E0" w14:textId="77777777" w:rsidR="007E07A5" w:rsidRDefault="007E07A5" w:rsidP="007E07A5">
      <w:pPr>
        <w:jc w:val="center"/>
        <w:rPr>
          <w:b/>
          <w:sz w:val="24"/>
          <w:szCs w:val="24"/>
        </w:rPr>
      </w:pPr>
      <w:r w:rsidRPr="007E07A5">
        <w:rPr>
          <w:b/>
          <w:sz w:val="24"/>
          <w:szCs w:val="24"/>
        </w:rPr>
        <w:t>OFİS PROGRAMLARI DERSİ 2. DÖNEM 1. YAZILI SINAVI - B GRUBU CEVAP ANAHTARI</w:t>
      </w:r>
    </w:p>
    <w:p w14:paraId="000AD9F7" w14:textId="77777777" w:rsidR="007E07A5" w:rsidRPr="007E07A5" w:rsidRDefault="007E07A5" w:rsidP="007E07A5">
      <w:pPr>
        <w:jc w:val="center"/>
        <w:rPr>
          <w:sz w:val="24"/>
          <w:szCs w:val="24"/>
        </w:rPr>
      </w:pPr>
    </w:p>
    <w:p w14:paraId="4F9D91FF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1.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6AF6C74A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Ekle – Tablo – </w:t>
      </w:r>
      <w:proofErr w:type="spellStart"/>
      <w:r w:rsidRPr="007E07A5">
        <w:rPr>
          <w:sz w:val="22"/>
        </w:rPr>
        <w:t>tablo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</w:t>
      </w:r>
      <w:proofErr w:type="spellEnd"/>
    </w:p>
    <w:p w14:paraId="1848520E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2.</w:t>
      </w:r>
      <w:r w:rsidRPr="007E07A5">
        <w:rPr>
          <w:sz w:val="22"/>
        </w:rPr>
        <w:t xml:space="preserve"> Bir </w:t>
      </w:r>
      <w:proofErr w:type="spellStart"/>
      <w:r w:rsidRPr="007E07A5">
        <w:rPr>
          <w:sz w:val="22"/>
        </w:rPr>
        <w:t>belgeyi</w:t>
      </w:r>
      <w:proofErr w:type="spellEnd"/>
      <w:r w:rsidRPr="007E07A5">
        <w:rPr>
          <w:sz w:val="22"/>
        </w:rPr>
        <w:t xml:space="preserve"> % 60 </w:t>
      </w:r>
      <w:proofErr w:type="spellStart"/>
      <w:r w:rsidRPr="007E07A5">
        <w:rPr>
          <w:sz w:val="22"/>
        </w:rPr>
        <w:t>oranıyla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görebilmek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ne </w:t>
      </w:r>
      <w:proofErr w:type="spellStart"/>
      <w:r w:rsidRPr="007E07A5">
        <w:rPr>
          <w:sz w:val="22"/>
        </w:rPr>
        <w:t>yapılmalıdır</w:t>
      </w:r>
      <w:proofErr w:type="spellEnd"/>
      <w:r w:rsidRPr="007E07A5">
        <w:rPr>
          <w:sz w:val="22"/>
        </w:rPr>
        <w:t>? (10 Puan)</w:t>
      </w:r>
    </w:p>
    <w:p w14:paraId="2980936B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</w:t>
      </w:r>
      <w:proofErr w:type="spellStart"/>
      <w:r w:rsidRPr="007E07A5">
        <w:rPr>
          <w:sz w:val="22"/>
        </w:rPr>
        <w:t>Görünüm</w:t>
      </w:r>
      <w:proofErr w:type="spellEnd"/>
      <w:r w:rsidRPr="007E07A5">
        <w:rPr>
          <w:sz w:val="22"/>
        </w:rPr>
        <w:t xml:space="preserve"> – </w:t>
      </w:r>
      <w:proofErr w:type="spellStart"/>
      <w:r w:rsidRPr="007E07A5">
        <w:rPr>
          <w:sz w:val="22"/>
        </w:rPr>
        <w:t>Yakınlaştır</w:t>
      </w:r>
      <w:proofErr w:type="spellEnd"/>
      <w:r w:rsidRPr="007E07A5">
        <w:rPr>
          <w:sz w:val="22"/>
        </w:rPr>
        <w:t xml:space="preserve"> - % 60 – Tamam</w:t>
      </w:r>
    </w:p>
    <w:p w14:paraId="44A4296B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3.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Tabloda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Formülleri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Kullanma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işlemi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nasıl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gerçekleştirilir</w:t>
      </w:r>
      <w:proofErr w:type="spellEnd"/>
      <w:r w:rsidRPr="007E07A5">
        <w:rPr>
          <w:sz w:val="22"/>
        </w:rPr>
        <w:t>? (10 Puan)</w:t>
      </w:r>
    </w:p>
    <w:p w14:paraId="68D5B487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</w:t>
      </w:r>
      <w:proofErr w:type="spellStart"/>
      <w:r w:rsidRPr="007E07A5">
        <w:rPr>
          <w:sz w:val="22"/>
        </w:rPr>
        <w:t>Toplamın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yazılması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istenen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hücre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aktifken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Düzen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sekmesindeki</w:t>
      </w:r>
      <w:proofErr w:type="spellEnd"/>
      <w:r w:rsidRPr="007E07A5">
        <w:rPr>
          <w:sz w:val="22"/>
        </w:rPr>
        <w:t xml:space="preserve"> Veri </w:t>
      </w:r>
      <w:proofErr w:type="spellStart"/>
      <w:r w:rsidRPr="007E07A5">
        <w:rPr>
          <w:sz w:val="22"/>
        </w:rPr>
        <w:t>grubundan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fx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formül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butonu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seçilir</w:t>
      </w:r>
      <w:proofErr w:type="spellEnd"/>
      <w:r w:rsidRPr="007E07A5">
        <w:rPr>
          <w:sz w:val="22"/>
        </w:rPr>
        <w:t>.</w:t>
      </w:r>
    </w:p>
    <w:p w14:paraId="697B83E5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4.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şekil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427FD4C3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Ekle – </w:t>
      </w:r>
      <w:proofErr w:type="spellStart"/>
      <w:r w:rsidRPr="007E07A5">
        <w:rPr>
          <w:sz w:val="22"/>
        </w:rPr>
        <w:t>Şekiller</w:t>
      </w:r>
      <w:proofErr w:type="spellEnd"/>
    </w:p>
    <w:p w14:paraId="3D121E3F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5.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simge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ve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denklem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7B1F35D1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>• Ekle – Simge (</w:t>
      </w:r>
      <w:proofErr w:type="spellStart"/>
      <w:r w:rsidRPr="007E07A5">
        <w:rPr>
          <w:sz w:val="22"/>
        </w:rPr>
        <w:t>Denklem</w:t>
      </w:r>
      <w:proofErr w:type="spellEnd"/>
      <w:r w:rsidRPr="007E07A5">
        <w:rPr>
          <w:sz w:val="22"/>
        </w:rPr>
        <w:t>)</w:t>
      </w:r>
    </w:p>
    <w:p w14:paraId="77609872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6.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WordArt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4FC541A1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>• Ekle – WordArt</w:t>
      </w:r>
    </w:p>
    <w:p w14:paraId="5D738CD6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7.</w:t>
      </w:r>
      <w:r w:rsidRPr="007E07A5">
        <w:rPr>
          <w:sz w:val="22"/>
        </w:rPr>
        <w:t xml:space="preserve"> Bir </w:t>
      </w:r>
      <w:proofErr w:type="spellStart"/>
      <w:r w:rsidRPr="007E07A5">
        <w:rPr>
          <w:sz w:val="22"/>
        </w:rPr>
        <w:t>belge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oluştururken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içindekiler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sayfasının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otomatik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oluşması</w:t>
      </w:r>
      <w:proofErr w:type="spellEnd"/>
      <w:r w:rsidRPr="007E07A5">
        <w:rPr>
          <w:sz w:val="22"/>
        </w:rPr>
        <w:t xml:space="preserve">, </w:t>
      </w:r>
      <w:proofErr w:type="spellStart"/>
      <w:r w:rsidRPr="007E07A5">
        <w:rPr>
          <w:sz w:val="22"/>
        </w:rPr>
        <w:t>dipnot-sonnot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</w:t>
      </w:r>
      <w:proofErr w:type="spellEnd"/>
      <w:r w:rsidRPr="007E07A5">
        <w:rPr>
          <w:sz w:val="22"/>
        </w:rPr>
        <w:t xml:space="preserve"> vb. </w:t>
      </w:r>
      <w:proofErr w:type="spellStart"/>
      <w:r w:rsidRPr="007E07A5">
        <w:rPr>
          <w:sz w:val="22"/>
        </w:rPr>
        <w:t>başvuruların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oluşturulması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gerekebilir</w:t>
      </w:r>
      <w:proofErr w:type="spellEnd"/>
      <w:r w:rsidRPr="007E07A5">
        <w:rPr>
          <w:sz w:val="22"/>
        </w:rPr>
        <w:t xml:space="preserve">. </w:t>
      </w:r>
      <w:proofErr w:type="spellStart"/>
      <w:r w:rsidRPr="007E07A5">
        <w:rPr>
          <w:sz w:val="22"/>
        </w:rPr>
        <w:t>Kelime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işlemci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programı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sayesinde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çalışılan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belgeye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otomatik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olarak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içindekiler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tablosu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eklenebilir</w:t>
      </w:r>
      <w:proofErr w:type="spellEnd"/>
      <w:r w:rsidRPr="007E07A5">
        <w:rPr>
          <w:sz w:val="22"/>
        </w:rPr>
        <w:t xml:space="preserve">. Bunun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hangi </w:t>
      </w:r>
      <w:proofErr w:type="spellStart"/>
      <w:r w:rsidRPr="007E07A5">
        <w:rPr>
          <w:sz w:val="22"/>
        </w:rPr>
        <w:t>yol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izlenmelidir</w:t>
      </w:r>
      <w:proofErr w:type="spellEnd"/>
      <w:r w:rsidRPr="007E07A5">
        <w:rPr>
          <w:sz w:val="22"/>
        </w:rPr>
        <w:t>? (10 Puan)</w:t>
      </w:r>
    </w:p>
    <w:p w14:paraId="34EED54B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Bunun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Başvurular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sekmesi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altında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yer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alan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içindekiler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tablosu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grubundaki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özel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içindekiler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tablosu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nesnesi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kullanılır</w:t>
      </w:r>
      <w:proofErr w:type="spellEnd"/>
      <w:r w:rsidRPr="007E07A5">
        <w:rPr>
          <w:sz w:val="22"/>
        </w:rPr>
        <w:t>.</w:t>
      </w:r>
    </w:p>
    <w:p w14:paraId="49797922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8.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Aşağıdaki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tablonun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sonuna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bir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sütun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ne </w:t>
      </w:r>
      <w:proofErr w:type="spellStart"/>
      <w:r w:rsidRPr="007E07A5">
        <w:rPr>
          <w:sz w:val="22"/>
        </w:rPr>
        <w:t>yapılmalı</w:t>
      </w:r>
      <w:proofErr w:type="spellEnd"/>
      <w:r w:rsidRPr="007E07A5">
        <w:rPr>
          <w:sz w:val="22"/>
        </w:rPr>
        <w:t>? (10 Puan)</w:t>
      </w:r>
    </w:p>
    <w:p w14:paraId="5428F3DA" w14:textId="77777777" w:rsidR="007E07A5" w:rsidRPr="007E07A5" w:rsidRDefault="007E07A5" w:rsidP="007E07A5">
      <w:pPr>
        <w:jc w:val="center"/>
        <w:rPr>
          <w:sz w:val="22"/>
        </w:rPr>
      </w:pPr>
      <w:r w:rsidRPr="007E07A5">
        <w:rPr>
          <w:noProof/>
          <w:sz w:val="22"/>
        </w:rPr>
        <w:drawing>
          <wp:inline distT="0" distB="0" distL="0" distR="0" wp14:anchorId="43323613" wp14:editId="78514BF1">
            <wp:extent cx="4860000" cy="126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is_2d1_tablo_b_grubu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2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FDE9E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Sıra no </w:t>
      </w:r>
      <w:proofErr w:type="spellStart"/>
      <w:r w:rsidRPr="007E07A5">
        <w:rPr>
          <w:sz w:val="22"/>
        </w:rPr>
        <w:t>sütunu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seçilir</w:t>
      </w:r>
      <w:proofErr w:type="spellEnd"/>
      <w:r w:rsidRPr="007E07A5">
        <w:rPr>
          <w:sz w:val="22"/>
        </w:rPr>
        <w:t xml:space="preserve">. Tablo </w:t>
      </w:r>
      <w:proofErr w:type="spellStart"/>
      <w:r w:rsidRPr="007E07A5">
        <w:rPr>
          <w:sz w:val="22"/>
        </w:rPr>
        <w:t>Menüsü</w:t>
      </w:r>
      <w:proofErr w:type="spellEnd"/>
      <w:r w:rsidRPr="007E07A5">
        <w:rPr>
          <w:sz w:val="22"/>
        </w:rPr>
        <w:t xml:space="preserve">-Ekle-Sola </w:t>
      </w:r>
      <w:proofErr w:type="spellStart"/>
      <w:r w:rsidRPr="007E07A5">
        <w:rPr>
          <w:sz w:val="22"/>
        </w:rPr>
        <w:t>Sütun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aktif</w:t>
      </w:r>
      <w:proofErr w:type="spellEnd"/>
      <w:r w:rsidRPr="007E07A5">
        <w:rPr>
          <w:sz w:val="22"/>
        </w:rPr>
        <w:t xml:space="preserve"> hale </w:t>
      </w:r>
      <w:proofErr w:type="spellStart"/>
      <w:r w:rsidRPr="007E07A5">
        <w:rPr>
          <w:sz w:val="22"/>
        </w:rPr>
        <w:t>getirilirse</w:t>
      </w:r>
      <w:proofErr w:type="spellEnd"/>
      <w:r w:rsidRPr="007E07A5">
        <w:rPr>
          <w:sz w:val="22"/>
        </w:rPr>
        <w:t xml:space="preserve"> sola </w:t>
      </w:r>
      <w:proofErr w:type="spellStart"/>
      <w:r w:rsidRPr="007E07A5">
        <w:rPr>
          <w:sz w:val="22"/>
        </w:rPr>
        <w:t>sütun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eklenir</w:t>
      </w:r>
      <w:proofErr w:type="spellEnd"/>
      <w:r w:rsidRPr="007E07A5">
        <w:rPr>
          <w:sz w:val="22"/>
        </w:rPr>
        <w:t>.</w:t>
      </w:r>
    </w:p>
    <w:p w14:paraId="5BAC26DE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9.</w:t>
      </w:r>
      <w:r w:rsidRPr="007E07A5">
        <w:rPr>
          <w:sz w:val="22"/>
        </w:rPr>
        <w:t xml:space="preserve"> Microsoft </w:t>
      </w:r>
      <w:proofErr w:type="spellStart"/>
      <w:r w:rsidRPr="007E07A5">
        <w:rPr>
          <w:sz w:val="22"/>
        </w:rPr>
        <w:t>Denklem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Düzenleyicisini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niçin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kullanılır</w:t>
      </w:r>
      <w:proofErr w:type="spellEnd"/>
      <w:r w:rsidRPr="007E07A5">
        <w:rPr>
          <w:sz w:val="22"/>
        </w:rPr>
        <w:t>? (10 Puan)</w:t>
      </w:r>
    </w:p>
    <w:p w14:paraId="765BF9D2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</w:t>
      </w:r>
      <w:proofErr w:type="spellStart"/>
      <w:r w:rsidRPr="007E07A5">
        <w:rPr>
          <w:sz w:val="22"/>
        </w:rPr>
        <w:t>MsWord</w:t>
      </w:r>
      <w:proofErr w:type="spellEnd"/>
      <w:r w:rsidRPr="007E07A5">
        <w:rPr>
          <w:sz w:val="22"/>
        </w:rPr>
        <w:t xml:space="preserve"> 2003 </w:t>
      </w:r>
      <w:proofErr w:type="spellStart"/>
      <w:r w:rsidRPr="007E07A5">
        <w:rPr>
          <w:sz w:val="22"/>
        </w:rPr>
        <w:t>kelime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işlemcisi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programında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hazırlanan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belgelerde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matematiksel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formül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ve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sembolleri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yazabilmek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için</w:t>
      </w:r>
      <w:proofErr w:type="spellEnd"/>
      <w:r w:rsidRPr="007E07A5">
        <w:rPr>
          <w:sz w:val="22"/>
        </w:rPr>
        <w:t xml:space="preserve"> Microsoft </w:t>
      </w:r>
      <w:proofErr w:type="spellStart"/>
      <w:r w:rsidRPr="007E07A5">
        <w:rPr>
          <w:sz w:val="22"/>
        </w:rPr>
        <w:t>Denklem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Düzenleyicisi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kullanılır</w:t>
      </w:r>
      <w:proofErr w:type="spellEnd"/>
      <w:r w:rsidRPr="007E07A5">
        <w:rPr>
          <w:sz w:val="22"/>
        </w:rPr>
        <w:t>.</w:t>
      </w:r>
    </w:p>
    <w:p w14:paraId="418BF210" w14:textId="77777777" w:rsidR="007E07A5" w:rsidRPr="007E07A5" w:rsidRDefault="007E07A5" w:rsidP="007E07A5">
      <w:pPr>
        <w:spacing w:after="20"/>
        <w:rPr>
          <w:sz w:val="22"/>
        </w:rPr>
      </w:pPr>
      <w:r w:rsidRPr="007E07A5">
        <w:rPr>
          <w:b/>
          <w:bCs/>
          <w:sz w:val="22"/>
        </w:rPr>
        <w:t>10.</w:t>
      </w:r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Hazırlanan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MsWord</w:t>
      </w:r>
      <w:proofErr w:type="spellEnd"/>
      <w:r w:rsidRPr="007E07A5">
        <w:rPr>
          <w:sz w:val="22"/>
        </w:rPr>
        <w:t xml:space="preserve"> 2003 </w:t>
      </w:r>
      <w:proofErr w:type="spellStart"/>
      <w:r w:rsidRPr="007E07A5">
        <w:rPr>
          <w:sz w:val="22"/>
        </w:rPr>
        <w:t>belgesine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farklı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formatlarda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olan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dosyalar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eklemenin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yöntemi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nedir</w:t>
      </w:r>
      <w:proofErr w:type="spellEnd"/>
      <w:r w:rsidRPr="007E07A5">
        <w:rPr>
          <w:sz w:val="22"/>
        </w:rPr>
        <w:t>? (10 Puan)</w:t>
      </w:r>
    </w:p>
    <w:p w14:paraId="30D2248F" w14:textId="77777777" w:rsidR="007E07A5" w:rsidRPr="007E07A5" w:rsidRDefault="007E07A5" w:rsidP="007E07A5">
      <w:pPr>
        <w:spacing w:after="60"/>
        <w:ind w:left="283"/>
        <w:rPr>
          <w:sz w:val="22"/>
        </w:rPr>
      </w:pPr>
      <w:r w:rsidRPr="007E07A5">
        <w:rPr>
          <w:sz w:val="22"/>
        </w:rPr>
        <w:t xml:space="preserve">• Belge </w:t>
      </w:r>
      <w:proofErr w:type="spellStart"/>
      <w:r w:rsidRPr="007E07A5">
        <w:rPr>
          <w:sz w:val="22"/>
        </w:rPr>
        <w:t>içerisine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ses</w:t>
      </w:r>
      <w:proofErr w:type="spellEnd"/>
      <w:r w:rsidRPr="007E07A5">
        <w:rPr>
          <w:sz w:val="22"/>
        </w:rPr>
        <w:t xml:space="preserve">, video, </w:t>
      </w:r>
      <w:proofErr w:type="spellStart"/>
      <w:r w:rsidRPr="007E07A5">
        <w:rPr>
          <w:sz w:val="22"/>
        </w:rPr>
        <w:t>sunu</w:t>
      </w:r>
      <w:proofErr w:type="spellEnd"/>
      <w:r w:rsidRPr="007E07A5">
        <w:rPr>
          <w:sz w:val="22"/>
        </w:rPr>
        <w:t xml:space="preserve"> excel </w:t>
      </w:r>
      <w:proofErr w:type="spellStart"/>
      <w:r w:rsidRPr="007E07A5">
        <w:rPr>
          <w:sz w:val="22"/>
        </w:rPr>
        <w:t>vb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gibi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çeşitli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türden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dosyalar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eklenebilir</w:t>
      </w:r>
      <w:proofErr w:type="spellEnd"/>
      <w:r w:rsidRPr="007E07A5">
        <w:rPr>
          <w:sz w:val="22"/>
        </w:rPr>
        <w:t xml:space="preserve">. </w:t>
      </w:r>
      <w:proofErr w:type="spellStart"/>
      <w:r w:rsidRPr="007E07A5">
        <w:rPr>
          <w:sz w:val="22"/>
        </w:rPr>
        <w:t>Bunu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eklemenin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yolu</w:t>
      </w:r>
      <w:proofErr w:type="spellEnd"/>
      <w:r w:rsidRPr="007E07A5">
        <w:rPr>
          <w:sz w:val="22"/>
        </w:rPr>
        <w:t xml:space="preserve"> Ekle Menüsü-</w:t>
      </w:r>
      <w:proofErr w:type="spellStart"/>
      <w:r w:rsidRPr="007E07A5">
        <w:rPr>
          <w:sz w:val="22"/>
        </w:rPr>
        <w:t>Nesne</w:t>
      </w:r>
      <w:proofErr w:type="spellEnd"/>
      <w:r w:rsidRPr="007E07A5">
        <w:rPr>
          <w:sz w:val="22"/>
        </w:rPr>
        <w:t>-</w:t>
      </w:r>
      <w:proofErr w:type="spellStart"/>
      <w:r w:rsidRPr="007E07A5">
        <w:rPr>
          <w:sz w:val="22"/>
        </w:rPr>
        <w:t>Eklenecek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dosya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seçilir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ve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imlecin</w:t>
      </w:r>
      <w:proofErr w:type="spellEnd"/>
      <w:r w:rsidRPr="007E07A5">
        <w:rPr>
          <w:sz w:val="22"/>
        </w:rPr>
        <w:t xml:space="preserve"> </w:t>
      </w:r>
      <w:proofErr w:type="spellStart"/>
      <w:r w:rsidRPr="007E07A5">
        <w:rPr>
          <w:sz w:val="22"/>
        </w:rPr>
        <w:t>olduğu</w:t>
      </w:r>
      <w:proofErr w:type="spellEnd"/>
      <w:r w:rsidRPr="007E07A5">
        <w:rPr>
          <w:sz w:val="22"/>
        </w:rPr>
        <w:t xml:space="preserve"> yere </w:t>
      </w:r>
      <w:proofErr w:type="spellStart"/>
      <w:r w:rsidRPr="007E07A5">
        <w:rPr>
          <w:sz w:val="22"/>
        </w:rPr>
        <w:t>eklenir</w:t>
      </w:r>
      <w:proofErr w:type="spellEnd"/>
      <w:r w:rsidRPr="007E07A5">
        <w:rPr>
          <w:sz w:val="22"/>
        </w:rPr>
        <w:t>.</w:t>
      </w:r>
    </w:p>
    <w:p w14:paraId="3A57688C" w14:textId="22E75BA5" w:rsidR="00A32008" w:rsidRPr="007E07A5" w:rsidRDefault="00A32008" w:rsidP="007E07A5">
      <w:pPr>
        <w:rPr>
          <w:sz w:val="22"/>
        </w:rPr>
      </w:pPr>
    </w:p>
    <w:sectPr w:rsidR="00A32008" w:rsidRPr="007E07A5" w:rsidSect="007E07A5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8791685">
    <w:abstractNumId w:val="8"/>
  </w:num>
  <w:num w:numId="2" w16cid:durableId="68426951">
    <w:abstractNumId w:val="6"/>
  </w:num>
  <w:num w:numId="3" w16cid:durableId="30614121">
    <w:abstractNumId w:val="5"/>
  </w:num>
  <w:num w:numId="4" w16cid:durableId="960767126">
    <w:abstractNumId w:val="4"/>
  </w:num>
  <w:num w:numId="5" w16cid:durableId="1800875304">
    <w:abstractNumId w:val="7"/>
  </w:num>
  <w:num w:numId="6" w16cid:durableId="1263487903">
    <w:abstractNumId w:val="3"/>
  </w:num>
  <w:num w:numId="7" w16cid:durableId="191041856">
    <w:abstractNumId w:val="2"/>
  </w:num>
  <w:num w:numId="8" w16cid:durableId="1279293624">
    <w:abstractNumId w:val="1"/>
  </w:num>
  <w:num w:numId="9" w16cid:durableId="895896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346"/>
    <w:rsid w:val="00326F90"/>
    <w:rsid w:val="00433BF0"/>
    <w:rsid w:val="007E07A5"/>
    <w:rsid w:val="00A320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80FBA"/>
  <w14:defaultImageDpi w14:val="300"/>
  <w15:docId w15:val="{2E6683CD-361D-49D3-A863-4F40C4E3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2026-09-23T16:46:00Z</dcterms:created>
  <dcterms:modified xsi:type="dcterms:W3CDTF">2026-09-23T16:46:00Z</dcterms:modified>
  <cp:category/>
</cp:coreProperties>
</file>