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6AA3" w14:textId="77777777" w:rsidR="0050750E" w:rsidRDefault="00000000">
      <w:pPr>
        <w:spacing w:after="0"/>
        <w:jc w:val="center"/>
      </w:pPr>
      <w:r>
        <w:rPr>
          <w:b/>
          <w:sz w:val="24"/>
        </w:rPr>
        <w:t>YAHŞİHAN MESLEKİ EĞİTİM MERKEZİ</w:t>
      </w:r>
    </w:p>
    <w:p w14:paraId="3F4BC16A" w14:textId="77777777" w:rsidR="0050750E" w:rsidRDefault="00000000">
      <w:pPr>
        <w:spacing w:after="0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5847D3F3" w14:textId="77777777" w:rsidR="0050750E" w:rsidRDefault="00000000">
      <w:pPr>
        <w:spacing w:after="60"/>
        <w:jc w:val="center"/>
      </w:pPr>
      <w:r>
        <w:rPr>
          <w:b/>
          <w:sz w:val="24"/>
        </w:rPr>
        <w:t>OFİS PROGRAMLARI DERSİ 2. DÖNEM 2. YAZILI SINAVI</w:t>
      </w:r>
    </w:p>
    <w:p w14:paraId="569B0650" w14:textId="68DCD884" w:rsidR="0050750E" w:rsidRDefault="00000000">
      <w:pPr>
        <w:spacing w:after="60"/>
      </w:pPr>
      <w:r>
        <w:t xml:space="preserve">Adı Soyadı: ............................................................    Sınıfı/No: ....................    </w:t>
      </w:r>
      <w:r w:rsidR="00FA573B">
        <w:tab/>
      </w:r>
      <w:r w:rsidR="00FA573B">
        <w:tab/>
      </w:r>
      <w:proofErr w:type="spellStart"/>
      <w:r>
        <w:t>Aldığı</w:t>
      </w:r>
      <w:proofErr w:type="spellEnd"/>
      <w:r>
        <w:t xml:space="preserve"> Not: ............</w:t>
      </w:r>
    </w:p>
    <w:p w14:paraId="144E20A1" w14:textId="77777777" w:rsidR="0050750E" w:rsidRDefault="00000000">
      <w:pPr>
        <w:spacing w:after="40"/>
        <w:jc w:val="center"/>
      </w:pPr>
      <w:r>
        <w:rPr>
          <w:b/>
        </w:rPr>
        <w:t>SORULAR</w:t>
      </w:r>
    </w:p>
    <w:p w14:paraId="144673BE" w14:textId="77777777" w:rsidR="0050750E" w:rsidRDefault="00000000" w:rsidP="00FA573B">
      <w:pPr>
        <w:spacing w:after="40" w:line="720" w:lineRule="auto"/>
      </w:pPr>
      <w:r>
        <w:rPr>
          <w:b/>
        </w:rPr>
        <w:t xml:space="preserve">1. </w:t>
      </w:r>
      <w:r>
        <w:t>Klavyeden yazdırma için hangi tuşları kullanırız? (10 Puan)</w:t>
      </w:r>
    </w:p>
    <w:p w14:paraId="6DD2FCCA" w14:textId="77777777" w:rsidR="0050750E" w:rsidRDefault="00000000" w:rsidP="00FA573B">
      <w:pPr>
        <w:spacing w:after="40" w:line="720" w:lineRule="auto"/>
      </w:pPr>
      <w:r>
        <w:rPr>
          <w:b/>
        </w:rPr>
        <w:t xml:space="preserve">2. </w:t>
      </w:r>
      <w:r>
        <w:t xml:space="preserve">Sunu hazırlama programında yer alan yanda görülen tuş ne amaçla kullanılır? (10 Puan)  </w:t>
      </w:r>
      <w:r>
        <w:rPr>
          <w:noProof/>
        </w:rPr>
        <w:drawing>
          <wp:inline distT="0" distB="0" distL="0" distR="0" wp14:anchorId="5CB1C660" wp14:editId="1F535F84">
            <wp:extent cx="434340" cy="392974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363" cy="39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B722" w14:textId="77777777" w:rsidR="0050750E" w:rsidRDefault="00000000" w:rsidP="00FA573B">
      <w:pPr>
        <w:spacing w:after="40" w:line="720" w:lineRule="auto"/>
      </w:pPr>
      <w:r>
        <w:rPr>
          <w:b/>
        </w:rPr>
        <w:t xml:space="preserve">3. </w:t>
      </w:r>
      <w:r>
        <w:t>Slayt ,çerisindeki nesnelerin sayfaya geliş şeklini hangi menüden ayarlyabiliriz? (10 Puan)</w:t>
      </w:r>
    </w:p>
    <w:p w14:paraId="64D686F7" w14:textId="77777777" w:rsidR="0050750E" w:rsidRDefault="00000000" w:rsidP="00FA573B">
      <w:pPr>
        <w:spacing w:after="40" w:line="720" w:lineRule="auto"/>
      </w:pPr>
      <w:r>
        <w:rPr>
          <w:b/>
        </w:rPr>
        <w:t xml:space="preserve">4. </w:t>
      </w:r>
      <w:r>
        <w:t>Power point sunu hazırlama programında tema seçimi hangi menüden yapılır? (10 Puan)</w:t>
      </w:r>
    </w:p>
    <w:p w14:paraId="150495FD" w14:textId="77777777" w:rsidR="0050750E" w:rsidRDefault="00000000" w:rsidP="00FA573B">
      <w:pPr>
        <w:spacing w:after="40" w:line="720" w:lineRule="auto"/>
      </w:pPr>
      <w:r>
        <w:rPr>
          <w:b/>
        </w:rPr>
        <w:t xml:space="preserve">5. </w:t>
      </w:r>
      <w:r>
        <w:t>Gösterime başlatılan bir sunuyu sonlandırmak için hangi işlem yapılmalıdır? (10 Puan)</w:t>
      </w:r>
    </w:p>
    <w:p w14:paraId="6BFABFBB" w14:textId="77777777" w:rsidR="0050750E" w:rsidRDefault="00000000" w:rsidP="00FA573B">
      <w:pPr>
        <w:spacing w:after="40" w:line="720" w:lineRule="auto"/>
      </w:pPr>
      <w:r>
        <w:rPr>
          <w:b/>
        </w:rPr>
        <w:t xml:space="preserve">6. </w:t>
      </w:r>
      <w:r>
        <w:rPr>
          <w:noProof/>
        </w:rPr>
        <w:drawing>
          <wp:inline distT="0" distB="0" distL="0" distR="0" wp14:anchorId="40F3B1ED" wp14:editId="5FFDB187">
            <wp:extent cx="393192" cy="3402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34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düğmesinin görevi nedir? (10 Puan)</w:t>
      </w:r>
    </w:p>
    <w:p w14:paraId="0D9A6B50" w14:textId="77777777" w:rsidR="0050750E" w:rsidRDefault="00000000" w:rsidP="00FA573B">
      <w:pPr>
        <w:spacing w:after="40" w:line="720" w:lineRule="auto"/>
      </w:pPr>
      <w:r>
        <w:rPr>
          <w:b/>
        </w:rPr>
        <w:t xml:space="preserve">7. </w:t>
      </w:r>
      <w:r>
        <w:t>Sununun her bir bölümüne ne ad verilir? (10 Puan)</w:t>
      </w:r>
    </w:p>
    <w:p w14:paraId="781391A2" w14:textId="77777777" w:rsidR="0050750E" w:rsidRDefault="00000000" w:rsidP="00FA573B">
      <w:pPr>
        <w:spacing w:after="40" w:line="720" w:lineRule="auto"/>
      </w:pPr>
      <w:r>
        <w:rPr>
          <w:b/>
        </w:rPr>
        <w:t xml:space="preserve">8. </w:t>
      </w:r>
      <w:r>
        <w:t>Tüm sunuda aynı yazı veya görünümlerin olmasını istediğimizde veya yaptığımız değişikliklerin bütün sunuda aynı şekilde uygulanmasını sağlamak amacıyla oluşturduğumuz salayta ne ad verilir? (10 Puan)</w:t>
      </w:r>
    </w:p>
    <w:p w14:paraId="21C6EF30" w14:textId="77777777" w:rsidR="0050750E" w:rsidRDefault="00000000" w:rsidP="00FA573B">
      <w:pPr>
        <w:spacing w:after="40" w:line="720" w:lineRule="auto"/>
      </w:pPr>
      <w:r>
        <w:rPr>
          <w:b/>
        </w:rPr>
        <w:t xml:space="preserve">9. </w:t>
      </w:r>
      <w:r>
        <w:t>PowerPoint sunumuzu klavyeden hangi kısayol tuşu ile gösteri olarak başlatırız? (10 Puan)</w:t>
      </w:r>
    </w:p>
    <w:p w14:paraId="67D2B750" w14:textId="77777777" w:rsidR="0050750E" w:rsidRDefault="00000000" w:rsidP="00FA573B">
      <w:pPr>
        <w:spacing w:after="40" w:line="720" w:lineRule="auto"/>
      </w:pPr>
      <w:r>
        <w:rPr>
          <w:b/>
        </w:rPr>
        <w:t xml:space="preserve">10. </w:t>
      </w:r>
      <w:r>
        <w:t>Slaytlara kendinize ait bir resmi eklemek için aşağıdaki işlemlerden hangisi yapılır? (10 Puan)</w:t>
      </w:r>
    </w:p>
    <w:p w14:paraId="19CF5EB8" w14:textId="77777777" w:rsidR="0050750E" w:rsidRDefault="00000000" w:rsidP="00FA573B">
      <w:pPr>
        <w:spacing w:before="60" w:after="0" w:line="480" w:lineRule="auto"/>
      </w:pPr>
      <w:r>
        <w:t>Her doğru cevap 10 puan, süre 40 dakikadır.</w:t>
      </w:r>
    </w:p>
    <w:p w14:paraId="4371667A" w14:textId="0B531D52" w:rsidR="0050750E" w:rsidRDefault="0000000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573B">
        <w:t xml:space="preserve">  </w:t>
      </w:r>
      <w:proofErr w:type="spellStart"/>
      <w:r>
        <w:t>Başarılar</w:t>
      </w:r>
      <w:proofErr w:type="spellEnd"/>
    </w:p>
    <w:p w14:paraId="7075218C" w14:textId="6F2D7E3A" w:rsidR="0050750E" w:rsidRDefault="00000000">
      <w:proofErr w:type="spellStart"/>
      <w:r>
        <w:rPr>
          <w:b/>
          <w:u w:val="single"/>
        </w:rPr>
        <w:t>Süre</w:t>
      </w:r>
      <w:proofErr w:type="spellEnd"/>
      <w:r>
        <w:t xml:space="preserve">: 40 Dk                                                                                    </w:t>
      </w:r>
      <w:r w:rsidR="00FA573B">
        <w:t xml:space="preserve">                 </w:t>
      </w:r>
      <w:proofErr w:type="spellStart"/>
      <w:proofErr w:type="gramStart"/>
      <w:r>
        <w:t>Mot.Arç.Tekn</w:t>
      </w:r>
      <w:proofErr w:type="spellEnd"/>
      <w:proofErr w:type="gramEnd"/>
      <w:r>
        <w:t xml:space="preserve"> Öğrt Abdullah YANIK</w:t>
      </w:r>
    </w:p>
    <w:p w14:paraId="5894DFC9" w14:textId="77777777" w:rsidR="0050750E" w:rsidRDefault="00000000">
      <w:r>
        <w:br w:type="page"/>
      </w:r>
    </w:p>
    <w:p w14:paraId="6259F976" w14:textId="77777777" w:rsidR="0050750E" w:rsidRDefault="00000000">
      <w:pPr>
        <w:spacing w:after="0"/>
        <w:jc w:val="center"/>
      </w:pPr>
      <w:r>
        <w:rPr>
          <w:b/>
          <w:sz w:val="24"/>
        </w:rPr>
        <w:lastRenderedPageBreak/>
        <w:t>YAHŞİHAN MESLEKİ EĞİTİM MERKEZİ</w:t>
      </w:r>
    </w:p>
    <w:p w14:paraId="30C3FCBC" w14:textId="77777777" w:rsidR="0050750E" w:rsidRDefault="00000000">
      <w:pPr>
        <w:spacing w:after="0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69C37C1B" w14:textId="77777777" w:rsidR="0050750E" w:rsidRDefault="00000000">
      <w:pPr>
        <w:spacing w:after="60"/>
        <w:jc w:val="center"/>
      </w:pPr>
      <w:r>
        <w:rPr>
          <w:b/>
          <w:sz w:val="24"/>
        </w:rPr>
        <w:t>OFİS PROGRAMLARI DERSİ 2. DÖNEM 2. YAZILI SINAVI CEVAP ANAHTARI</w:t>
      </w:r>
    </w:p>
    <w:p w14:paraId="0B7D0069" w14:textId="77777777" w:rsidR="0050750E" w:rsidRDefault="00000000">
      <w:pPr>
        <w:spacing w:after="60"/>
        <w:jc w:val="center"/>
      </w:pPr>
      <w:r>
        <w:rPr>
          <w:b/>
          <w:sz w:val="26"/>
        </w:rPr>
        <w:t>CEVAP ANAHTARI</w:t>
      </w:r>
    </w:p>
    <w:p w14:paraId="55858580" w14:textId="77777777" w:rsidR="0050750E" w:rsidRDefault="00000000">
      <w:pPr>
        <w:spacing w:after="40" w:line="252" w:lineRule="auto"/>
      </w:pPr>
      <w:r>
        <w:rPr>
          <w:b/>
        </w:rPr>
        <w:t xml:space="preserve">1. </w:t>
      </w:r>
      <w:r>
        <w:t>Klavyeden yazdırma için hangi tuşları kullanırız? (10 Puan)</w:t>
      </w:r>
    </w:p>
    <w:p w14:paraId="7E5F52AB" w14:textId="77777777" w:rsidR="0050750E" w:rsidRDefault="00000000">
      <w:pPr>
        <w:spacing w:after="40"/>
        <w:ind w:left="403"/>
      </w:pPr>
      <w:r>
        <w:t>•  CTRL+ P</w:t>
      </w:r>
    </w:p>
    <w:p w14:paraId="29F35BCA" w14:textId="77777777" w:rsidR="0050750E" w:rsidRDefault="00000000">
      <w:pPr>
        <w:spacing w:after="40" w:line="252" w:lineRule="auto"/>
      </w:pPr>
      <w:r>
        <w:rPr>
          <w:b/>
        </w:rPr>
        <w:t xml:space="preserve">2. </w:t>
      </w:r>
      <w:r>
        <w:t xml:space="preserve">Sunu hazırlama programında yer alan yanda görülen tuş ne amaçla kullanılır? (10 Puan)  </w:t>
      </w:r>
      <w:r>
        <w:rPr>
          <w:noProof/>
        </w:rPr>
        <w:drawing>
          <wp:inline distT="0" distB="0" distL="0" distR="0" wp14:anchorId="22907F7B" wp14:editId="1C7759B1">
            <wp:extent cx="256032" cy="2316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1CFC" w14:textId="77777777" w:rsidR="0050750E" w:rsidRDefault="00000000">
      <w:pPr>
        <w:spacing w:after="40"/>
        <w:ind w:left="403"/>
      </w:pPr>
      <w:r>
        <w:t>•  Slayt gösterisini başlatmak</w:t>
      </w:r>
    </w:p>
    <w:p w14:paraId="5D05F01F" w14:textId="77777777" w:rsidR="0050750E" w:rsidRDefault="00000000">
      <w:pPr>
        <w:spacing w:after="40" w:line="252" w:lineRule="auto"/>
      </w:pPr>
      <w:r>
        <w:rPr>
          <w:b/>
        </w:rPr>
        <w:t xml:space="preserve">3. </w:t>
      </w:r>
      <w:r>
        <w:t>Slayt ,çerisindeki nesnelerin sayfaya geliş şeklini hangi menüden ayarlyabiliriz? (10 Puan)</w:t>
      </w:r>
    </w:p>
    <w:p w14:paraId="47D9C9C6" w14:textId="77777777" w:rsidR="0050750E" w:rsidRDefault="00000000">
      <w:pPr>
        <w:spacing w:after="40"/>
        <w:ind w:left="403"/>
      </w:pPr>
      <w:r>
        <w:t>•  Animasyonlar</w:t>
      </w:r>
    </w:p>
    <w:p w14:paraId="091E9C15" w14:textId="77777777" w:rsidR="0050750E" w:rsidRDefault="00000000">
      <w:pPr>
        <w:spacing w:after="40" w:line="252" w:lineRule="auto"/>
      </w:pPr>
      <w:r>
        <w:rPr>
          <w:b/>
        </w:rPr>
        <w:t xml:space="preserve">4. </w:t>
      </w:r>
      <w:r>
        <w:t>Power point sunu hazırlama programında tema seçimi hangi menüden yapılır? (10 Puan)</w:t>
      </w:r>
    </w:p>
    <w:p w14:paraId="76567B5C" w14:textId="77777777" w:rsidR="0050750E" w:rsidRDefault="00000000">
      <w:pPr>
        <w:spacing w:after="40"/>
        <w:ind w:left="403"/>
      </w:pPr>
      <w:r>
        <w:t>•  Tasarım</w:t>
      </w:r>
    </w:p>
    <w:p w14:paraId="6EC77F4A" w14:textId="77777777" w:rsidR="0050750E" w:rsidRDefault="00000000">
      <w:pPr>
        <w:spacing w:after="40" w:line="252" w:lineRule="auto"/>
      </w:pPr>
      <w:r>
        <w:rPr>
          <w:b/>
        </w:rPr>
        <w:t xml:space="preserve">5. </w:t>
      </w:r>
      <w:r>
        <w:t>Gösterime başlatılan bir sunuyu sonlandırmak için hangi işlem yapılmalıdır? (10 Puan)</w:t>
      </w:r>
    </w:p>
    <w:p w14:paraId="766B3849" w14:textId="77777777" w:rsidR="0050750E" w:rsidRDefault="00000000">
      <w:pPr>
        <w:spacing w:after="40"/>
        <w:ind w:left="403"/>
      </w:pPr>
      <w:r>
        <w:t>•  ESC tuşuna basılır</w:t>
      </w:r>
    </w:p>
    <w:p w14:paraId="0A5B32D9" w14:textId="77777777" w:rsidR="0050750E" w:rsidRDefault="00000000">
      <w:pPr>
        <w:spacing w:after="40" w:line="252" w:lineRule="auto"/>
      </w:pPr>
      <w:r>
        <w:rPr>
          <w:b/>
        </w:rPr>
        <w:t xml:space="preserve">6. </w:t>
      </w:r>
      <w:r>
        <w:rPr>
          <w:noProof/>
        </w:rPr>
        <w:drawing>
          <wp:inline distT="0" distB="0" distL="0" distR="0" wp14:anchorId="29B8A422" wp14:editId="2B7D751C">
            <wp:extent cx="393192" cy="3402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34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düğmesinin görevi nedir? (10 Puan)</w:t>
      </w:r>
    </w:p>
    <w:p w14:paraId="67BA58B7" w14:textId="77777777" w:rsidR="0050750E" w:rsidRDefault="00000000">
      <w:pPr>
        <w:spacing w:after="40"/>
        <w:ind w:left="403"/>
      </w:pPr>
      <w:r>
        <w:t>•  Yeni slayt ekler</w:t>
      </w:r>
    </w:p>
    <w:p w14:paraId="72EA52EC" w14:textId="77777777" w:rsidR="0050750E" w:rsidRDefault="00000000">
      <w:pPr>
        <w:spacing w:after="40" w:line="252" w:lineRule="auto"/>
      </w:pPr>
      <w:r>
        <w:rPr>
          <w:b/>
        </w:rPr>
        <w:t xml:space="preserve">7. </w:t>
      </w:r>
      <w:r>
        <w:t>Sununun her bir bölümüne ne ad verilir? (10 Puan)</w:t>
      </w:r>
    </w:p>
    <w:p w14:paraId="227C1DE6" w14:textId="77777777" w:rsidR="0050750E" w:rsidRDefault="00000000">
      <w:pPr>
        <w:spacing w:after="40"/>
        <w:ind w:left="403"/>
      </w:pPr>
      <w:r>
        <w:t>•  Slayt</w:t>
      </w:r>
    </w:p>
    <w:p w14:paraId="0E93C544" w14:textId="77777777" w:rsidR="0050750E" w:rsidRDefault="00000000">
      <w:pPr>
        <w:spacing w:after="40" w:line="252" w:lineRule="auto"/>
      </w:pPr>
      <w:r>
        <w:rPr>
          <w:b/>
        </w:rPr>
        <w:t xml:space="preserve">8. </w:t>
      </w:r>
      <w:r>
        <w:t>Tüm sunuda aynı yazı veya görünümlerin olmasını istediğimizde veya yaptığımız değişikliklerin bütün sunuda aynı şekilde uygulanmasını sağlamak amacıyla oluşturduğumuz salayta ne ad verilir? (10 Puan)</w:t>
      </w:r>
    </w:p>
    <w:p w14:paraId="56038AD5" w14:textId="77777777" w:rsidR="0050750E" w:rsidRDefault="00000000">
      <w:pPr>
        <w:spacing w:after="40"/>
        <w:ind w:left="403"/>
      </w:pPr>
      <w:r>
        <w:t>•  Asıl slayt</w:t>
      </w:r>
    </w:p>
    <w:p w14:paraId="60F1F202" w14:textId="77777777" w:rsidR="0050750E" w:rsidRDefault="00000000">
      <w:pPr>
        <w:spacing w:after="40" w:line="252" w:lineRule="auto"/>
      </w:pPr>
      <w:r>
        <w:rPr>
          <w:b/>
        </w:rPr>
        <w:t xml:space="preserve">9. </w:t>
      </w:r>
      <w:r>
        <w:t>PowerPoint sunumuzu klavyeden hangi kısayol tuşu ile gösteri olarak başlatırız? (10 Puan)</w:t>
      </w:r>
    </w:p>
    <w:p w14:paraId="3CDE0E65" w14:textId="77777777" w:rsidR="0050750E" w:rsidRDefault="00000000">
      <w:pPr>
        <w:spacing w:after="40"/>
        <w:ind w:left="403"/>
      </w:pPr>
      <w:r>
        <w:t>•  F5</w:t>
      </w:r>
    </w:p>
    <w:p w14:paraId="2DDB0019" w14:textId="77777777" w:rsidR="0050750E" w:rsidRDefault="00000000">
      <w:pPr>
        <w:spacing w:after="40" w:line="252" w:lineRule="auto"/>
      </w:pPr>
      <w:r>
        <w:rPr>
          <w:b/>
        </w:rPr>
        <w:t xml:space="preserve">10. </w:t>
      </w:r>
      <w:r>
        <w:t>Slaytlara kendinize ait bir resmi eklemek için aşağıdaki işlemlerden hangisi yapılır? (10 Puan)</w:t>
      </w:r>
    </w:p>
    <w:p w14:paraId="459F9CE4" w14:textId="77777777" w:rsidR="0050750E" w:rsidRDefault="00000000">
      <w:pPr>
        <w:spacing w:after="40"/>
        <w:ind w:left="403"/>
      </w:pPr>
      <w:r>
        <w:t>•  Ekle – Resim</w:t>
      </w:r>
    </w:p>
    <w:p w14:paraId="1752C08E" w14:textId="77777777" w:rsidR="0050750E" w:rsidRDefault="00000000">
      <w:pPr>
        <w:spacing w:before="80"/>
      </w:pPr>
      <w:r>
        <w:t>Her doğru cevap 10 puan, süre 40 dakikadır.</w:t>
      </w:r>
    </w:p>
    <w:sectPr w:rsidR="0050750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7C1"/>
    <w:rsid w:val="0029639D"/>
    <w:rsid w:val="002B2B23"/>
    <w:rsid w:val="002C2346"/>
    <w:rsid w:val="003216CA"/>
    <w:rsid w:val="00326F90"/>
    <w:rsid w:val="003B5573"/>
    <w:rsid w:val="0050750E"/>
    <w:rsid w:val="005E2E6A"/>
    <w:rsid w:val="006518B1"/>
    <w:rsid w:val="00762E17"/>
    <w:rsid w:val="009E145E"/>
    <w:rsid w:val="00AA1D8D"/>
    <w:rsid w:val="00B47730"/>
    <w:rsid w:val="00B676DD"/>
    <w:rsid w:val="00CB0664"/>
    <w:rsid w:val="00FA57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6CFD1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2026-09-23T16:15:00Z</dcterms:created>
  <dcterms:modified xsi:type="dcterms:W3CDTF">2026-09-23T16:15:00Z</dcterms:modified>
  <cp:category/>
</cp:coreProperties>
</file>