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B1DFD" w14:textId="77777777" w:rsidR="00895A2D" w:rsidRDefault="00000000">
      <w:pPr>
        <w:jc w:val="center"/>
      </w:pPr>
      <w:r>
        <w:rPr>
          <w:b/>
          <w:sz w:val="24"/>
        </w:rPr>
        <w:t>YAHŞİHAN MESLEKİ EĞİTİM MERKEZİ</w:t>
      </w:r>
    </w:p>
    <w:p w14:paraId="05EA6B79" w14:textId="77777777" w:rsidR="00895A2D" w:rsidRDefault="00000000">
      <w:pPr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0D29BE7A" w14:textId="77777777" w:rsidR="00895A2D" w:rsidRDefault="00000000">
      <w:pPr>
        <w:jc w:val="center"/>
      </w:pPr>
      <w:r>
        <w:rPr>
          <w:b/>
          <w:sz w:val="24"/>
        </w:rPr>
        <w:t>ÖN DÜZEN TEKNOLOJİSİ DERSİ 2. DÖNEM 2. YAZILI SINAVI - A GRUBU</w:t>
      </w:r>
    </w:p>
    <w:p w14:paraId="157D06AB" w14:textId="77777777" w:rsidR="00895A2D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7875985F" w14:textId="77777777" w:rsidR="00895A2D" w:rsidRDefault="00000000">
      <w:pPr>
        <w:jc w:val="center"/>
      </w:pPr>
      <w:r>
        <w:rPr>
          <w:b/>
          <w:sz w:val="22"/>
        </w:rPr>
        <w:t>SORULAR</w:t>
      </w:r>
    </w:p>
    <w:p w14:paraId="526374F0" w14:textId="77777777" w:rsidR="00895A2D" w:rsidRPr="00D403BC" w:rsidRDefault="00000000">
      <w:pPr>
        <w:spacing w:after="60" w:line="360" w:lineRule="auto"/>
        <w:rPr>
          <w:bCs/>
        </w:rPr>
      </w:pPr>
      <w:r>
        <w:rPr>
          <w:b/>
        </w:rPr>
        <w:t xml:space="preserve">1. </w:t>
      </w:r>
      <w:r w:rsidRPr="00D403BC">
        <w:rPr>
          <w:bCs/>
        </w:rPr>
        <w:t>ASR sisteminin temel görevi nedir? (10 Puan)</w:t>
      </w:r>
    </w:p>
    <w:p w14:paraId="4C8A01EA" w14:textId="77777777" w:rsidR="00895A2D" w:rsidRPr="00D403BC" w:rsidRDefault="00000000">
      <w:pPr>
        <w:spacing w:after="60" w:line="360" w:lineRule="auto"/>
        <w:rPr>
          <w:bCs/>
        </w:rPr>
      </w:pPr>
      <w:r>
        <w:rPr>
          <w:b/>
        </w:rPr>
        <w:t xml:space="preserve">2. </w:t>
      </w:r>
      <w:r w:rsidRPr="00D403BC">
        <w:rPr>
          <w:bCs/>
        </w:rPr>
        <w:t>ESP sisteminin görevi nedir? (10 Puan)</w:t>
      </w:r>
    </w:p>
    <w:p w14:paraId="657848F8" w14:textId="77777777" w:rsidR="00895A2D" w:rsidRPr="00D403BC" w:rsidRDefault="00000000">
      <w:pPr>
        <w:spacing w:after="60" w:line="360" w:lineRule="auto"/>
        <w:rPr>
          <w:bCs/>
        </w:rPr>
      </w:pPr>
      <w:r>
        <w:rPr>
          <w:b/>
        </w:rPr>
        <w:t xml:space="preserve">3. </w:t>
      </w:r>
      <w:r w:rsidRPr="00D403BC">
        <w:rPr>
          <w:bCs/>
        </w:rPr>
        <w:t>EBD sisteminin görevi nedir? (10 Puan)</w:t>
      </w:r>
    </w:p>
    <w:p w14:paraId="52943F90" w14:textId="77777777" w:rsidR="00895A2D" w:rsidRPr="00D403BC" w:rsidRDefault="00000000">
      <w:pPr>
        <w:spacing w:after="60" w:line="360" w:lineRule="auto"/>
        <w:rPr>
          <w:bCs/>
        </w:rPr>
      </w:pPr>
      <w:r>
        <w:rPr>
          <w:b/>
        </w:rPr>
        <w:t xml:space="preserve">4. </w:t>
      </w:r>
      <w:r w:rsidRPr="00D403BC">
        <w:rPr>
          <w:bCs/>
        </w:rPr>
        <w:t>Vakum pompası hangi amaçla kullanılır? (10 Puan)</w:t>
      </w:r>
    </w:p>
    <w:p w14:paraId="1C575F9D" w14:textId="77777777" w:rsidR="00895A2D" w:rsidRPr="00D403BC" w:rsidRDefault="00000000">
      <w:pPr>
        <w:spacing w:after="60" w:line="360" w:lineRule="auto"/>
        <w:rPr>
          <w:bCs/>
        </w:rPr>
      </w:pPr>
      <w:r>
        <w:rPr>
          <w:b/>
        </w:rPr>
        <w:t xml:space="preserve">5. </w:t>
      </w:r>
      <w:r w:rsidRPr="00D403BC">
        <w:rPr>
          <w:bCs/>
        </w:rPr>
        <w:t>Retarder sisteminin görevi nedir? (10 Puan)</w:t>
      </w:r>
    </w:p>
    <w:p w14:paraId="5EFBDDE1" w14:textId="77777777" w:rsidR="00895A2D" w:rsidRPr="00D403BC" w:rsidRDefault="00000000">
      <w:pPr>
        <w:spacing w:after="60" w:line="360" w:lineRule="auto"/>
        <w:rPr>
          <w:bCs/>
        </w:rPr>
      </w:pPr>
      <w:r>
        <w:rPr>
          <w:b/>
        </w:rPr>
        <w:t xml:space="preserve">6. </w:t>
      </w:r>
      <w:r w:rsidRPr="00D403BC">
        <w:rPr>
          <w:bCs/>
        </w:rPr>
        <w:t>Tekerleğin temel kısımlarını maddeler hâlinde yazınız. (10 Puan)</w:t>
      </w:r>
    </w:p>
    <w:p w14:paraId="7F7BE464" w14:textId="77777777" w:rsidR="00895A2D" w:rsidRPr="00D403BC" w:rsidRDefault="00000000">
      <w:pPr>
        <w:spacing w:after="60" w:line="360" w:lineRule="auto"/>
        <w:rPr>
          <w:bCs/>
        </w:rPr>
      </w:pPr>
      <w:r>
        <w:rPr>
          <w:b/>
        </w:rPr>
        <w:t xml:space="preserve">7. </w:t>
      </w:r>
      <w:r w:rsidRPr="00D403BC">
        <w:rPr>
          <w:bCs/>
        </w:rPr>
        <w:t>Lastik üzerindeki işaretler hangi bilgileri verir? (10 Puan)</w:t>
      </w:r>
    </w:p>
    <w:p w14:paraId="4EF5C07F" w14:textId="77777777" w:rsidR="00895A2D" w:rsidRPr="00D403BC" w:rsidRDefault="00000000">
      <w:pPr>
        <w:spacing w:after="60" w:line="360" w:lineRule="auto"/>
        <w:rPr>
          <w:bCs/>
        </w:rPr>
      </w:pPr>
      <w:r>
        <w:rPr>
          <w:b/>
        </w:rPr>
        <w:t xml:space="preserve">8. </w:t>
      </w:r>
      <w:r w:rsidRPr="00D403BC">
        <w:rPr>
          <w:bCs/>
        </w:rPr>
        <w:t>Lastiklerin periyodik yer değiştirilmesinin amacı nedir? (10 Puan)</w:t>
      </w:r>
    </w:p>
    <w:p w14:paraId="44E69ED4" w14:textId="77777777" w:rsidR="00895A2D" w:rsidRDefault="00000000">
      <w:pPr>
        <w:spacing w:after="60" w:line="360" w:lineRule="auto"/>
        <w:rPr>
          <w:bCs/>
        </w:rPr>
      </w:pPr>
      <w:r>
        <w:rPr>
          <w:b/>
        </w:rPr>
        <w:t xml:space="preserve">9. </w:t>
      </w:r>
      <w:r w:rsidRPr="00D403BC">
        <w:rPr>
          <w:bCs/>
        </w:rPr>
        <w:t>Lastiklerde düzensiz aşınmaya neden olabilecek etkenleri maddeler hâlinde yazınız. (10 Puan)</w:t>
      </w:r>
    </w:p>
    <w:p w14:paraId="5E680AEC" w14:textId="77777777" w:rsidR="00895A2D" w:rsidRPr="00D403BC" w:rsidRDefault="00000000">
      <w:pPr>
        <w:spacing w:after="60" w:line="360" w:lineRule="auto"/>
        <w:rPr>
          <w:bCs/>
        </w:rPr>
      </w:pPr>
      <w:r>
        <w:rPr>
          <w:b/>
        </w:rPr>
        <w:t>10</w:t>
      </w:r>
      <w:r w:rsidRPr="00D403BC">
        <w:rPr>
          <w:b/>
        </w:rPr>
        <w:t>.</w:t>
      </w:r>
      <w:r w:rsidRPr="00D403BC">
        <w:rPr>
          <w:bCs/>
        </w:rPr>
        <w:t xml:space="preserve"> Lastik basınç sensörünün görevi nedir? (10 Puan)</w:t>
      </w:r>
    </w:p>
    <w:p w14:paraId="5877ECC1" w14:textId="6D9A93C1" w:rsidR="00895A2D" w:rsidRDefault="00000000">
      <w:pPr>
        <w:spacing w:after="60" w:line="240" w:lineRule="auto"/>
      </w:pPr>
      <w:r>
        <w:tab/>
      </w:r>
      <w:r w:rsidR="00D403BC">
        <w:tab/>
      </w:r>
      <w:r w:rsidR="00D403BC">
        <w:tab/>
      </w:r>
      <w:r w:rsidR="00D403BC">
        <w:tab/>
      </w:r>
      <w:r w:rsidR="00D403BC">
        <w:tab/>
      </w:r>
      <w:r w:rsidR="00D403BC">
        <w:tab/>
      </w:r>
      <w:r w:rsidR="00D403BC">
        <w:tab/>
      </w:r>
      <w:r w:rsidR="00D403BC">
        <w:tab/>
      </w:r>
      <w:r w:rsidR="00D403BC">
        <w:tab/>
        <w:t xml:space="preserve">          </w:t>
      </w:r>
      <w:proofErr w:type="spellStart"/>
      <w:r>
        <w:t>Başarılar</w:t>
      </w:r>
      <w:proofErr w:type="spellEnd"/>
    </w:p>
    <w:p w14:paraId="0BC28CF8" w14:textId="77777777" w:rsidR="00895A2D" w:rsidRDefault="00000000">
      <w:pPr>
        <w:spacing w:before="60"/>
        <w:rPr>
          <w:bCs/>
        </w:rPr>
      </w:pPr>
      <w:r>
        <w:rPr>
          <w:b/>
          <w:u w:val="single"/>
        </w:rPr>
        <w:t>Süre:</w:t>
      </w:r>
      <w:r w:rsidRPr="00D403BC">
        <w:rPr>
          <w:bCs/>
        </w:rPr>
        <w:t xml:space="preserve"> 40 Dk                                                                                    </w:t>
      </w:r>
      <w:proofErr w:type="gramStart"/>
      <w:r w:rsidRPr="00D403BC">
        <w:rPr>
          <w:bCs/>
        </w:rPr>
        <w:t>Mot.Arç.Tekn</w:t>
      </w:r>
      <w:proofErr w:type="gramEnd"/>
      <w:r w:rsidRPr="00D403BC">
        <w:rPr>
          <w:bCs/>
        </w:rPr>
        <w:t xml:space="preserve"> Öğrt Abdullah YANIK</w:t>
      </w:r>
    </w:p>
    <w:p w14:paraId="41A6CC4D" w14:textId="77777777" w:rsidR="00895A2D" w:rsidRDefault="00000000">
      <w:r>
        <w:br w:type="page"/>
      </w:r>
    </w:p>
    <w:p w14:paraId="36F88761" w14:textId="77777777" w:rsidR="00895A2D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776E732B" w14:textId="77777777" w:rsidR="00895A2D" w:rsidRDefault="00000000">
      <w:pPr>
        <w:jc w:val="center"/>
      </w:pPr>
      <w:r>
        <w:rPr>
          <w:b/>
        </w:rPr>
        <w:t>ÖN DÜZEN TEKNOLOJİSİ - A GRUBU</w:t>
      </w:r>
    </w:p>
    <w:p w14:paraId="63453E24" w14:textId="77777777" w:rsidR="00895A2D" w:rsidRPr="00D403BC" w:rsidRDefault="00000000" w:rsidP="00D403BC">
      <w:pPr>
        <w:spacing w:after="20" w:line="480" w:lineRule="auto"/>
        <w:rPr>
          <w:b/>
          <w:bCs/>
        </w:rPr>
      </w:pPr>
      <w:r w:rsidRPr="00D403BC">
        <w:rPr>
          <w:b/>
          <w:bCs/>
        </w:rPr>
        <w:t xml:space="preserve">1. Kalkış ve hızlanma sırasında tahrik tekerleklerinin patinaj </w:t>
      </w:r>
      <w:proofErr w:type="spellStart"/>
      <w:r w:rsidRPr="00D403BC">
        <w:rPr>
          <w:b/>
          <w:bCs/>
        </w:rPr>
        <w:t>yapmasını</w:t>
      </w:r>
      <w:proofErr w:type="spellEnd"/>
      <w:r w:rsidRPr="00D403BC">
        <w:rPr>
          <w:b/>
          <w:bCs/>
        </w:rPr>
        <w:t xml:space="preserve"> </w:t>
      </w:r>
      <w:proofErr w:type="spellStart"/>
      <w:r w:rsidRPr="00D403BC">
        <w:rPr>
          <w:b/>
          <w:bCs/>
        </w:rPr>
        <w:t>önlemeye</w:t>
      </w:r>
      <w:proofErr w:type="spellEnd"/>
      <w:r w:rsidRPr="00D403BC">
        <w:rPr>
          <w:b/>
          <w:bCs/>
        </w:rPr>
        <w:t xml:space="preserve"> </w:t>
      </w:r>
      <w:proofErr w:type="spellStart"/>
      <w:r w:rsidRPr="00D403BC">
        <w:rPr>
          <w:b/>
          <w:bCs/>
        </w:rPr>
        <w:t>yardımcı</w:t>
      </w:r>
      <w:proofErr w:type="spellEnd"/>
      <w:r w:rsidRPr="00D403BC">
        <w:rPr>
          <w:b/>
          <w:bCs/>
        </w:rPr>
        <w:t xml:space="preserve"> </w:t>
      </w:r>
      <w:proofErr w:type="spellStart"/>
      <w:r w:rsidRPr="00D403BC">
        <w:rPr>
          <w:b/>
          <w:bCs/>
        </w:rPr>
        <w:t>olmaktır</w:t>
      </w:r>
      <w:proofErr w:type="spellEnd"/>
      <w:r w:rsidRPr="00D403BC">
        <w:rPr>
          <w:b/>
          <w:bCs/>
        </w:rPr>
        <w:t>.</w:t>
      </w:r>
    </w:p>
    <w:p w14:paraId="726DDF4A" w14:textId="77777777" w:rsidR="00895A2D" w:rsidRPr="00D403BC" w:rsidRDefault="00000000" w:rsidP="00D403BC">
      <w:pPr>
        <w:spacing w:after="20" w:line="480" w:lineRule="auto"/>
        <w:rPr>
          <w:b/>
          <w:bCs/>
        </w:rPr>
      </w:pPr>
      <w:r w:rsidRPr="00D403BC">
        <w:rPr>
          <w:b/>
          <w:bCs/>
        </w:rPr>
        <w:t>2. Aracın savrulma eğilimini algılayıp fren ve motor yönetimine müdahale ederek dengeyi korumaya yardımcı olmaktır.</w:t>
      </w:r>
    </w:p>
    <w:p w14:paraId="7C1C0F84" w14:textId="77777777" w:rsidR="00895A2D" w:rsidRPr="00D403BC" w:rsidRDefault="00000000" w:rsidP="00D403BC">
      <w:pPr>
        <w:spacing w:after="20" w:line="480" w:lineRule="auto"/>
        <w:rPr>
          <w:b/>
          <w:bCs/>
        </w:rPr>
      </w:pPr>
      <w:r w:rsidRPr="00D403BC">
        <w:rPr>
          <w:b/>
          <w:bCs/>
        </w:rPr>
        <w:t>3. Fren kuvvetini araç ve tekerlek şartlarına göre tekerlekler arasında uygun biçimde dağıtmaktır.</w:t>
      </w:r>
    </w:p>
    <w:p w14:paraId="5B8C420C" w14:textId="77777777" w:rsidR="00895A2D" w:rsidRPr="00D403BC" w:rsidRDefault="00000000" w:rsidP="00D403BC">
      <w:pPr>
        <w:spacing w:after="20" w:line="480" w:lineRule="auto"/>
        <w:rPr>
          <w:b/>
          <w:bCs/>
        </w:rPr>
      </w:pPr>
      <w:r w:rsidRPr="00D403BC">
        <w:rPr>
          <w:b/>
          <w:bCs/>
        </w:rPr>
        <w:t>4. Özellikle dizel araçlarda hidrovak için gerekli vakumu üretmektir.</w:t>
      </w:r>
    </w:p>
    <w:p w14:paraId="2ECEB362" w14:textId="77777777" w:rsidR="00895A2D" w:rsidRPr="00D403BC" w:rsidRDefault="00000000" w:rsidP="00D403BC">
      <w:pPr>
        <w:spacing w:after="20" w:line="480" w:lineRule="auto"/>
        <w:rPr>
          <w:b/>
          <w:bCs/>
        </w:rPr>
      </w:pPr>
      <w:r w:rsidRPr="00D403BC">
        <w:rPr>
          <w:b/>
          <w:bCs/>
        </w:rPr>
        <w:t>5. Servis frenine yardımcı olarak özellikle uzun inişlerde aracı yavaşlatmaktır.</w:t>
      </w:r>
    </w:p>
    <w:p w14:paraId="4AC47517" w14:textId="77777777" w:rsidR="00895A2D" w:rsidRDefault="00000000" w:rsidP="00D403BC">
      <w:pPr>
        <w:spacing w:after="80" w:line="480" w:lineRule="auto"/>
      </w:pPr>
      <w:r>
        <w:rPr>
          <w:b/>
        </w:rPr>
        <w:t>6. Tekerleğin temel kısımlarını maddeler hâlinde yazınız.</w:t>
      </w:r>
    </w:p>
    <w:p w14:paraId="6DCCDFED" w14:textId="77777777" w:rsidR="00895A2D" w:rsidRDefault="00000000" w:rsidP="00D403BC">
      <w:pPr>
        <w:spacing w:after="20" w:line="480" w:lineRule="auto"/>
        <w:ind w:left="283"/>
      </w:pPr>
      <w:r>
        <w:t xml:space="preserve">   1. Jant</w:t>
      </w:r>
    </w:p>
    <w:p w14:paraId="67B76881" w14:textId="77777777" w:rsidR="00895A2D" w:rsidRDefault="00000000" w:rsidP="00D403BC">
      <w:pPr>
        <w:spacing w:after="20" w:line="480" w:lineRule="auto"/>
        <w:ind w:left="283"/>
      </w:pPr>
      <w:r>
        <w:t xml:space="preserve">   2. Lastik</w:t>
      </w:r>
    </w:p>
    <w:p w14:paraId="0230FBCD" w14:textId="77777777" w:rsidR="00895A2D" w:rsidRDefault="00000000" w:rsidP="00D403BC">
      <w:pPr>
        <w:spacing w:after="20" w:line="480" w:lineRule="auto"/>
        <w:ind w:left="283"/>
      </w:pPr>
      <w:r>
        <w:t xml:space="preserve">   3. Göbek/bağlantı bölgesi</w:t>
      </w:r>
    </w:p>
    <w:p w14:paraId="2C38A045" w14:textId="77777777" w:rsidR="00895A2D" w:rsidRDefault="00000000" w:rsidP="00D403BC">
      <w:pPr>
        <w:spacing w:after="20" w:line="480" w:lineRule="auto"/>
        <w:ind w:left="283"/>
      </w:pPr>
      <w:r>
        <w:t xml:space="preserve">   4. Supap</w:t>
      </w:r>
    </w:p>
    <w:p w14:paraId="136944C6" w14:textId="77777777" w:rsidR="00895A2D" w:rsidRPr="00D403BC" w:rsidRDefault="00000000" w:rsidP="00D403BC">
      <w:pPr>
        <w:spacing w:after="20" w:line="480" w:lineRule="auto"/>
        <w:rPr>
          <w:b/>
          <w:bCs/>
        </w:rPr>
      </w:pPr>
      <w:r w:rsidRPr="00D403BC">
        <w:rPr>
          <w:b/>
          <w:bCs/>
        </w:rPr>
        <w:t xml:space="preserve">7. Lastik ölçüsü, kesit oranı, yapı tipi, jant çapı, yük ve hız </w:t>
      </w:r>
      <w:proofErr w:type="spellStart"/>
      <w:r w:rsidRPr="00D403BC">
        <w:rPr>
          <w:b/>
          <w:bCs/>
        </w:rPr>
        <w:t>sınıfı</w:t>
      </w:r>
      <w:proofErr w:type="spellEnd"/>
      <w:r w:rsidRPr="00D403BC">
        <w:rPr>
          <w:b/>
          <w:bCs/>
        </w:rPr>
        <w:t xml:space="preserve"> </w:t>
      </w:r>
      <w:proofErr w:type="spellStart"/>
      <w:r w:rsidRPr="00D403BC">
        <w:rPr>
          <w:b/>
          <w:bCs/>
        </w:rPr>
        <w:t>gibi</w:t>
      </w:r>
      <w:proofErr w:type="spellEnd"/>
      <w:r w:rsidRPr="00D403BC">
        <w:rPr>
          <w:b/>
          <w:bCs/>
        </w:rPr>
        <w:t xml:space="preserve"> </w:t>
      </w:r>
      <w:proofErr w:type="spellStart"/>
      <w:r w:rsidRPr="00D403BC">
        <w:rPr>
          <w:b/>
          <w:bCs/>
        </w:rPr>
        <w:t>bilgileri</w:t>
      </w:r>
      <w:proofErr w:type="spellEnd"/>
      <w:r w:rsidRPr="00D403BC">
        <w:rPr>
          <w:b/>
          <w:bCs/>
        </w:rPr>
        <w:t xml:space="preserve"> </w:t>
      </w:r>
      <w:proofErr w:type="spellStart"/>
      <w:r w:rsidRPr="00D403BC">
        <w:rPr>
          <w:b/>
          <w:bCs/>
        </w:rPr>
        <w:t>verir</w:t>
      </w:r>
      <w:proofErr w:type="spellEnd"/>
      <w:r w:rsidRPr="00D403BC">
        <w:rPr>
          <w:b/>
          <w:bCs/>
        </w:rPr>
        <w:t>.</w:t>
      </w:r>
    </w:p>
    <w:p w14:paraId="488011E8" w14:textId="77777777" w:rsidR="00895A2D" w:rsidRPr="00D403BC" w:rsidRDefault="00000000" w:rsidP="00D403BC">
      <w:pPr>
        <w:spacing w:after="20" w:line="480" w:lineRule="auto"/>
        <w:rPr>
          <w:b/>
          <w:bCs/>
        </w:rPr>
      </w:pPr>
      <w:r w:rsidRPr="00D403BC">
        <w:rPr>
          <w:b/>
          <w:bCs/>
        </w:rPr>
        <w:t xml:space="preserve">8. Lastiklerin daha dengeli </w:t>
      </w:r>
      <w:proofErr w:type="spellStart"/>
      <w:r w:rsidRPr="00D403BC">
        <w:rPr>
          <w:b/>
          <w:bCs/>
        </w:rPr>
        <w:t>ve</w:t>
      </w:r>
      <w:proofErr w:type="spellEnd"/>
      <w:r w:rsidRPr="00D403BC">
        <w:rPr>
          <w:b/>
          <w:bCs/>
        </w:rPr>
        <w:t xml:space="preserve"> </w:t>
      </w:r>
      <w:proofErr w:type="spellStart"/>
      <w:r w:rsidRPr="00D403BC">
        <w:rPr>
          <w:b/>
          <w:bCs/>
        </w:rPr>
        <w:t>düzenli</w:t>
      </w:r>
      <w:proofErr w:type="spellEnd"/>
      <w:r w:rsidRPr="00D403BC">
        <w:rPr>
          <w:b/>
          <w:bCs/>
        </w:rPr>
        <w:t xml:space="preserve"> </w:t>
      </w:r>
      <w:proofErr w:type="spellStart"/>
      <w:r w:rsidRPr="00D403BC">
        <w:rPr>
          <w:b/>
          <w:bCs/>
        </w:rPr>
        <w:t>aşınmasını</w:t>
      </w:r>
      <w:proofErr w:type="spellEnd"/>
      <w:r w:rsidRPr="00D403BC">
        <w:rPr>
          <w:b/>
          <w:bCs/>
        </w:rPr>
        <w:t xml:space="preserve"> </w:t>
      </w:r>
      <w:proofErr w:type="spellStart"/>
      <w:r w:rsidRPr="00D403BC">
        <w:rPr>
          <w:b/>
          <w:bCs/>
        </w:rPr>
        <w:t>sağlamaktır</w:t>
      </w:r>
      <w:proofErr w:type="spellEnd"/>
      <w:r w:rsidRPr="00D403BC">
        <w:rPr>
          <w:b/>
          <w:bCs/>
        </w:rPr>
        <w:t>.</w:t>
      </w:r>
    </w:p>
    <w:p w14:paraId="743BD109" w14:textId="77777777" w:rsidR="00895A2D" w:rsidRDefault="00000000" w:rsidP="00D403BC">
      <w:pPr>
        <w:spacing w:after="80" w:line="480" w:lineRule="auto"/>
      </w:pPr>
      <w:r>
        <w:rPr>
          <w:b/>
        </w:rPr>
        <w:t>9. Lastiklerde düzensiz aşınmaya neden olabilecek etkenleri maddeler hâlinde yazınız.</w:t>
      </w:r>
    </w:p>
    <w:p w14:paraId="35CF4BB8" w14:textId="77777777" w:rsidR="00895A2D" w:rsidRDefault="00000000" w:rsidP="00D403BC">
      <w:pPr>
        <w:spacing w:after="20" w:line="480" w:lineRule="auto"/>
        <w:ind w:left="283"/>
      </w:pPr>
      <w:r>
        <w:t xml:space="preserve">   1. Yanlış hava basıncı</w:t>
      </w:r>
    </w:p>
    <w:p w14:paraId="6C9898A6" w14:textId="77777777" w:rsidR="00895A2D" w:rsidRDefault="00000000" w:rsidP="00D403BC">
      <w:pPr>
        <w:spacing w:after="20" w:line="480" w:lineRule="auto"/>
        <w:ind w:left="283"/>
      </w:pPr>
      <w:r>
        <w:t xml:space="preserve">   2. Rot ayarı bozukluğu</w:t>
      </w:r>
    </w:p>
    <w:p w14:paraId="35250B19" w14:textId="77777777" w:rsidR="00895A2D" w:rsidRDefault="00000000" w:rsidP="00D403BC">
      <w:pPr>
        <w:spacing w:after="20" w:line="480" w:lineRule="auto"/>
        <w:ind w:left="283"/>
      </w:pPr>
      <w:r>
        <w:t xml:space="preserve">   3. Balans bozukluğu</w:t>
      </w:r>
    </w:p>
    <w:p w14:paraId="69277C0C" w14:textId="77777777" w:rsidR="00895A2D" w:rsidRDefault="00000000" w:rsidP="00D403BC">
      <w:pPr>
        <w:spacing w:after="20" w:line="480" w:lineRule="auto"/>
        <w:ind w:left="283"/>
      </w:pPr>
      <w:r>
        <w:t xml:space="preserve">   4. Süspansiyon arızaları</w:t>
      </w:r>
    </w:p>
    <w:p w14:paraId="2ACEBA84" w14:textId="77777777" w:rsidR="00895A2D" w:rsidRDefault="00000000" w:rsidP="00D403BC">
      <w:pPr>
        <w:spacing w:after="20" w:line="480" w:lineRule="auto"/>
        <w:ind w:left="283"/>
      </w:pPr>
      <w:r>
        <w:t xml:space="preserve">   5. Yanlış kullanım veya aşırı yük</w:t>
      </w:r>
    </w:p>
    <w:p w14:paraId="57D631D8" w14:textId="77777777" w:rsidR="00895A2D" w:rsidRPr="00D403BC" w:rsidRDefault="00000000" w:rsidP="00D403BC">
      <w:pPr>
        <w:spacing w:after="20" w:line="480" w:lineRule="auto"/>
        <w:rPr>
          <w:b/>
          <w:bCs/>
        </w:rPr>
      </w:pPr>
      <w:r w:rsidRPr="00D403BC">
        <w:rPr>
          <w:b/>
          <w:bCs/>
        </w:rPr>
        <w:t>10. Lastik basıncını izleyerek düşük veya uygunsuz basınç durumunu sürücüye bildirmektir.</w:t>
      </w:r>
    </w:p>
    <w:sectPr w:rsidR="00895A2D" w:rsidRPr="00D403BC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8743386">
    <w:abstractNumId w:val="8"/>
  </w:num>
  <w:num w:numId="2" w16cid:durableId="1443450289">
    <w:abstractNumId w:val="6"/>
  </w:num>
  <w:num w:numId="3" w16cid:durableId="1339700920">
    <w:abstractNumId w:val="5"/>
  </w:num>
  <w:num w:numId="4" w16cid:durableId="1718239429">
    <w:abstractNumId w:val="4"/>
  </w:num>
  <w:num w:numId="5" w16cid:durableId="55278001">
    <w:abstractNumId w:val="7"/>
  </w:num>
  <w:num w:numId="6" w16cid:durableId="54592383">
    <w:abstractNumId w:val="3"/>
  </w:num>
  <w:num w:numId="7" w16cid:durableId="1690134575">
    <w:abstractNumId w:val="2"/>
  </w:num>
  <w:num w:numId="8" w16cid:durableId="362827016">
    <w:abstractNumId w:val="1"/>
  </w:num>
  <w:num w:numId="9" w16cid:durableId="1579708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639D"/>
    <w:rsid w:val="002B2B23"/>
    <w:rsid w:val="003216CA"/>
    <w:rsid w:val="00326F90"/>
    <w:rsid w:val="005E2E6A"/>
    <w:rsid w:val="00762E17"/>
    <w:rsid w:val="00895A2D"/>
    <w:rsid w:val="00AA1D8D"/>
    <w:rsid w:val="00B47730"/>
    <w:rsid w:val="00B676DD"/>
    <w:rsid w:val="00CB0664"/>
    <w:rsid w:val="00D403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2E830D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4</cp:revision>
  <dcterms:created xsi:type="dcterms:W3CDTF">2013-12-23T23:15:00Z</dcterms:created>
  <dcterms:modified xsi:type="dcterms:W3CDTF">2026-09-23T14:53:00Z</dcterms:modified>
  <cp:category/>
</cp:coreProperties>
</file>