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366D7" w14:textId="77777777" w:rsidR="00E51FBB" w:rsidRDefault="00000000">
      <w:pPr>
        <w:spacing w:after="0"/>
        <w:jc w:val="center"/>
      </w:pPr>
      <w:r>
        <w:rPr>
          <w:b/>
          <w:sz w:val="24"/>
        </w:rPr>
        <w:t>YAHŞİHAN MESLEKİ EĞİTİM MERKEZİ</w:t>
      </w:r>
    </w:p>
    <w:p w14:paraId="44DD1C6C" w14:textId="77777777" w:rsidR="00E51FBB" w:rsidRDefault="00000000">
      <w:pPr>
        <w:spacing w:after="0"/>
        <w:jc w:val="center"/>
      </w:pPr>
      <w:r>
        <w:rPr>
          <w:b/>
          <w:sz w:val="24"/>
        </w:rPr>
        <w:t>2026/2027 EĞİTİM ÖĞRETİM YILI MOTORLU ARAÇLAR TEKNOLOJİSİ ALANI</w:t>
      </w:r>
    </w:p>
    <w:p w14:paraId="71983EA9" w14:textId="05873917" w:rsidR="00E51FBB" w:rsidRDefault="00000000">
      <w:pPr>
        <w:spacing w:after="0"/>
        <w:jc w:val="center"/>
      </w:pPr>
      <w:r>
        <w:rPr>
          <w:b/>
          <w:sz w:val="24"/>
        </w:rPr>
        <w:t>OTOMOTİV ELEKTRİK TEKNOLOJİSİ DERSİ 1. DÖNEM 1. YAZILI SINAVI</w:t>
      </w:r>
    </w:p>
    <w:p w14:paraId="78A8DB04" w14:textId="77777777" w:rsidR="00E51FBB" w:rsidRDefault="00000000">
      <w:pPr>
        <w:spacing w:before="20" w:after="20"/>
      </w:pPr>
      <w:r>
        <w:rPr>
          <w:sz w:val="24"/>
        </w:rPr>
        <w:t>Adı Soyadı: ............................................................    Sınıfı/No: ....................    Aldığı Not: ............</w:t>
      </w:r>
    </w:p>
    <w:p w14:paraId="00E731F3" w14:textId="77777777" w:rsidR="00E51FBB" w:rsidRDefault="00000000">
      <w:pPr>
        <w:spacing w:after="20"/>
        <w:jc w:val="center"/>
      </w:pPr>
      <w:r>
        <w:rPr>
          <w:b/>
        </w:rPr>
        <w:t>SORULAR</w:t>
      </w:r>
    </w:p>
    <w:p w14:paraId="4073F6BE" w14:textId="3895336E" w:rsidR="00E51FBB" w:rsidRDefault="00000000" w:rsidP="0014214D">
      <w:pPr>
        <w:spacing w:after="20" w:line="360" w:lineRule="auto"/>
      </w:pPr>
      <w:r>
        <w:rPr>
          <w:b/>
        </w:rPr>
        <w:t xml:space="preserve">1. </w:t>
      </w:r>
      <w:r>
        <w:t>Araç elektrik tesisatında kullanılan tesisat elemanlarından beşini yazınız.</w:t>
      </w:r>
      <w:r w:rsidR="00985705">
        <w:t xml:space="preserve"> (10 Puan)</w:t>
      </w:r>
    </w:p>
    <w:p w14:paraId="3BCDAB18" w14:textId="7F6D08A2" w:rsidR="00E51FBB" w:rsidRDefault="00000000" w:rsidP="0014214D">
      <w:pPr>
        <w:spacing w:after="20" w:line="360" w:lineRule="auto"/>
      </w:pPr>
      <w:r>
        <w:rPr>
          <w:b/>
        </w:rPr>
        <w:t xml:space="preserve">2. </w:t>
      </w:r>
      <w:r>
        <w:t>Aydınlatma devrelerinde yapılan kontrollerden üçünü yazınız.</w:t>
      </w:r>
      <w:r w:rsidR="00985705">
        <w:t xml:space="preserve"> </w:t>
      </w:r>
      <w:r w:rsidR="00985705">
        <w:t>(10 Puan)</w:t>
      </w:r>
    </w:p>
    <w:p w14:paraId="5C299561" w14:textId="02BE2863" w:rsidR="00E51FBB" w:rsidRDefault="00000000" w:rsidP="0014214D">
      <w:pPr>
        <w:spacing w:after="20" w:line="360" w:lineRule="auto"/>
      </w:pPr>
      <w:r>
        <w:rPr>
          <w:b/>
        </w:rPr>
        <w:t xml:space="preserve">3. </w:t>
      </w:r>
      <w:r>
        <w:t>Fren lamba devresinin görevi nedir?</w:t>
      </w:r>
      <w:r w:rsidR="00985705">
        <w:t xml:space="preserve"> </w:t>
      </w:r>
      <w:r w:rsidR="00985705">
        <w:t>(10 Puan)</w:t>
      </w:r>
    </w:p>
    <w:p w14:paraId="42548607" w14:textId="0AD69A10" w:rsidR="00E51FBB" w:rsidRDefault="00000000" w:rsidP="0014214D">
      <w:pPr>
        <w:spacing w:after="20" w:line="360" w:lineRule="auto"/>
      </w:pPr>
      <w:r>
        <w:rPr>
          <w:b/>
        </w:rPr>
        <w:t xml:space="preserve">4. </w:t>
      </w:r>
      <w:r w:rsidR="00985705">
        <w:t xml:space="preserve">Aşağıdaki resimde görülen sigorta panelinde numaralandırılmış elemanların isimlerini yazınız. </w:t>
      </w:r>
      <w:r w:rsidR="00985705">
        <w:t>(</w:t>
      </w:r>
      <w:r w:rsidR="00985705">
        <w:t>2</w:t>
      </w:r>
      <w:r w:rsidR="00985705">
        <w:t>0 Puan)</w:t>
      </w:r>
    </w:p>
    <w:p w14:paraId="5CBEFC0D" w14:textId="4952C527" w:rsidR="00985705" w:rsidRDefault="0014214D" w:rsidP="0014214D">
      <w:pPr>
        <w:spacing w:after="20" w:line="360" w:lineRule="auto"/>
      </w:pPr>
      <w:r>
        <w:rPr>
          <w:noProof/>
        </w:rPr>
        <w:drawing>
          <wp:inline distT="0" distB="0" distL="0" distR="0" wp14:anchorId="07624555" wp14:editId="6360F951">
            <wp:extent cx="4732020" cy="2620443"/>
            <wp:effectExtent l="0" t="0" r="0" b="8890"/>
            <wp:docPr id="75826580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265807" name="Resim 75826580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59906" cy="2635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68193" w14:textId="110FC8A8" w:rsidR="00E51FBB" w:rsidRDefault="00000000" w:rsidP="0014214D">
      <w:pPr>
        <w:spacing w:after="20" w:line="360" w:lineRule="auto"/>
      </w:pPr>
      <w:r>
        <w:rPr>
          <w:b/>
        </w:rPr>
        <w:t xml:space="preserve">5. </w:t>
      </w:r>
      <w:r>
        <w:t>Kısa devrenin oluşturabileceği tehlikelerden üçünü yazınız.</w:t>
      </w:r>
      <w:r w:rsidR="00985705">
        <w:t xml:space="preserve"> </w:t>
      </w:r>
      <w:r w:rsidR="00985705">
        <w:t>(10 Puan)</w:t>
      </w:r>
    </w:p>
    <w:p w14:paraId="71C5C5BB" w14:textId="5D3CBD3B" w:rsidR="00E51FBB" w:rsidRDefault="00000000" w:rsidP="0014214D">
      <w:pPr>
        <w:spacing w:after="20" w:line="360" w:lineRule="auto"/>
      </w:pPr>
      <w:r>
        <w:rPr>
          <w:b/>
        </w:rPr>
        <w:t xml:space="preserve">6. </w:t>
      </w:r>
      <w:r>
        <w:t>Kontak anahtarının görevi nedir?</w:t>
      </w:r>
      <w:r w:rsidR="00985705">
        <w:t xml:space="preserve"> </w:t>
      </w:r>
      <w:r w:rsidR="00985705">
        <w:t>(10 Puan)</w:t>
      </w:r>
    </w:p>
    <w:p w14:paraId="4B3F9543" w14:textId="3B5DCB3F" w:rsidR="00E51FBB" w:rsidRDefault="00000000" w:rsidP="0014214D">
      <w:pPr>
        <w:spacing w:after="20" w:line="360" w:lineRule="auto"/>
      </w:pPr>
      <w:r>
        <w:rPr>
          <w:b/>
        </w:rPr>
        <w:t xml:space="preserve">7. </w:t>
      </w:r>
      <w:r>
        <w:t>Marş devresinde kullanılan temel elemanlardan beşini yazınız.</w:t>
      </w:r>
      <w:r w:rsidR="00985705">
        <w:t xml:space="preserve"> </w:t>
      </w:r>
      <w:r w:rsidR="00985705">
        <w:t>(10 Puan)</w:t>
      </w:r>
    </w:p>
    <w:p w14:paraId="614E0EC5" w14:textId="10CF811C" w:rsidR="00E51FBB" w:rsidRDefault="00000000" w:rsidP="0014214D">
      <w:pPr>
        <w:spacing w:after="20" w:line="360" w:lineRule="auto"/>
      </w:pPr>
      <w:r>
        <w:rPr>
          <w:b/>
        </w:rPr>
        <w:t xml:space="preserve">8. </w:t>
      </w:r>
      <w:r>
        <w:t>Marş motorunun sökülüp takılmasında dikkat edilecek hususlardan üç tanesini yazınız.</w:t>
      </w:r>
      <w:r w:rsidR="00985705">
        <w:t xml:space="preserve"> </w:t>
      </w:r>
      <w:r w:rsidR="00985705">
        <w:t>(10 Puan)</w:t>
      </w:r>
    </w:p>
    <w:p w14:paraId="3C7085FF" w14:textId="16816B34" w:rsidR="00E51FBB" w:rsidRDefault="00985705" w:rsidP="0014214D">
      <w:pPr>
        <w:spacing w:after="20" w:line="360" w:lineRule="auto"/>
      </w:pPr>
      <w:r>
        <w:rPr>
          <w:b/>
        </w:rPr>
        <w:t>9</w:t>
      </w:r>
      <w:r w:rsidR="00000000">
        <w:rPr>
          <w:b/>
        </w:rPr>
        <w:t xml:space="preserve">. </w:t>
      </w:r>
      <w:r w:rsidR="00000000">
        <w:t>Marş motorunun yavaş dönmesine neden olabilecek beş durumu yazınız.</w:t>
      </w:r>
      <w:r>
        <w:t xml:space="preserve"> </w:t>
      </w:r>
      <w:r>
        <w:t>(10 Puan)</w:t>
      </w:r>
    </w:p>
    <w:p w14:paraId="5247BA7C" w14:textId="77777777" w:rsidR="00E51FBB" w:rsidRDefault="00000000">
      <w:pPr>
        <w:spacing w:after="0"/>
        <w:jc w:val="right"/>
      </w:pPr>
      <w:r>
        <w:t>Başarılar</w:t>
      </w:r>
    </w:p>
    <w:p w14:paraId="24C9FC9E" w14:textId="77777777" w:rsidR="00E51FBB" w:rsidRDefault="00000000">
      <w:pPr>
        <w:spacing w:after="0"/>
      </w:pPr>
      <w:r>
        <w:rPr>
          <w:b/>
          <w:u w:val="single"/>
        </w:rPr>
        <w:t>Süre:</w:t>
      </w:r>
      <w:r>
        <w:t xml:space="preserve"> 40 Dk</w:t>
      </w:r>
      <w:r>
        <w:tab/>
      </w:r>
      <w:r>
        <w:tab/>
      </w:r>
      <w:r>
        <w:tab/>
      </w:r>
      <w:r>
        <w:tab/>
      </w:r>
      <w:r>
        <w:tab/>
      </w:r>
      <w:r>
        <w:tab/>
        <w:t>Mot.Arç.Tekn Öğrt Abdullah YANIK</w:t>
      </w:r>
    </w:p>
    <w:p w14:paraId="58EB0545" w14:textId="77777777" w:rsidR="0014214D" w:rsidRDefault="0014214D" w:rsidP="0014214D">
      <w:pPr>
        <w:spacing w:after="0"/>
      </w:pPr>
    </w:p>
    <w:p w14:paraId="75D68634" w14:textId="77777777" w:rsidR="0014214D" w:rsidRDefault="0014214D" w:rsidP="0014214D">
      <w:pPr>
        <w:spacing w:after="0"/>
      </w:pPr>
    </w:p>
    <w:p w14:paraId="6714EB5D" w14:textId="77777777" w:rsidR="0014214D" w:rsidRDefault="0014214D" w:rsidP="0014214D">
      <w:pPr>
        <w:spacing w:after="0"/>
      </w:pPr>
    </w:p>
    <w:p w14:paraId="23EEF04F" w14:textId="77777777" w:rsidR="0014214D" w:rsidRDefault="0014214D" w:rsidP="0014214D">
      <w:pPr>
        <w:spacing w:after="0"/>
      </w:pPr>
    </w:p>
    <w:p w14:paraId="45C57C33" w14:textId="77777777" w:rsidR="0014214D" w:rsidRDefault="0014214D" w:rsidP="0014214D">
      <w:pPr>
        <w:spacing w:after="0"/>
      </w:pPr>
    </w:p>
    <w:p w14:paraId="15BE1F9B" w14:textId="77777777" w:rsidR="0014214D" w:rsidRDefault="0014214D" w:rsidP="0014214D">
      <w:pPr>
        <w:spacing w:after="0"/>
      </w:pPr>
    </w:p>
    <w:p w14:paraId="5F721F74" w14:textId="77777777" w:rsidR="0014214D" w:rsidRDefault="0014214D" w:rsidP="0014214D">
      <w:pPr>
        <w:spacing w:after="0"/>
      </w:pPr>
    </w:p>
    <w:p w14:paraId="469DBBA3" w14:textId="77777777" w:rsidR="0014214D" w:rsidRDefault="0014214D" w:rsidP="0014214D">
      <w:pPr>
        <w:spacing w:after="0"/>
      </w:pPr>
    </w:p>
    <w:p w14:paraId="6A46E60A" w14:textId="77777777" w:rsidR="0014214D" w:rsidRDefault="0014214D" w:rsidP="0014214D">
      <w:pPr>
        <w:spacing w:after="0"/>
      </w:pPr>
    </w:p>
    <w:p w14:paraId="7839CE21" w14:textId="77777777" w:rsidR="0014214D" w:rsidRDefault="0014214D" w:rsidP="0014214D">
      <w:pPr>
        <w:spacing w:after="0"/>
      </w:pPr>
    </w:p>
    <w:p w14:paraId="5D4BC500" w14:textId="77777777" w:rsidR="0014214D" w:rsidRDefault="0014214D" w:rsidP="0014214D">
      <w:pPr>
        <w:spacing w:after="0"/>
      </w:pPr>
    </w:p>
    <w:p w14:paraId="04301DF2" w14:textId="77777777" w:rsidR="0014214D" w:rsidRDefault="0014214D" w:rsidP="0014214D">
      <w:pPr>
        <w:spacing w:after="0"/>
      </w:pPr>
    </w:p>
    <w:p w14:paraId="2FD6CF7F" w14:textId="77777777" w:rsidR="0014214D" w:rsidRDefault="0014214D" w:rsidP="0014214D">
      <w:pPr>
        <w:spacing w:after="0"/>
      </w:pPr>
    </w:p>
    <w:p w14:paraId="4791B909" w14:textId="77777777" w:rsidR="0014214D" w:rsidRDefault="0014214D" w:rsidP="0014214D">
      <w:pPr>
        <w:spacing w:after="0"/>
      </w:pPr>
    </w:p>
    <w:p w14:paraId="5B2390D0" w14:textId="77777777" w:rsidR="0014214D" w:rsidRDefault="0014214D" w:rsidP="0014214D">
      <w:pPr>
        <w:spacing w:after="0"/>
      </w:pPr>
    </w:p>
    <w:p w14:paraId="65C64256" w14:textId="3C7477C5" w:rsidR="00E51FBB" w:rsidRDefault="00000000" w:rsidP="0014214D">
      <w:pPr>
        <w:spacing w:after="0"/>
        <w:jc w:val="center"/>
      </w:pPr>
      <w:r>
        <w:rPr>
          <w:b/>
          <w:sz w:val="24"/>
        </w:rPr>
        <w:lastRenderedPageBreak/>
        <w:t>YAHŞİHAN MESLEKİ EĞİTİM MERKEZİ</w:t>
      </w:r>
    </w:p>
    <w:p w14:paraId="01EBBC7B" w14:textId="77777777" w:rsidR="00E51FBB" w:rsidRDefault="00000000">
      <w:pPr>
        <w:spacing w:after="0"/>
        <w:jc w:val="center"/>
      </w:pPr>
      <w:r>
        <w:rPr>
          <w:b/>
          <w:sz w:val="24"/>
        </w:rPr>
        <w:t>2026/2027 EĞİTİM ÖĞRETİM YILI MOTORLU ARAÇLAR TEKNOLOJİSİ ALANI</w:t>
      </w:r>
    </w:p>
    <w:p w14:paraId="4BAA68FD" w14:textId="2FA5E253" w:rsidR="00E51FBB" w:rsidRDefault="00000000">
      <w:pPr>
        <w:spacing w:after="0"/>
        <w:jc w:val="center"/>
        <w:rPr>
          <w:b/>
        </w:rPr>
      </w:pPr>
      <w:r>
        <w:rPr>
          <w:b/>
        </w:rPr>
        <w:t>OTOMOTİV ELEKTRİK TEKNOLOJİSİ DERSİ 1. DÖNEM 1. YAZILI SINAVI CEVAP ANAHTARI</w:t>
      </w:r>
    </w:p>
    <w:p w14:paraId="4C1C663E" w14:textId="77777777" w:rsidR="0014214D" w:rsidRDefault="0014214D">
      <w:pPr>
        <w:spacing w:after="0"/>
        <w:jc w:val="center"/>
      </w:pPr>
    </w:p>
    <w:p w14:paraId="638A957E" w14:textId="29D7BC5C" w:rsidR="00E51FBB" w:rsidRDefault="00000000" w:rsidP="0014214D">
      <w:pPr>
        <w:spacing w:after="0" w:line="360" w:lineRule="auto"/>
      </w:pPr>
      <w:r>
        <w:rPr>
          <w:b/>
        </w:rPr>
        <w:t xml:space="preserve">1. </w:t>
      </w:r>
      <w:r>
        <w:t>Araç elektrik tesisatında kullanılan tesisat elemanlarından beşini yazınız.</w:t>
      </w:r>
      <w:r w:rsidR="0014214D">
        <w:t xml:space="preserve"> </w:t>
      </w:r>
      <w:r w:rsidR="0014214D">
        <w:t>(10 Puan)</w:t>
      </w:r>
    </w:p>
    <w:p w14:paraId="09C4C85F" w14:textId="1DD83F82" w:rsidR="0014214D" w:rsidRDefault="00000000" w:rsidP="0014214D">
      <w:pPr>
        <w:spacing w:after="0" w:line="240" w:lineRule="auto"/>
        <w:ind w:left="255"/>
      </w:pPr>
      <w:r>
        <w:rPr>
          <w:b/>
        </w:rPr>
        <w:t xml:space="preserve">1. </w:t>
      </w:r>
      <w:r>
        <w:t>Kablo</w:t>
      </w:r>
      <w:r w:rsidR="0014214D">
        <w:tab/>
      </w:r>
      <w:r w:rsidR="0014214D">
        <w:rPr>
          <w:b/>
        </w:rPr>
        <w:t xml:space="preserve">4. </w:t>
      </w:r>
      <w:r w:rsidR="0014214D">
        <w:t>Röle</w:t>
      </w:r>
    </w:p>
    <w:p w14:paraId="165D956B" w14:textId="0D8267C1" w:rsidR="0014214D" w:rsidRDefault="00000000" w:rsidP="0014214D">
      <w:pPr>
        <w:spacing w:after="0" w:line="240" w:lineRule="auto"/>
        <w:ind w:left="255"/>
      </w:pPr>
      <w:r>
        <w:rPr>
          <w:b/>
        </w:rPr>
        <w:t xml:space="preserve">2. </w:t>
      </w:r>
      <w:r>
        <w:t>Soket</w:t>
      </w:r>
      <w:r w:rsidR="0014214D">
        <w:tab/>
      </w:r>
      <w:r w:rsidR="0014214D">
        <w:rPr>
          <w:b/>
        </w:rPr>
        <w:t xml:space="preserve">5. </w:t>
      </w:r>
      <w:r w:rsidR="0014214D">
        <w:t>Ampul</w:t>
      </w:r>
    </w:p>
    <w:p w14:paraId="1F81AD25" w14:textId="77777777" w:rsidR="00E51FBB" w:rsidRDefault="00000000" w:rsidP="0014214D">
      <w:pPr>
        <w:spacing w:after="0" w:line="240" w:lineRule="auto"/>
        <w:ind w:left="255"/>
      </w:pPr>
      <w:r>
        <w:rPr>
          <w:b/>
        </w:rPr>
        <w:t xml:space="preserve">3. </w:t>
      </w:r>
      <w:r>
        <w:t>Sigorta</w:t>
      </w:r>
    </w:p>
    <w:p w14:paraId="52F2466C" w14:textId="77777777" w:rsidR="0014214D" w:rsidRDefault="0014214D" w:rsidP="0014214D">
      <w:pPr>
        <w:spacing w:after="0" w:line="240" w:lineRule="auto"/>
        <w:ind w:left="255"/>
      </w:pPr>
    </w:p>
    <w:p w14:paraId="63D27E5A" w14:textId="6C3A1FBB" w:rsidR="00E51FBB" w:rsidRDefault="00000000">
      <w:pPr>
        <w:spacing w:after="20" w:line="240" w:lineRule="auto"/>
      </w:pPr>
      <w:r>
        <w:rPr>
          <w:b/>
        </w:rPr>
        <w:t xml:space="preserve">2. </w:t>
      </w:r>
      <w:r>
        <w:t>Aydınlatma devrelerinde yapılan kontrollerden üçünü yazınız.</w:t>
      </w:r>
      <w:r w:rsidR="0014214D">
        <w:t xml:space="preserve"> </w:t>
      </w:r>
      <w:r w:rsidR="0014214D">
        <w:t>(10 Puan)</w:t>
      </w:r>
    </w:p>
    <w:p w14:paraId="1D462394" w14:textId="77777777" w:rsidR="00E51FBB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Ampul kontrolü</w:t>
      </w:r>
    </w:p>
    <w:p w14:paraId="26CFB949" w14:textId="77777777" w:rsidR="00E51FBB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Sigorta kontrolü</w:t>
      </w:r>
    </w:p>
    <w:p w14:paraId="0A03FB2B" w14:textId="77777777" w:rsidR="00E51FBB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>Kablo ve soket kontrolü</w:t>
      </w:r>
    </w:p>
    <w:p w14:paraId="55C74556" w14:textId="1112701B" w:rsidR="00E51FBB" w:rsidRDefault="00000000">
      <w:pPr>
        <w:spacing w:after="20" w:line="240" w:lineRule="auto"/>
      </w:pPr>
      <w:r>
        <w:rPr>
          <w:b/>
        </w:rPr>
        <w:t xml:space="preserve">3. </w:t>
      </w:r>
      <w:r>
        <w:t>Fren lamba devresinin görevi nedir?</w:t>
      </w:r>
      <w:r w:rsidR="0014214D">
        <w:t xml:space="preserve"> </w:t>
      </w:r>
      <w:r w:rsidR="0014214D">
        <w:t>(10 Puan)</w:t>
      </w:r>
    </w:p>
    <w:p w14:paraId="6983EAFF" w14:textId="04DB164D" w:rsidR="0014214D" w:rsidRDefault="00000000" w:rsidP="0014214D">
      <w:pPr>
        <w:spacing w:after="20" w:line="240" w:lineRule="auto"/>
        <w:ind w:left="255"/>
      </w:pPr>
      <w:r>
        <w:t>Fren pedalına basıldığında arkadaki sürücülere aracın yavaşladığını bildirir.</w:t>
      </w:r>
    </w:p>
    <w:p w14:paraId="2FA6B025" w14:textId="513D965F" w:rsidR="00E51FBB" w:rsidRDefault="00000000" w:rsidP="0014214D">
      <w:pPr>
        <w:spacing w:after="20" w:line="240" w:lineRule="auto"/>
      </w:pPr>
      <w:r>
        <w:rPr>
          <w:b/>
        </w:rPr>
        <w:t xml:space="preserve">4. </w:t>
      </w:r>
      <w:r w:rsidR="0014214D">
        <w:t>Aşağıdaki resimde görülen sigorta panelinde numaralandırılmış elemanların isimlerini yazınız. (20 Puan)</w:t>
      </w:r>
    </w:p>
    <w:p w14:paraId="08551AAB" w14:textId="6D20535B" w:rsidR="0014214D" w:rsidRDefault="0014214D" w:rsidP="0014214D">
      <w:pPr>
        <w:spacing w:after="20" w:line="240" w:lineRule="auto"/>
      </w:pPr>
      <w:r>
        <w:rPr>
          <w:noProof/>
        </w:rPr>
        <w:drawing>
          <wp:inline distT="0" distB="0" distL="0" distR="0" wp14:anchorId="0C2AB9A1" wp14:editId="40E9E5CC">
            <wp:extent cx="4069080" cy="2690529"/>
            <wp:effectExtent l="0" t="0" r="7620" b="0"/>
            <wp:docPr id="117930399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30399" name="Resim 11793039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92277" cy="270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04A6B" w14:textId="0268E169" w:rsidR="00E51FBB" w:rsidRDefault="00000000">
      <w:pPr>
        <w:spacing w:after="20" w:line="240" w:lineRule="auto"/>
      </w:pPr>
      <w:r>
        <w:rPr>
          <w:b/>
        </w:rPr>
        <w:t xml:space="preserve">5. </w:t>
      </w:r>
      <w:r>
        <w:t>Kısa devrenin oluşturabileceği tehlikelerden üçünü yazınız.</w:t>
      </w:r>
      <w:r w:rsidR="0014214D">
        <w:t xml:space="preserve"> </w:t>
      </w:r>
      <w:r w:rsidR="0014214D">
        <w:t>(10 Puan)</w:t>
      </w:r>
    </w:p>
    <w:p w14:paraId="73F3AF94" w14:textId="77777777" w:rsidR="00E51FBB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Kabloların aşırı ısınması</w:t>
      </w:r>
    </w:p>
    <w:p w14:paraId="66A3B042" w14:textId="77777777" w:rsidR="00E51FBB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Sigortanın atması</w:t>
      </w:r>
    </w:p>
    <w:p w14:paraId="30ADB89B" w14:textId="77777777" w:rsidR="00E51FBB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>Yangın tehlikesi</w:t>
      </w:r>
    </w:p>
    <w:p w14:paraId="138FE9FA" w14:textId="5BD65F0D" w:rsidR="00E51FBB" w:rsidRDefault="00000000">
      <w:pPr>
        <w:spacing w:after="20" w:line="240" w:lineRule="auto"/>
      </w:pPr>
      <w:r>
        <w:rPr>
          <w:b/>
        </w:rPr>
        <w:t xml:space="preserve">6. </w:t>
      </w:r>
      <w:r>
        <w:t>Kontak anahtarının görevi nedir?</w:t>
      </w:r>
      <w:r w:rsidR="0014214D">
        <w:t xml:space="preserve"> </w:t>
      </w:r>
      <w:r w:rsidR="0014214D">
        <w:t>(10 Puan)</w:t>
      </w:r>
    </w:p>
    <w:p w14:paraId="130FE33B" w14:textId="77777777" w:rsidR="00E51FBB" w:rsidRDefault="00000000">
      <w:pPr>
        <w:spacing w:after="20" w:line="240" w:lineRule="auto"/>
        <w:ind w:left="255"/>
      </w:pPr>
      <w:r>
        <w:t>Elektrik devrelerini kumanda eder ve marş sisteminin çalıştırılmasını sağlar.</w:t>
      </w:r>
    </w:p>
    <w:p w14:paraId="17E60BE6" w14:textId="77777777" w:rsidR="0014214D" w:rsidRDefault="0014214D">
      <w:pPr>
        <w:spacing w:after="20" w:line="240" w:lineRule="auto"/>
        <w:ind w:left="255"/>
      </w:pPr>
    </w:p>
    <w:p w14:paraId="638D05E1" w14:textId="6351B08E" w:rsidR="00E51FBB" w:rsidRDefault="00000000">
      <w:pPr>
        <w:spacing w:after="20" w:line="240" w:lineRule="auto"/>
      </w:pPr>
      <w:r>
        <w:rPr>
          <w:b/>
        </w:rPr>
        <w:t xml:space="preserve">7. </w:t>
      </w:r>
      <w:r>
        <w:t>Marş devresinde kullanılan temel elemanlardan beşini yazınız.</w:t>
      </w:r>
      <w:r w:rsidR="0014214D">
        <w:t xml:space="preserve"> </w:t>
      </w:r>
      <w:r w:rsidR="0014214D">
        <w:t>(10 Puan)</w:t>
      </w:r>
    </w:p>
    <w:p w14:paraId="34277277" w14:textId="24B1DC22" w:rsidR="00E51FBB" w:rsidRDefault="00000000" w:rsidP="0014214D">
      <w:pPr>
        <w:spacing w:after="20" w:line="240" w:lineRule="auto"/>
        <w:ind w:left="255"/>
      </w:pPr>
      <w:r>
        <w:rPr>
          <w:b/>
        </w:rPr>
        <w:t xml:space="preserve">1. </w:t>
      </w:r>
      <w:r>
        <w:t>Akü</w:t>
      </w:r>
      <w:r w:rsidR="0014214D">
        <w:t xml:space="preserve">    </w:t>
      </w:r>
      <w:r w:rsidR="0014214D">
        <w:rPr>
          <w:b/>
        </w:rPr>
        <w:t xml:space="preserve">2. </w:t>
      </w:r>
      <w:r w:rsidR="0014214D">
        <w:t>Kontak anahtarı</w:t>
      </w:r>
      <w:r w:rsidR="0014214D">
        <w:t xml:space="preserve">    </w:t>
      </w:r>
      <w:r w:rsidR="0014214D">
        <w:rPr>
          <w:b/>
        </w:rPr>
        <w:t xml:space="preserve">3. </w:t>
      </w:r>
      <w:r w:rsidR="0014214D">
        <w:t>Marş selenoidi</w:t>
      </w:r>
      <w:r w:rsidR="0014214D">
        <w:t xml:space="preserve">    </w:t>
      </w:r>
      <w:r w:rsidR="0014214D">
        <w:rPr>
          <w:b/>
        </w:rPr>
        <w:t xml:space="preserve">4. </w:t>
      </w:r>
      <w:r w:rsidR="0014214D">
        <w:t>Marş motoru</w:t>
      </w:r>
      <w:r w:rsidR="0014214D">
        <w:t xml:space="preserve">  </w:t>
      </w:r>
      <w:r w:rsidR="0014214D">
        <w:rPr>
          <w:b/>
        </w:rPr>
        <w:t xml:space="preserve">5. </w:t>
      </w:r>
      <w:r w:rsidR="0014214D">
        <w:t>Bağlantı kabloları</w:t>
      </w:r>
    </w:p>
    <w:p w14:paraId="62983F29" w14:textId="77777777" w:rsidR="0014214D" w:rsidRDefault="0014214D" w:rsidP="0014214D">
      <w:pPr>
        <w:spacing w:after="20" w:line="240" w:lineRule="auto"/>
        <w:ind w:left="255"/>
      </w:pPr>
    </w:p>
    <w:p w14:paraId="1B7E5030" w14:textId="250E6B25" w:rsidR="00E51FBB" w:rsidRDefault="00000000">
      <w:pPr>
        <w:spacing w:after="20" w:line="240" w:lineRule="auto"/>
      </w:pPr>
      <w:r>
        <w:rPr>
          <w:b/>
        </w:rPr>
        <w:t xml:space="preserve">8. </w:t>
      </w:r>
      <w:r>
        <w:t>Marş motorunun sökülüp takılmasında dikkat edilecek hususlardan üç tanesini yazınız.</w:t>
      </w:r>
      <w:r w:rsidR="0014214D">
        <w:t xml:space="preserve"> </w:t>
      </w:r>
      <w:r w:rsidR="0014214D">
        <w:t>(10 Puan)</w:t>
      </w:r>
    </w:p>
    <w:p w14:paraId="57D70971" w14:textId="77777777" w:rsidR="00E51FBB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Akünün eksi kutup başını ayırmak</w:t>
      </w:r>
    </w:p>
    <w:p w14:paraId="6F92233E" w14:textId="77777777" w:rsidR="00E51FBB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Bağlantıları işaretlemek</w:t>
      </w:r>
    </w:p>
    <w:p w14:paraId="545EF0A4" w14:textId="77777777" w:rsidR="00E51FBB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>Bağlantı ve cıvataları uygun şekilde sıkmak</w:t>
      </w:r>
    </w:p>
    <w:p w14:paraId="57FE8FE4" w14:textId="3D185B36" w:rsidR="00E51FBB" w:rsidRDefault="00000000">
      <w:pPr>
        <w:spacing w:after="20" w:line="240" w:lineRule="auto"/>
      </w:pPr>
      <w:r>
        <w:rPr>
          <w:b/>
        </w:rPr>
        <w:t xml:space="preserve">10. </w:t>
      </w:r>
      <w:r>
        <w:t>Marş motorunun yavaş dönmesine neden olabilecek beş durumu yazınız.</w:t>
      </w:r>
      <w:r w:rsidR="0014214D">
        <w:t xml:space="preserve"> </w:t>
      </w:r>
      <w:r w:rsidR="0014214D">
        <w:t>(10 Puan)</w:t>
      </w:r>
    </w:p>
    <w:p w14:paraId="5BE30DB2" w14:textId="77777777" w:rsidR="00E51FBB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Akünün zayıf olması</w:t>
      </w:r>
    </w:p>
    <w:p w14:paraId="309146C6" w14:textId="77777777" w:rsidR="00E51FBB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Kutup başlarının gevşek olması</w:t>
      </w:r>
    </w:p>
    <w:p w14:paraId="5054DCFD" w14:textId="77777777" w:rsidR="00E51FBB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>Kablolarda direnç artışı</w:t>
      </w:r>
    </w:p>
    <w:p w14:paraId="62AEC58D" w14:textId="77777777" w:rsidR="00E51FBB" w:rsidRDefault="00000000">
      <w:pPr>
        <w:spacing w:after="20" w:line="240" w:lineRule="auto"/>
        <w:ind w:left="255"/>
      </w:pPr>
      <w:r>
        <w:rPr>
          <w:b/>
        </w:rPr>
        <w:t xml:space="preserve">4. </w:t>
      </w:r>
      <w:r>
        <w:t>Marş motorunda mekanik sıkışma</w:t>
      </w:r>
    </w:p>
    <w:p w14:paraId="65DDA4C9" w14:textId="77777777" w:rsidR="00E51FBB" w:rsidRDefault="00000000">
      <w:pPr>
        <w:spacing w:after="20" w:line="240" w:lineRule="auto"/>
        <w:ind w:left="255"/>
      </w:pPr>
      <w:r>
        <w:rPr>
          <w:b/>
        </w:rPr>
        <w:t xml:space="preserve">5. </w:t>
      </w:r>
      <w:r>
        <w:t>Fırça veya kolektör arızası</w:t>
      </w:r>
    </w:p>
    <w:sectPr w:rsidR="00E51FBB" w:rsidSect="00034616">
      <w:pgSz w:w="12240" w:h="15840"/>
      <w:pgMar w:top="680" w:right="680" w:bottom="680" w:left="68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0041391">
    <w:abstractNumId w:val="8"/>
  </w:num>
  <w:num w:numId="2" w16cid:durableId="1876233427">
    <w:abstractNumId w:val="6"/>
  </w:num>
  <w:num w:numId="3" w16cid:durableId="1349018351">
    <w:abstractNumId w:val="5"/>
  </w:num>
  <w:num w:numId="4" w16cid:durableId="884832456">
    <w:abstractNumId w:val="4"/>
  </w:num>
  <w:num w:numId="5" w16cid:durableId="1760056246">
    <w:abstractNumId w:val="7"/>
  </w:num>
  <w:num w:numId="6" w16cid:durableId="1249121557">
    <w:abstractNumId w:val="3"/>
  </w:num>
  <w:num w:numId="7" w16cid:durableId="614017802">
    <w:abstractNumId w:val="2"/>
  </w:num>
  <w:num w:numId="8" w16cid:durableId="1636637188">
    <w:abstractNumId w:val="1"/>
  </w:num>
  <w:num w:numId="9" w16cid:durableId="743527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214D"/>
    <w:rsid w:val="0015074B"/>
    <w:rsid w:val="0029639D"/>
    <w:rsid w:val="00326F90"/>
    <w:rsid w:val="008E3611"/>
    <w:rsid w:val="00985705"/>
    <w:rsid w:val="00AA1D8D"/>
    <w:rsid w:val="00B47730"/>
    <w:rsid w:val="00CB0664"/>
    <w:rsid w:val="00E51FB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C36538"/>
  <w14:defaultImageDpi w14:val="300"/>
  <w15:docId w15:val="{E35994B1-0921-4990-AB1D-C2D22608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2026-09-28T17:13:00Z</dcterms:modified>
  <cp:category/>
</cp:coreProperties>
</file>