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B9044" w14:textId="77777777" w:rsidR="006D2B9B" w:rsidRDefault="00000000" w:rsidP="00680004">
      <w:pPr>
        <w:spacing w:after="0" w:line="360" w:lineRule="auto"/>
        <w:jc w:val="center"/>
      </w:pPr>
      <w:r>
        <w:rPr>
          <w:b/>
          <w:sz w:val="24"/>
        </w:rPr>
        <w:t>YAHŞİHAN MESLEKİ EĞİTİM MERKEZİ</w:t>
      </w:r>
    </w:p>
    <w:p w14:paraId="5E5A6EC5" w14:textId="77777777" w:rsidR="006D2B9B" w:rsidRDefault="00000000" w:rsidP="00680004">
      <w:pPr>
        <w:spacing w:after="0" w:line="360" w:lineRule="auto"/>
        <w:jc w:val="center"/>
      </w:pPr>
      <w:r>
        <w:rPr>
          <w:b/>
          <w:sz w:val="24"/>
        </w:rPr>
        <w:t>2026/2027 EĞİTİM ÖĞRETİM YILI MOTORLU ARAÇLAR TEKNOLOJİSİ ALANI</w:t>
      </w:r>
    </w:p>
    <w:p w14:paraId="4E587540" w14:textId="77777777" w:rsidR="006D2B9B" w:rsidRDefault="00000000" w:rsidP="00680004">
      <w:pPr>
        <w:spacing w:after="0" w:line="360" w:lineRule="auto"/>
        <w:jc w:val="center"/>
      </w:pPr>
      <w:r>
        <w:rPr>
          <w:b/>
          <w:sz w:val="24"/>
        </w:rPr>
        <w:t>OTOMOTİV ELEKTRİK TEKNOLOJİSİ DERSİ 1. DÖNEM 2. YAZILI SINAVI - A GRUBU</w:t>
      </w:r>
    </w:p>
    <w:p w14:paraId="3296F17E" w14:textId="77777777" w:rsidR="006D2B9B" w:rsidRDefault="00000000" w:rsidP="00680004">
      <w:pPr>
        <w:spacing w:before="20" w:after="20" w:line="360" w:lineRule="auto"/>
      </w:pPr>
      <w:r>
        <w:rPr>
          <w:sz w:val="24"/>
        </w:rPr>
        <w:t>Adı Soyadı: ............................................................    Sınıfı/No: ....................    Aldığı Not: ............</w:t>
      </w:r>
    </w:p>
    <w:p w14:paraId="63BB2F0F" w14:textId="77777777" w:rsidR="006D2B9B" w:rsidRDefault="00000000">
      <w:pPr>
        <w:spacing w:after="20"/>
        <w:jc w:val="center"/>
      </w:pPr>
      <w:r>
        <w:rPr>
          <w:b/>
        </w:rPr>
        <w:t>SORULAR</w:t>
      </w:r>
    </w:p>
    <w:p w14:paraId="1F094CCF" w14:textId="77777777" w:rsidR="006D2B9B" w:rsidRDefault="00000000" w:rsidP="00680004">
      <w:pPr>
        <w:spacing w:after="20" w:line="360" w:lineRule="auto"/>
      </w:pPr>
      <w:r>
        <w:rPr>
          <w:b/>
        </w:rPr>
        <w:t xml:space="preserve">1. </w:t>
      </w:r>
      <w:r>
        <w:t>Şarj sisteminin görevlerinden üç tanesini yazınız.</w:t>
      </w:r>
    </w:p>
    <w:p w14:paraId="42D46C6D" w14:textId="77777777" w:rsidR="006D2B9B" w:rsidRDefault="00000000" w:rsidP="00680004">
      <w:pPr>
        <w:spacing w:after="20" w:line="360" w:lineRule="auto"/>
      </w:pPr>
      <w:r>
        <w:rPr>
          <w:b/>
        </w:rPr>
        <w:t xml:space="preserve">2. </w:t>
      </w:r>
      <w:r>
        <w:t>Şarj sisteminin temel parçalarından beşini yazınız.</w:t>
      </w:r>
    </w:p>
    <w:p w14:paraId="6A507985" w14:textId="77777777" w:rsidR="006D2B9B" w:rsidRDefault="00000000" w:rsidP="00680004">
      <w:pPr>
        <w:spacing w:after="20" w:line="360" w:lineRule="auto"/>
      </w:pPr>
      <w:r>
        <w:rPr>
          <w:b/>
        </w:rPr>
        <w:t xml:space="preserve">3. </w:t>
      </w:r>
      <w:r>
        <w:t>Alternatör kayışının görevi nedir?</w:t>
      </w:r>
    </w:p>
    <w:p w14:paraId="7709BAE8" w14:textId="1FA9C5C9" w:rsidR="006D2B9B" w:rsidRDefault="00680004" w:rsidP="00680004">
      <w:pPr>
        <w:spacing w:after="20" w:line="360" w:lineRule="auto"/>
      </w:pPr>
      <w:r>
        <w:rPr>
          <w:b/>
        </w:rPr>
        <w:t>4</w:t>
      </w:r>
      <w:r w:rsidR="00000000">
        <w:rPr>
          <w:b/>
        </w:rPr>
        <w:t xml:space="preserve">. </w:t>
      </w:r>
      <w:r w:rsidR="00000000">
        <w:t>Elektronik ateşleme sisteminin klasik ateşlemeye göre üstünlüklerinden beşini yazınız.</w:t>
      </w:r>
    </w:p>
    <w:p w14:paraId="4B543E82" w14:textId="5498A04E" w:rsidR="006D2B9B" w:rsidRDefault="00680004" w:rsidP="00680004">
      <w:pPr>
        <w:spacing w:after="20" w:line="360" w:lineRule="auto"/>
      </w:pPr>
      <w:r>
        <w:rPr>
          <w:b/>
        </w:rPr>
        <w:t>5</w:t>
      </w:r>
      <w:r w:rsidR="00000000">
        <w:rPr>
          <w:b/>
        </w:rPr>
        <w:t xml:space="preserve">. </w:t>
      </w:r>
      <w:r w:rsidR="00000000">
        <w:t>Platin kumandalı transistörlü ateşleme sisteminin temel görevi nedir?</w:t>
      </w:r>
    </w:p>
    <w:p w14:paraId="79EEE51A" w14:textId="14BF4BDF" w:rsidR="006D2B9B" w:rsidRDefault="00680004" w:rsidP="00680004">
      <w:pPr>
        <w:spacing w:after="20" w:line="360" w:lineRule="auto"/>
      </w:pPr>
      <w:r>
        <w:rPr>
          <w:b/>
        </w:rPr>
        <w:t>6</w:t>
      </w:r>
      <w:r w:rsidR="00000000">
        <w:rPr>
          <w:b/>
        </w:rPr>
        <w:t xml:space="preserve">. </w:t>
      </w:r>
      <w:r w:rsidR="00000000">
        <w:t>Endüktif vericili elektronik ateşleme sisteminin temel elemanlarından beşini yazınız.</w:t>
      </w:r>
    </w:p>
    <w:p w14:paraId="61E92505" w14:textId="17B99220" w:rsidR="00680004" w:rsidRDefault="00680004" w:rsidP="00680004">
      <w:pPr>
        <w:spacing w:after="20" w:line="360" w:lineRule="auto"/>
      </w:pPr>
      <w:r>
        <w:rPr>
          <w:b/>
        </w:rPr>
        <w:t>7</w:t>
      </w:r>
      <w:r w:rsidR="00000000">
        <w:rPr>
          <w:b/>
        </w:rPr>
        <w:t xml:space="preserve">. </w:t>
      </w:r>
      <w:r w:rsidR="00000000">
        <w:t xml:space="preserve">Hall etkili elektronik ateşleme sisteminde yapılabilecek </w:t>
      </w:r>
      <w:proofErr w:type="spellStart"/>
      <w:r w:rsidR="00000000">
        <w:t>kontrollerden</w:t>
      </w:r>
      <w:proofErr w:type="spellEnd"/>
      <w:r w:rsidR="00000000">
        <w:t xml:space="preserve"> </w:t>
      </w:r>
      <w:proofErr w:type="spellStart"/>
      <w:r w:rsidR="00000000">
        <w:t>üç</w:t>
      </w:r>
      <w:proofErr w:type="spellEnd"/>
      <w:r w:rsidR="00000000">
        <w:t xml:space="preserve"> </w:t>
      </w:r>
      <w:proofErr w:type="spellStart"/>
      <w:r w:rsidR="00000000">
        <w:t>tanesini</w:t>
      </w:r>
      <w:proofErr w:type="spellEnd"/>
      <w:r w:rsidR="00000000">
        <w:t xml:space="preserve"> </w:t>
      </w:r>
      <w:proofErr w:type="spellStart"/>
      <w:r w:rsidR="00000000">
        <w:t>yazınız</w:t>
      </w:r>
      <w:proofErr w:type="spellEnd"/>
      <w:r w:rsidR="00000000">
        <w:t>.</w:t>
      </w:r>
    </w:p>
    <w:p w14:paraId="5F1BE1A9" w14:textId="377578A0" w:rsidR="00680004" w:rsidRDefault="00680004" w:rsidP="00680004">
      <w:pPr>
        <w:spacing w:after="20" w:line="360" w:lineRule="auto"/>
      </w:pPr>
      <w:r>
        <w:rPr>
          <w:b/>
        </w:rPr>
        <w:t>8</w:t>
      </w:r>
      <w:r>
        <w:rPr>
          <w:b/>
        </w:rPr>
        <w:t xml:space="preserve">. </w:t>
      </w:r>
      <w:proofErr w:type="spellStart"/>
      <w:r>
        <w:t>Aşağıdaki</w:t>
      </w:r>
      <w:proofErr w:type="spellEnd"/>
      <w:r>
        <w:t xml:space="preserve"> </w:t>
      </w:r>
      <w:proofErr w:type="spellStart"/>
      <w:r>
        <w:t>resimde</w:t>
      </w:r>
      <w:proofErr w:type="spellEnd"/>
      <w:r>
        <w:t xml:space="preserve"> </w:t>
      </w:r>
      <w:proofErr w:type="spellStart"/>
      <w:r>
        <w:t>görülen</w:t>
      </w:r>
      <w:proofErr w:type="spellEnd"/>
      <w:r>
        <w:t xml:space="preserve"> </w:t>
      </w:r>
      <w:proofErr w:type="spellStart"/>
      <w:r>
        <w:t>alternatörün</w:t>
      </w:r>
      <w:proofErr w:type="spellEnd"/>
      <w:r>
        <w:t xml:space="preserve"> </w:t>
      </w:r>
      <w:proofErr w:type="spellStart"/>
      <w:r>
        <w:t>parçalarını</w:t>
      </w:r>
      <w:proofErr w:type="spellEnd"/>
      <w:r>
        <w:t xml:space="preserve"> </w:t>
      </w:r>
      <w:proofErr w:type="spellStart"/>
      <w:r>
        <w:t>yazınız</w:t>
      </w:r>
      <w:proofErr w:type="spellEnd"/>
      <w:r>
        <w:t>.</w:t>
      </w:r>
    </w:p>
    <w:p w14:paraId="379E839B" w14:textId="4273F56A" w:rsidR="00680004" w:rsidRDefault="00680004" w:rsidP="00680004">
      <w:pPr>
        <w:spacing w:after="20" w:line="360" w:lineRule="auto"/>
        <w:jc w:val="center"/>
      </w:pPr>
      <w:r>
        <w:rPr>
          <w:noProof/>
        </w:rPr>
        <w:drawing>
          <wp:inline distT="0" distB="0" distL="0" distR="0" wp14:anchorId="759AC2AA" wp14:editId="284EC17A">
            <wp:extent cx="4991100" cy="2851074"/>
            <wp:effectExtent l="0" t="0" r="0" b="6985"/>
            <wp:docPr id="1136518486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6518486" name="Resim 113651848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16007" cy="2865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49BA06" w14:textId="77777777" w:rsidR="006D2B9B" w:rsidRDefault="00000000" w:rsidP="00680004">
      <w:pPr>
        <w:spacing w:after="0"/>
        <w:ind w:left="7200" w:firstLine="720"/>
      </w:pPr>
      <w:proofErr w:type="spellStart"/>
      <w:r>
        <w:t>Başarılar</w:t>
      </w:r>
      <w:proofErr w:type="spellEnd"/>
    </w:p>
    <w:p w14:paraId="44724535" w14:textId="6914C107" w:rsidR="006D2B9B" w:rsidRDefault="00000000">
      <w:pPr>
        <w:spacing w:after="0"/>
      </w:pPr>
      <w:proofErr w:type="spellStart"/>
      <w:r>
        <w:rPr>
          <w:b/>
          <w:u w:val="single"/>
        </w:rPr>
        <w:t>Süre</w:t>
      </w:r>
      <w:proofErr w:type="spellEnd"/>
      <w:r>
        <w:rPr>
          <w:b/>
          <w:u w:val="single"/>
        </w:rPr>
        <w:t>:</w:t>
      </w:r>
      <w:r>
        <w:t xml:space="preserve"> 40 Dk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80004">
        <w:t xml:space="preserve">                      </w:t>
      </w:r>
      <w:proofErr w:type="spellStart"/>
      <w:proofErr w:type="gramStart"/>
      <w:r>
        <w:t>Mot.Arç.Tekn</w:t>
      </w:r>
      <w:proofErr w:type="spellEnd"/>
      <w:proofErr w:type="gramEnd"/>
      <w:r>
        <w:t xml:space="preserve"> Öğrt Abdullah YANIK</w:t>
      </w:r>
    </w:p>
    <w:p w14:paraId="35825B3A" w14:textId="77777777" w:rsidR="00680004" w:rsidRDefault="00680004">
      <w:pPr>
        <w:spacing w:after="0"/>
        <w:jc w:val="center"/>
        <w:rPr>
          <w:b/>
          <w:sz w:val="24"/>
        </w:rPr>
      </w:pPr>
    </w:p>
    <w:p w14:paraId="4A662D0C" w14:textId="77777777" w:rsidR="00680004" w:rsidRDefault="00680004">
      <w:pPr>
        <w:spacing w:after="0"/>
        <w:jc w:val="center"/>
        <w:rPr>
          <w:b/>
          <w:sz w:val="24"/>
        </w:rPr>
      </w:pPr>
    </w:p>
    <w:p w14:paraId="0B099BD9" w14:textId="77777777" w:rsidR="00680004" w:rsidRDefault="00680004">
      <w:pPr>
        <w:spacing w:after="0"/>
        <w:jc w:val="center"/>
        <w:rPr>
          <w:b/>
          <w:sz w:val="24"/>
        </w:rPr>
      </w:pPr>
    </w:p>
    <w:p w14:paraId="15882DA1" w14:textId="77777777" w:rsidR="00680004" w:rsidRDefault="00680004">
      <w:pPr>
        <w:spacing w:after="0"/>
        <w:jc w:val="center"/>
        <w:rPr>
          <w:b/>
          <w:sz w:val="24"/>
        </w:rPr>
      </w:pPr>
    </w:p>
    <w:p w14:paraId="71DAFEFB" w14:textId="77777777" w:rsidR="00680004" w:rsidRDefault="00680004">
      <w:pPr>
        <w:spacing w:after="0"/>
        <w:jc w:val="center"/>
        <w:rPr>
          <w:b/>
          <w:sz w:val="24"/>
        </w:rPr>
      </w:pPr>
    </w:p>
    <w:p w14:paraId="100E2F23" w14:textId="77777777" w:rsidR="00680004" w:rsidRDefault="00680004">
      <w:pPr>
        <w:spacing w:after="0"/>
        <w:jc w:val="center"/>
        <w:rPr>
          <w:b/>
          <w:sz w:val="24"/>
        </w:rPr>
      </w:pPr>
    </w:p>
    <w:p w14:paraId="40ED685E" w14:textId="77777777" w:rsidR="00680004" w:rsidRDefault="00680004">
      <w:pPr>
        <w:spacing w:after="0"/>
        <w:jc w:val="center"/>
        <w:rPr>
          <w:b/>
          <w:sz w:val="24"/>
        </w:rPr>
      </w:pPr>
    </w:p>
    <w:p w14:paraId="4B5979F2" w14:textId="77777777" w:rsidR="00680004" w:rsidRDefault="00680004">
      <w:pPr>
        <w:spacing w:after="0"/>
        <w:jc w:val="center"/>
        <w:rPr>
          <w:b/>
          <w:sz w:val="24"/>
        </w:rPr>
      </w:pPr>
    </w:p>
    <w:p w14:paraId="43A25645" w14:textId="77777777" w:rsidR="00680004" w:rsidRDefault="00680004">
      <w:pPr>
        <w:spacing w:after="0"/>
        <w:jc w:val="center"/>
        <w:rPr>
          <w:b/>
          <w:sz w:val="24"/>
        </w:rPr>
      </w:pPr>
    </w:p>
    <w:p w14:paraId="01CC4AAA" w14:textId="77777777" w:rsidR="00680004" w:rsidRDefault="00680004">
      <w:pPr>
        <w:spacing w:after="0"/>
        <w:jc w:val="center"/>
        <w:rPr>
          <w:b/>
          <w:sz w:val="24"/>
        </w:rPr>
      </w:pPr>
    </w:p>
    <w:p w14:paraId="142BC82A" w14:textId="77777777" w:rsidR="00680004" w:rsidRDefault="00680004">
      <w:pPr>
        <w:spacing w:after="0"/>
        <w:jc w:val="center"/>
        <w:rPr>
          <w:b/>
          <w:sz w:val="24"/>
        </w:rPr>
      </w:pPr>
    </w:p>
    <w:p w14:paraId="259A1726" w14:textId="77777777" w:rsidR="00680004" w:rsidRDefault="00680004">
      <w:pPr>
        <w:spacing w:after="0"/>
        <w:jc w:val="center"/>
        <w:rPr>
          <w:b/>
          <w:sz w:val="24"/>
        </w:rPr>
      </w:pPr>
    </w:p>
    <w:p w14:paraId="1BD6E880" w14:textId="6EAAB2CB" w:rsidR="006D2B9B" w:rsidRDefault="00000000">
      <w:pPr>
        <w:spacing w:after="0"/>
        <w:jc w:val="center"/>
      </w:pPr>
      <w:r>
        <w:rPr>
          <w:b/>
          <w:sz w:val="24"/>
        </w:rPr>
        <w:lastRenderedPageBreak/>
        <w:t>YAHŞİHAN MESLEKİ EĞİTİM MERKEZİ</w:t>
      </w:r>
    </w:p>
    <w:p w14:paraId="1EA22B2D" w14:textId="77777777" w:rsidR="006D2B9B" w:rsidRDefault="00000000">
      <w:pPr>
        <w:spacing w:after="0"/>
        <w:jc w:val="center"/>
      </w:pPr>
      <w:r>
        <w:rPr>
          <w:b/>
          <w:sz w:val="24"/>
        </w:rPr>
        <w:t>2026/2027 EĞİTİM ÖĞRETİM YILI MOTORLU ARAÇLAR TEKNOLOJİSİ ALANI</w:t>
      </w:r>
    </w:p>
    <w:p w14:paraId="4E5F2B6C" w14:textId="47A1635E" w:rsidR="006D2B9B" w:rsidRDefault="00000000">
      <w:pPr>
        <w:spacing w:after="0"/>
        <w:jc w:val="center"/>
        <w:rPr>
          <w:b/>
        </w:rPr>
      </w:pPr>
      <w:r>
        <w:rPr>
          <w:b/>
        </w:rPr>
        <w:t>OTOMOTİV ELEKTRİK TEKNOLOJİSİ DERSİ 1. DÖNEM 2. YAZILI SINAVI CEVAP ANAHTARI</w:t>
      </w:r>
    </w:p>
    <w:p w14:paraId="21BAADCA" w14:textId="77777777" w:rsidR="00680004" w:rsidRDefault="00680004">
      <w:pPr>
        <w:spacing w:after="0"/>
        <w:jc w:val="center"/>
      </w:pPr>
    </w:p>
    <w:p w14:paraId="3411B26A" w14:textId="77777777" w:rsidR="006D2B9B" w:rsidRDefault="00000000">
      <w:pPr>
        <w:spacing w:after="20" w:line="240" w:lineRule="auto"/>
      </w:pPr>
      <w:r>
        <w:rPr>
          <w:b/>
        </w:rPr>
        <w:t xml:space="preserve">1. </w:t>
      </w:r>
      <w:r>
        <w:t>Şarj sisteminin görevlerinden üç tanesini yazınız.</w:t>
      </w:r>
    </w:p>
    <w:p w14:paraId="25F660BB" w14:textId="77777777" w:rsidR="006D2B9B" w:rsidRDefault="00000000">
      <w:pPr>
        <w:spacing w:after="20" w:line="240" w:lineRule="auto"/>
        <w:ind w:left="255"/>
      </w:pPr>
      <w:r>
        <w:rPr>
          <w:b/>
        </w:rPr>
        <w:t xml:space="preserve">1. </w:t>
      </w:r>
      <w:r>
        <w:t>Aküyü şarj etmek</w:t>
      </w:r>
    </w:p>
    <w:p w14:paraId="77E99FB3" w14:textId="77777777" w:rsidR="006D2B9B" w:rsidRDefault="00000000">
      <w:pPr>
        <w:spacing w:after="20" w:line="240" w:lineRule="auto"/>
        <w:ind w:left="255"/>
      </w:pPr>
      <w:r>
        <w:rPr>
          <w:b/>
        </w:rPr>
        <w:t xml:space="preserve">2. </w:t>
      </w:r>
      <w:r>
        <w:t>Elektrikli alıcıları beslemek</w:t>
      </w:r>
    </w:p>
    <w:p w14:paraId="58A097F4" w14:textId="77777777" w:rsidR="006D2B9B" w:rsidRDefault="00000000">
      <w:pPr>
        <w:spacing w:after="20" w:line="240" w:lineRule="auto"/>
        <w:ind w:left="255"/>
      </w:pPr>
      <w:r>
        <w:rPr>
          <w:b/>
        </w:rPr>
        <w:t xml:space="preserve">3. </w:t>
      </w:r>
      <w:r>
        <w:t>Sistem gerilimini uygun değerde tutmak</w:t>
      </w:r>
    </w:p>
    <w:p w14:paraId="23F24448" w14:textId="77777777" w:rsidR="006D2B9B" w:rsidRDefault="00000000">
      <w:pPr>
        <w:spacing w:after="20" w:line="240" w:lineRule="auto"/>
      </w:pPr>
      <w:r>
        <w:rPr>
          <w:b/>
        </w:rPr>
        <w:t xml:space="preserve">2. </w:t>
      </w:r>
      <w:r>
        <w:t>Şarj sisteminin temel parçalarından beşini yazınız.</w:t>
      </w:r>
    </w:p>
    <w:p w14:paraId="2032536D" w14:textId="77777777" w:rsidR="006D2B9B" w:rsidRDefault="00000000">
      <w:pPr>
        <w:spacing w:after="20" w:line="240" w:lineRule="auto"/>
        <w:ind w:left="255"/>
      </w:pPr>
      <w:r>
        <w:rPr>
          <w:b/>
        </w:rPr>
        <w:t xml:space="preserve">1. </w:t>
      </w:r>
      <w:r>
        <w:t>Alternatör</w:t>
      </w:r>
    </w:p>
    <w:p w14:paraId="45B74B33" w14:textId="77777777" w:rsidR="006D2B9B" w:rsidRDefault="00000000">
      <w:pPr>
        <w:spacing w:after="20" w:line="240" w:lineRule="auto"/>
        <w:ind w:left="255"/>
      </w:pPr>
      <w:r>
        <w:rPr>
          <w:b/>
        </w:rPr>
        <w:t xml:space="preserve">2. </w:t>
      </w:r>
      <w:r>
        <w:t>Regülatör</w:t>
      </w:r>
    </w:p>
    <w:p w14:paraId="23CCABC3" w14:textId="77777777" w:rsidR="006D2B9B" w:rsidRDefault="00000000">
      <w:pPr>
        <w:spacing w:after="20" w:line="240" w:lineRule="auto"/>
        <w:ind w:left="255"/>
      </w:pPr>
      <w:r>
        <w:rPr>
          <w:b/>
        </w:rPr>
        <w:t xml:space="preserve">3. </w:t>
      </w:r>
      <w:r>
        <w:t>Akü</w:t>
      </w:r>
    </w:p>
    <w:p w14:paraId="7DE60F35" w14:textId="77777777" w:rsidR="006D2B9B" w:rsidRDefault="00000000">
      <w:pPr>
        <w:spacing w:after="20" w:line="240" w:lineRule="auto"/>
        <w:ind w:left="255"/>
      </w:pPr>
      <w:r>
        <w:rPr>
          <w:b/>
        </w:rPr>
        <w:t xml:space="preserve">4. </w:t>
      </w:r>
      <w:r>
        <w:t>Şarj ikaz lambası</w:t>
      </w:r>
    </w:p>
    <w:p w14:paraId="7DE26D5F" w14:textId="77777777" w:rsidR="006D2B9B" w:rsidRDefault="00000000">
      <w:pPr>
        <w:spacing w:after="20" w:line="240" w:lineRule="auto"/>
        <w:ind w:left="255"/>
      </w:pPr>
      <w:r>
        <w:rPr>
          <w:b/>
        </w:rPr>
        <w:t xml:space="preserve">5. </w:t>
      </w:r>
      <w:r>
        <w:t>Bağlantı kabloları</w:t>
      </w:r>
    </w:p>
    <w:p w14:paraId="728ABEEF" w14:textId="77777777" w:rsidR="006D2B9B" w:rsidRDefault="00000000">
      <w:pPr>
        <w:spacing w:after="20" w:line="240" w:lineRule="auto"/>
      </w:pPr>
      <w:r>
        <w:rPr>
          <w:b/>
        </w:rPr>
        <w:t xml:space="preserve">3. </w:t>
      </w:r>
      <w:r>
        <w:t>Alternatör kayışının görevi nedir?</w:t>
      </w:r>
    </w:p>
    <w:p w14:paraId="4FCBC68B" w14:textId="77777777" w:rsidR="006D2B9B" w:rsidRDefault="00000000">
      <w:pPr>
        <w:spacing w:after="20" w:line="240" w:lineRule="auto"/>
        <w:ind w:left="255"/>
      </w:pPr>
      <w:r>
        <w:t>Motorun dönme hareketini alternatöre iletmektir.</w:t>
      </w:r>
    </w:p>
    <w:p w14:paraId="2B7C8270" w14:textId="53D7E3F8" w:rsidR="006D2B9B" w:rsidRDefault="00680004">
      <w:pPr>
        <w:spacing w:after="20" w:line="240" w:lineRule="auto"/>
      </w:pPr>
      <w:r>
        <w:rPr>
          <w:b/>
        </w:rPr>
        <w:t>4</w:t>
      </w:r>
      <w:r w:rsidR="00000000">
        <w:rPr>
          <w:b/>
        </w:rPr>
        <w:t xml:space="preserve">. </w:t>
      </w:r>
      <w:r w:rsidR="00000000">
        <w:t>Elektronik ateşleme sisteminin klasik ateşlemeye göre üstünlüklerinden beşini yazınız.</w:t>
      </w:r>
    </w:p>
    <w:p w14:paraId="62A4D8DA" w14:textId="77777777" w:rsidR="006D2B9B" w:rsidRDefault="00000000">
      <w:pPr>
        <w:spacing w:after="20" w:line="240" w:lineRule="auto"/>
        <w:ind w:left="255"/>
      </w:pPr>
      <w:r>
        <w:rPr>
          <w:b/>
        </w:rPr>
        <w:t xml:space="preserve">1. </w:t>
      </w:r>
      <w:r>
        <w:t>Daha güçlü kıvılcım</w:t>
      </w:r>
    </w:p>
    <w:p w14:paraId="69201F0D" w14:textId="77777777" w:rsidR="006D2B9B" w:rsidRDefault="00000000">
      <w:pPr>
        <w:spacing w:after="20" w:line="240" w:lineRule="auto"/>
        <w:ind w:left="255"/>
      </w:pPr>
      <w:r>
        <w:rPr>
          <w:b/>
        </w:rPr>
        <w:t xml:space="preserve">2. </w:t>
      </w:r>
      <w:r>
        <w:t>Daha az bakım</w:t>
      </w:r>
    </w:p>
    <w:p w14:paraId="1054193B" w14:textId="77777777" w:rsidR="006D2B9B" w:rsidRDefault="00000000">
      <w:pPr>
        <w:spacing w:after="20" w:line="240" w:lineRule="auto"/>
        <w:ind w:left="255"/>
      </w:pPr>
      <w:r>
        <w:rPr>
          <w:b/>
        </w:rPr>
        <w:t xml:space="preserve">3. </w:t>
      </w:r>
      <w:r>
        <w:t>Yüksek devirlerde düzenli çalışma</w:t>
      </w:r>
    </w:p>
    <w:p w14:paraId="0558A84E" w14:textId="77777777" w:rsidR="006D2B9B" w:rsidRDefault="00000000">
      <w:pPr>
        <w:spacing w:after="20" w:line="240" w:lineRule="auto"/>
        <w:ind w:left="255"/>
      </w:pPr>
      <w:r>
        <w:rPr>
          <w:b/>
        </w:rPr>
        <w:t xml:space="preserve">4. </w:t>
      </w:r>
      <w:r>
        <w:t>Daha hassas ateşleme zamanı</w:t>
      </w:r>
    </w:p>
    <w:p w14:paraId="353D70D5" w14:textId="77777777" w:rsidR="006D2B9B" w:rsidRDefault="00000000">
      <w:pPr>
        <w:spacing w:after="20" w:line="240" w:lineRule="auto"/>
        <w:ind w:left="255"/>
      </w:pPr>
      <w:r>
        <w:rPr>
          <w:b/>
        </w:rPr>
        <w:t xml:space="preserve">5. </w:t>
      </w:r>
      <w:r>
        <w:t>Kontak aşınmasının azalması</w:t>
      </w:r>
    </w:p>
    <w:p w14:paraId="111E7393" w14:textId="7D9B0C58" w:rsidR="006D2B9B" w:rsidRDefault="00680004">
      <w:pPr>
        <w:spacing w:after="20" w:line="240" w:lineRule="auto"/>
      </w:pPr>
      <w:r>
        <w:rPr>
          <w:b/>
        </w:rPr>
        <w:t>5</w:t>
      </w:r>
      <w:r w:rsidR="00000000">
        <w:rPr>
          <w:b/>
        </w:rPr>
        <w:t xml:space="preserve">. </w:t>
      </w:r>
      <w:r w:rsidR="00000000">
        <w:t>Platin kumandalı transistörlü ateşleme sisteminin temel görevi nedir?</w:t>
      </w:r>
    </w:p>
    <w:p w14:paraId="584479DC" w14:textId="77777777" w:rsidR="006D2B9B" w:rsidRDefault="00000000">
      <w:pPr>
        <w:spacing w:after="20" w:line="240" w:lineRule="auto"/>
        <w:ind w:left="255"/>
      </w:pPr>
      <w:r>
        <w:t>Ateşleme bobini primer akımını transistör üzerinden kumanda ederek bujilerde kıvılcım oluşturulmasını sağlar.</w:t>
      </w:r>
    </w:p>
    <w:p w14:paraId="5603D43F" w14:textId="6294170A" w:rsidR="006D2B9B" w:rsidRDefault="00680004">
      <w:pPr>
        <w:spacing w:after="20" w:line="240" w:lineRule="auto"/>
      </w:pPr>
      <w:r>
        <w:rPr>
          <w:b/>
        </w:rPr>
        <w:t>6</w:t>
      </w:r>
      <w:r w:rsidR="00000000">
        <w:rPr>
          <w:b/>
        </w:rPr>
        <w:t xml:space="preserve">. </w:t>
      </w:r>
      <w:r w:rsidR="00000000">
        <w:t>Endüktif vericili elektronik ateşleme sisteminin temel elemanlarından beşini yazınız.</w:t>
      </w:r>
    </w:p>
    <w:p w14:paraId="6BF2613B" w14:textId="77777777" w:rsidR="006D2B9B" w:rsidRDefault="00000000">
      <w:pPr>
        <w:spacing w:after="20" w:line="240" w:lineRule="auto"/>
        <w:ind w:left="255"/>
      </w:pPr>
      <w:r>
        <w:rPr>
          <w:b/>
        </w:rPr>
        <w:t xml:space="preserve">1. </w:t>
      </w:r>
      <w:r>
        <w:t>Endüktif verici</w:t>
      </w:r>
    </w:p>
    <w:p w14:paraId="4C89074C" w14:textId="77777777" w:rsidR="006D2B9B" w:rsidRDefault="00000000">
      <w:pPr>
        <w:spacing w:after="20" w:line="240" w:lineRule="auto"/>
        <w:ind w:left="255"/>
      </w:pPr>
      <w:r>
        <w:rPr>
          <w:b/>
        </w:rPr>
        <w:t xml:space="preserve">2. </w:t>
      </w:r>
      <w:r>
        <w:t>Elektronik kontrol ünitesi</w:t>
      </w:r>
    </w:p>
    <w:p w14:paraId="3FE9D9FB" w14:textId="77777777" w:rsidR="006D2B9B" w:rsidRDefault="00000000">
      <w:pPr>
        <w:spacing w:after="20" w:line="240" w:lineRule="auto"/>
        <w:ind w:left="255"/>
      </w:pPr>
      <w:r>
        <w:rPr>
          <w:b/>
        </w:rPr>
        <w:t xml:space="preserve">3. </w:t>
      </w:r>
      <w:r>
        <w:t>Ateşleme bobini</w:t>
      </w:r>
    </w:p>
    <w:p w14:paraId="095C5731" w14:textId="77777777" w:rsidR="006D2B9B" w:rsidRDefault="00000000">
      <w:pPr>
        <w:spacing w:after="20" w:line="240" w:lineRule="auto"/>
        <w:ind w:left="255"/>
      </w:pPr>
      <w:r>
        <w:rPr>
          <w:b/>
        </w:rPr>
        <w:t xml:space="preserve">4. </w:t>
      </w:r>
      <w:r>
        <w:t>Distribütör</w:t>
      </w:r>
    </w:p>
    <w:p w14:paraId="3689A095" w14:textId="77777777" w:rsidR="006D2B9B" w:rsidRDefault="00000000">
      <w:pPr>
        <w:spacing w:after="20" w:line="240" w:lineRule="auto"/>
        <w:ind w:left="255"/>
      </w:pPr>
      <w:r>
        <w:rPr>
          <w:b/>
        </w:rPr>
        <w:t xml:space="preserve">5. </w:t>
      </w:r>
      <w:r>
        <w:t>Bujiler</w:t>
      </w:r>
    </w:p>
    <w:p w14:paraId="56A22393" w14:textId="79AEBF5E" w:rsidR="006D2B9B" w:rsidRDefault="00680004">
      <w:pPr>
        <w:spacing w:after="20" w:line="240" w:lineRule="auto"/>
      </w:pPr>
      <w:r>
        <w:rPr>
          <w:b/>
        </w:rPr>
        <w:t>7</w:t>
      </w:r>
      <w:r w:rsidR="00000000">
        <w:rPr>
          <w:b/>
        </w:rPr>
        <w:t xml:space="preserve">. </w:t>
      </w:r>
      <w:r w:rsidR="00000000">
        <w:t>Hall etkili elektronik ateşleme sisteminde yapılabilecek kontrollerden üç tanesini yazınız.</w:t>
      </w:r>
    </w:p>
    <w:p w14:paraId="253BAF9F" w14:textId="77777777" w:rsidR="006D2B9B" w:rsidRDefault="00000000">
      <w:pPr>
        <w:spacing w:after="20" w:line="240" w:lineRule="auto"/>
        <w:ind w:left="255"/>
      </w:pPr>
      <w:r>
        <w:rPr>
          <w:b/>
        </w:rPr>
        <w:t xml:space="preserve">1. </w:t>
      </w:r>
      <w:r>
        <w:t>Besleme gerilimi kontrolü</w:t>
      </w:r>
    </w:p>
    <w:p w14:paraId="7DCD2BD8" w14:textId="77777777" w:rsidR="006D2B9B" w:rsidRDefault="00000000">
      <w:pPr>
        <w:spacing w:after="20" w:line="240" w:lineRule="auto"/>
        <w:ind w:left="255"/>
      </w:pPr>
      <w:r>
        <w:rPr>
          <w:b/>
        </w:rPr>
        <w:t xml:space="preserve">2. </w:t>
      </w:r>
      <w:r>
        <w:t>Sensör sinyali kontrolü</w:t>
      </w:r>
    </w:p>
    <w:p w14:paraId="4317E971" w14:textId="77777777" w:rsidR="006D2B9B" w:rsidRDefault="00000000">
      <w:pPr>
        <w:spacing w:after="20" w:line="240" w:lineRule="auto"/>
        <w:ind w:left="255"/>
      </w:pPr>
      <w:r>
        <w:rPr>
          <w:b/>
        </w:rPr>
        <w:t xml:space="preserve">3. </w:t>
      </w:r>
      <w:proofErr w:type="spellStart"/>
      <w:r>
        <w:t>Kablo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soket</w:t>
      </w:r>
      <w:proofErr w:type="spellEnd"/>
      <w:r>
        <w:t xml:space="preserve"> </w:t>
      </w:r>
      <w:proofErr w:type="spellStart"/>
      <w:r>
        <w:t>kontrolü</w:t>
      </w:r>
      <w:proofErr w:type="spellEnd"/>
    </w:p>
    <w:p w14:paraId="49AB3868" w14:textId="77777777" w:rsidR="00680004" w:rsidRDefault="00680004" w:rsidP="00680004">
      <w:pPr>
        <w:spacing w:after="20" w:line="360" w:lineRule="auto"/>
      </w:pPr>
      <w:r>
        <w:rPr>
          <w:b/>
        </w:rPr>
        <w:t xml:space="preserve">8. </w:t>
      </w:r>
      <w:proofErr w:type="spellStart"/>
      <w:r>
        <w:t>Aşağıdaki</w:t>
      </w:r>
      <w:proofErr w:type="spellEnd"/>
      <w:r>
        <w:t xml:space="preserve"> </w:t>
      </w:r>
      <w:proofErr w:type="spellStart"/>
      <w:r>
        <w:t>resimde</w:t>
      </w:r>
      <w:proofErr w:type="spellEnd"/>
      <w:r>
        <w:t xml:space="preserve"> </w:t>
      </w:r>
      <w:proofErr w:type="spellStart"/>
      <w:r>
        <w:t>görülen</w:t>
      </w:r>
      <w:proofErr w:type="spellEnd"/>
      <w:r>
        <w:t xml:space="preserve"> </w:t>
      </w:r>
      <w:proofErr w:type="spellStart"/>
      <w:r>
        <w:t>alternatörün</w:t>
      </w:r>
      <w:proofErr w:type="spellEnd"/>
      <w:r>
        <w:t xml:space="preserve"> </w:t>
      </w:r>
      <w:proofErr w:type="spellStart"/>
      <w:r>
        <w:t>parçalarını</w:t>
      </w:r>
      <w:proofErr w:type="spellEnd"/>
      <w:r>
        <w:t xml:space="preserve"> </w:t>
      </w:r>
      <w:proofErr w:type="spellStart"/>
      <w:r>
        <w:t>yazınız</w:t>
      </w:r>
      <w:proofErr w:type="spellEnd"/>
      <w:r>
        <w:t>.</w:t>
      </w:r>
    </w:p>
    <w:p w14:paraId="29F649FF" w14:textId="34247729" w:rsidR="00680004" w:rsidRDefault="00680004" w:rsidP="00680004">
      <w:pPr>
        <w:spacing w:after="20" w:line="240" w:lineRule="auto"/>
        <w:jc w:val="center"/>
      </w:pPr>
      <w:r>
        <w:rPr>
          <w:noProof/>
        </w:rPr>
        <w:drawing>
          <wp:inline distT="0" distB="0" distL="0" distR="0" wp14:anchorId="75FC2965" wp14:editId="41933692">
            <wp:extent cx="4032803" cy="2636520"/>
            <wp:effectExtent l="0" t="0" r="6350" b="0"/>
            <wp:docPr id="1517653645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7653645" name="Resim 1517653645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43836" cy="2643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80004" w:rsidSect="00034616">
      <w:pgSz w:w="12240" w:h="15840"/>
      <w:pgMar w:top="680" w:right="680" w:bottom="680" w:left="680" w:header="283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02337971">
    <w:abstractNumId w:val="8"/>
  </w:num>
  <w:num w:numId="2" w16cid:durableId="1737702167">
    <w:abstractNumId w:val="6"/>
  </w:num>
  <w:num w:numId="3" w16cid:durableId="2144351099">
    <w:abstractNumId w:val="5"/>
  </w:num>
  <w:num w:numId="4" w16cid:durableId="576407316">
    <w:abstractNumId w:val="4"/>
  </w:num>
  <w:num w:numId="5" w16cid:durableId="748313548">
    <w:abstractNumId w:val="7"/>
  </w:num>
  <w:num w:numId="6" w16cid:durableId="1724669785">
    <w:abstractNumId w:val="3"/>
  </w:num>
  <w:num w:numId="7" w16cid:durableId="1738354842">
    <w:abstractNumId w:val="2"/>
  </w:num>
  <w:num w:numId="8" w16cid:durableId="757361262">
    <w:abstractNumId w:val="1"/>
  </w:num>
  <w:num w:numId="9" w16cid:durableId="2282676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80004"/>
    <w:rsid w:val="006D2B9B"/>
    <w:rsid w:val="008E3611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2BE6FE"/>
  <w14:defaultImageDpi w14:val="300"/>
  <w15:docId w15:val="{E35994B1-0921-4990-AB1D-C2D226081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350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2</cp:revision>
  <dcterms:created xsi:type="dcterms:W3CDTF">2013-12-23T23:15:00Z</dcterms:created>
  <dcterms:modified xsi:type="dcterms:W3CDTF">2026-09-28T17:26:00Z</dcterms:modified>
  <cp:category/>
</cp:coreProperties>
</file>