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7DF8" w14:textId="77777777" w:rsidR="007E7073" w:rsidRDefault="00000000" w:rsidP="000D5403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376F8150" w14:textId="77777777" w:rsidR="007E7073" w:rsidRDefault="00000000" w:rsidP="000D5403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4BC0BB52" w14:textId="70309D1B" w:rsidR="007E7073" w:rsidRDefault="00000000" w:rsidP="000D5403">
      <w:pPr>
        <w:spacing w:after="0" w:line="360" w:lineRule="auto"/>
        <w:jc w:val="center"/>
      </w:pPr>
      <w:r>
        <w:rPr>
          <w:b/>
          <w:sz w:val="24"/>
        </w:rPr>
        <w:t>OTOMOTİV ELEKTRİK TEKNOLOJİSİ DERSİ 2. DÖNEM 2. YAZILI SINAVI</w:t>
      </w:r>
    </w:p>
    <w:p w14:paraId="3BDF09CA" w14:textId="77777777" w:rsidR="007E7073" w:rsidRDefault="00000000" w:rsidP="000D5403">
      <w:pPr>
        <w:spacing w:before="20" w:after="20" w:line="360" w:lineRule="auto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76874B6B" w14:textId="77777777" w:rsidR="007E7073" w:rsidRDefault="00000000">
      <w:pPr>
        <w:spacing w:after="20"/>
        <w:jc w:val="center"/>
      </w:pPr>
      <w:r>
        <w:rPr>
          <w:b/>
        </w:rPr>
        <w:t>SORULAR</w:t>
      </w:r>
    </w:p>
    <w:p w14:paraId="3F653B30" w14:textId="5643CDF9" w:rsidR="007E7073" w:rsidRDefault="00000000" w:rsidP="000D5403">
      <w:pPr>
        <w:spacing w:after="20" w:line="360" w:lineRule="auto"/>
      </w:pPr>
      <w:r>
        <w:rPr>
          <w:b/>
        </w:rPr>
        <w:t xml:space="preserve">1. </w:t>
      </w:r>
      <w:r>
        <w:t>Kalorifer sisteminin temel parçalarından beşini yazınız.</w:t>
      </w:r>
      <w:r w:rsidR="000D5403">
        <w:t xml:space="preserve"> </w:t>
      </w:r>
      <w:r w:rsidR="000D5403">
        <w:t>(20 Puan)</w:t>
      </w:r>
    </w:p>
    <w:p w14:paraId="7070E577" w14:textId="2CF6F734" w:rsidR="007E7073" w:rsidRDefault="000D5403" w:rsidP="000D5403">
      <w:pPr>
        <w:spacing w:after="20" w:line="36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>Gösterge panelinde bulunan uyarı ve göstergelerden beşini yazınız.</w:t>
      </w:r>
      <w:r>
        <w:t xml:space="preserve"> </w:t>
      </w:r>
      <w:r>
        <w:t>(20 Puan)</w:t>
      </w:r>
    </w:p>
    <w:p w14:paraId="362002FD" w14:textId="5A946763" w:rsidR="007E7073" w:rsidRDefault="000D5403" w:rsidP="000D5403">
      <w:pPr>
        <w:spacing w:after="20" w:line="36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>İmmobilizer sisteminin görevi nedir?</w:t>
      </w:r>
      <w:r>
        <w:t xml:space="preserve"> </w:t>
      </w:r>
      <w:r>
        <w:t>(</w:t>
      </w:r>
      <w:r>
        <w:t>1</w:t>
      </w:r>
      <w:r>
        <w:t>0 Puan)</w:t>
      </w:r>
    </w:p>
    <w:p w14:paraId="20E665EE" w14:textId="6A43F423" w:rsidR="007E7073" w:rsidRDefault="000D5403" w:rsidP="000D5403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Uzaktan kumanda sisteminin görevlerinden üç tanesini yazınız.</w:t>
      </w:r>
      <w:r>
        <w:t xml:space="preserve"> </w:t>
      </w:r>
      <w:r>
        <w:t>(20 Puan)</w:t>
      </w:r>
    </w:p>
    <w:p w14:paraId="41E11455" w14:textId="193F9171" w:rsidR="007E7073" w:rsidRDefault="000D5403" w:rsidP="000D5403">
      <w:pPr>
        <w:spacing w:after="20" w:line="36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Alarm sisteminin temel parçalarından beşini yazınız.</w:t>
      </w:r>
      <w:r>
        <w:t xml:space="preserve"> </w:t>
      </w:r>
      <w:r>
        <w:t>(20 Puan)</w:t>
      </w:r>
    </w:p>
    <w:p w14:paraId="29538313" w14:textId="5B058D5D" w:rsidR="007E7073" w:rsidRDefault="000D5403" w:rsidP="000D5403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Airbag sisteminin görevi nedir?</w:t>
      </w:r>
      <w:r>
        <w:t xml:space="preserve"> </w:t>
      </w:r>
      <w:r>
        <w:t>(</w:t>
      </w:r>
      <w:r>
        <w:t>1</w:t>
      </w:r>
      <w:r>
        <w:t>0 Puan)</w:t>
      </w:r>
    </w:p>
    <w:p w14:paraId="03D8445A" w14:textId="77777777" w:rsidR="007E7073" w:rsidRDefault="00000000" w:rsidP="000D5403">
      <w:pPr>
        <w:spacing w:after="0"/>
        <w:ind w:left="5040" w:firstLine="720"/>
        <w:jc w:val="center"/>
      </w:pPr>
      <w:r>
        <w:t>Başarılar</w:t>
      </w:r>
    </w:p>
    <w:p w14:paraId="1AC2D902" w14:textId="4024031C" w:rsidR="007E7073" w:rsidRDefault="00000000">
      <w:pPr>
        <w:spacing w:after="0"/>
      </w:pPr>
      <w:r>
        <w:rPr>
          <w:b/>
          <w:u w:val="single"/>
        </w:rPr>
        <w:t>Süre: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5403">
        <w:tab/>
      </w:r>
      <w:r w:rsidR="000D5403">
        <w:tab/>
      </w:r>
      <w:r>
        <w:t>Mot.Arç.Tekn Öğrt Abdullah YANIK</w:t>
      </w:r>
    </w:p>
    <w:p w14:paraId="2727FFE7" w14:textId="77777777" w:rsidR="000D5403" w:rsidRDefault="000D5403">
      <w:pPr>
        <w:spacing w:after="0"/>
        <w:jc w:val="center"/>
        <w:rPr>
          <w:b/>
          <w:sz w:val="24"/>
        </w:rPr>
      </w:pPr>
    </w:p>
    <w:p w14:paraId="0A6F3C2C" w14:textId="77777777" w:rsidR="000D5403" w:rsidRDefault="000D5403">
      <w:pPr>
        <w:spacing w:after="0"/>
        <w:jc w:val="center"/>
        <w:rPr>
          <w:b/>
          <w:sz w:val="24"/>
        </w:rPr>
      </w:pPr>
    </w:p>
    <w:p w14:paraId="662C35C6" w14:textId="77777777" w:rsidR="000D5403" w:rsidRDefault="000D5403">
      <w:pPr>
        <w:spacing w:after="0"/>
        <w:jc w:val="center"/>
        <w:rPr>
          <w:b/>
          <w:sz w:val="24"/>
        </w:rPr>
      </w:pPr>
    </w:p>
    <w:p w14:paraId="33C35C1D" w14:textId="77777777" w:rsidR="000D5403" w:rsidRDefault="000D5403">
      <w:pPr>
        <w:spacing w:after="0"/>
        <w:jc w:val="center"/>
        <w:rPr>
          <w:b/>
          <w:sz w:val="24"/>
        </w:rPr>
      </w:pPr>
    </w:p>
    <w:p w14:paraId="0018A5EF" w14:textId="77777777" w:rsidR="000D5403" w:rsidRDefault="000D5403">
      <w:pPr>
        <w:spacing w:after="0"/>
        <w:jc w:val="center"/>
        <w:rPr>
          <w:b/>
          <w:sz w:val="24"/>
        </w:rPr>
      </w:pPr>
    </w:p>
    <w:p w14:paraId="0C44C1A3" w14:textId="77777777" w:rsidR="000D5403" w:rsidRDefault="000D5403">
      <w:pPr>
        <w:spacing w:after="0"/>
        <w:jc w:val="center"/>
        <w:rPr>
          <w:b/>
          <w:sz w:val="24"/>
        </w:rPr>
      </w:pPr>
    </w:p>
    <w:p w14:paraId="5E3E3C93" w14:textId="77777777" w:rsidR="000D5403" w:rsidRDefault="000D5403">
      <w:pPr>
        <w:spacing w:after="0"/>
        <w:jc w:val="center"/>
        <w:rPr>
          <w:b/>
          <w:sz w:val="24"/>
        </w:rPr>
      </w:pPr>
    </w:p>
    <w:p w14:paraId="5B3F5EF3" w14:textId="77777777" w:rsidR="000D5403" w:rsidRDefault="000D5403">
      <w:pPr>
        <w:spacing w:after="0"/>
        <w:jc w:val="center"/>
        <w:rPr>
          <w:b/>
          <w:sz w:val="24"/>
        </w:rPr>
      </w:pPr>
    </w:p>
    <w:p w14:paraId="5E26F0AF" w14:textId="77777777" w:rsidR="000D5403" w:rsidRDefault="000D5403">
      <w:pPr>
        <w:spacing w:after="0"/>
        <w:jc w:val="center"/>
        <w:rPr>
          <w:b/>
          <w:sz w:val="24"/>
        </w:rPr>
      </w:pPr>
    </w:p>
    <w:p w14:paraId="05BCD351" w14:textId="77777777" w:rsidR="000D5403" w:rsidRDefault="000D5403">
      <w:pPr>
        <w:spacing w:after="0"/>
        <w:jc w:val="center"/>
        <w:rPr>
          <w:b/>
          <w:sz w:val="24"/>
        </w:rPr>
      </w:pPr>
    </w:p>
    <w:p w14:paraId="769AB443" w14:textId="77777777" w:rsidR="000D5403" w:rsidRDefault="000D5403">
      <w:pPr>
        <w:spacing w:after="0"/>
        <w:jc w:val="center"/>
        <w:rPr>
          <w:b/>
          <w:sz w:val="24"/>
        </w:rPr>
      </w:pPr>
    </w:p>
    <w:p w14:paraId="00351DCD" w14:textId="77777777" w:rsidR="000D5403" w:rsidRDefault="000D5403">
      <w:pPr>
        <w:spacing w:after="0"/>
        <w:jc w:val="center"/>
        <w:rPr>
          <w:b/>
          <w:sz w:val="24"/>
        </w:rPr>
      </w:pPr>
    </w:p>
    <w:p w14:paraId="6BD9A3C6" w14:textId="77777777" w:rsidR="000D5403" w:rsidRDefault="000D5403">
      <w:pPr>
        <w:spacing w:after="0"/>
        <w:jc w:val="center"/>
        <w:rPr>
          <w:b/>
          <w:sz w:val="24"/>
        </w:rPr>
      </w:pPr>
    </w:p>
    <w:p w14:paraId="4241437A" w14:textId="77777777" w:rsidR="000D5403" w:rsidRDefault="000D5403">
      <w:pPr>
        <w:spacing w:after="0"/>
        <w:jc w:val="center"/>
        <w:rPr>
          <w:b/>
          <w:sz w:val="24"/>
        </w:rPr>
      </w:pPr>
    </w:p>
    <w:p w14:paraId="4359E021" w14:textId="77777777" w:rsidR="000D5403" w:rsidRDefault="000D5403">
      <w:pPr>
        <w:spacing w:after="0"/>
        <w:jc w:val="center"/>
        <w:rPr>
          <w:b/>
          <w:sz w:val="24"/>
        </w:rPr>
      </w:pPr>
    </w:p>
    <w:p w14:paraId="711AD129" w14:textId="77777777" w:rsidR="000D5403" w:rsidRDefault="000D5403">
      <w:pPr>
        <w:spacing w:after="0"/>
        <w:jc w:val="center"/>
        <w:rPr>
          <w:b/>
          <w:sz w:val="24"/>
        </w:rPr>
      </w:pPr>
    </w:p>
    <w:p w14:paraId="4D6EADD6" w14:textId="77777777" w:rsidR="000D5403" w:rsidRDefault="000D5403">
      <w:pPr>
        <w:spacing w:after="0"/>
        <w:jc w:val="center"/>
        <w:rPr>
          <w:b/>
          <w:sz w:val="24"/>
        </w:rPr>
      </w:pPr>
    </w:p>
    <w:p w14:paraId="3C5F5DFF" w14:textId="77777777" w:rsidR="000D5403" w:rsidRDefault="000D5403">
      <w:pPr>
        <w:spacing w:after="0"/>
        <w:jc w:val="center"/>
        <w:rPr>
          <w:b/>
          <w:sz w:val="24"/>
        </w:rPr>
      </w:pPr>
    </w:p>
    <w:p w14:paraId="41F6D61B" w14:textId="77777777" w:rsidR="000D5403" w:rsidRDefault="000D5403">
      <w:pPr>
        <w:spacing w:after="0"/>
        <w:jc w:val="center"/>
        <w:rPr>
          <w:b/>
          <w:sz w:val="24"/>
        </w:rPr>
      </w:pPr>
    </w:p>
    <w:p w14:paraId="227A8FD5" w14:textId="77777777" w:rsidR="000D5403" w:rsidRDefault="000D5403">
      <w:pPr>
        <w:spacing w:after="0"/>
        <w:jc w:val="center"/>
        <w:rPr>
          <w:b/>
          <w:sz w:val="24"/>
        </w:rPr>
      </w:pPr>
    </w:p>
    <w:p w14:paraId="5C8F8318" w14:textId="77777777" w:rsidR="000D5403" w:rsidRDefault="000D5403">
      <w:pPr>
        <w:spacing w:after="0"/>
        <w:jc w:val="center"/>
        <w:rPr>
          <w:b/>
          <w:sz w:val="24"/>
        </w:rPr>
      </w:pPr>
    </w:p>
    <w:p w14:paraId="414983A5" w14:textId="77777777" w:rsidR="000D5403" w:rsidRDefault="000D5403">
      <w:pPr>
        <w:spacing w:after="0"/>
        <w:jc w:val="center"/>
        <w:rPr>
          <w:b/>
          <w:sz w:val="24"/>
        </w:rPr>
      </w:pPr>
    </w:p>
    <w:p w14:paraId="4EBF0719" w14:textId="77777777" w:rsidR="000D5403" w:rsidRDefault="000D5403">
      <w:pPr>
        <w:spacing w:after="0"/>
        <w:jc w:val="center"/>
        <w:rPr>
          <w:b/>
          <w:sz w:val="24"/>
        </w:rPr>
      </w:pPr>
    </w:p>
    <w:p w14:paraId="7D397788" w14:textId="77777777" w:rsidR="000D5403" w:rsidRDefault="000D5403">
      <w:pPr>
        <w:spacing w:after="0"/>
        <w:jc w:val="center"/>
        <w:rPr>
          <w:b/>
          <w:sz w:val="24"/>
        </w:rPr>
      </w:pPr>
    </w:p>
    <w:p w14:paraId="012FBE38" w14:textId="77777777" w:rsidR="000D5403" w:rsidRDefault="000D5403" w:rsidP="000D5403">
      <w:pPr>
        <w:spacing w:after="0" w:line="360" w:lineRule="auto"/>
        <w:jc w:val="center"/>
        <w:rPr>
          <w:b/>
        </w:rPr>
      </w:pPr>
    </w:p>
    <w:p w14:paraId="01B18219" w14:textId="77777777" w:rsidR="000D5403" w:rsidRDefault="000D5403" w:rsidP="000D5403">
      <w:pPr>
        <w:spacing w:after="0" w:line="360" w:lineRule="auto"/>
        <w:jc w:val="center"/>
        <w:rPr>
          <w:b/>
        </w:rPr>
      </w:pPr>
    </w:p>
    <w:p w14:paraId="1C6DF466" w14:textId="77777777" w:rsidR="000D5403" w:rsidRDefault="000D5403" w:rsidP="000D5403">
      <w:pPr>
        <w:spacing w:after="0" w:line="360" w:lineRule="auto"/>
        <w:jc w:val="center"/>
        <w:rPr>
          <w:b/>
        </w:rPr>
      </w:pPr>
    </w:p>
    <w:p w14:paraId="276B903C" w14:textId="77777777" w:rsidR="000D5403" w:rsidRDefault="000D5403" w:rsidP="000D5403">
      <w:pPr>
        <w:spacing w:after="0" w:line="360" w:lineRule="auto"/>
        <w:jc w:val="center"/>
        <w:rPr>
          <w:b/>
        </w:rPr>
      </w:pPr>
    </w:p>
    <w:p w14:paraId="7A9A82B7" w14:textId="77777777" w:rsidR="000D5403" w:rsidRDefault="000D5403" w:rsidP="000D5403">
      <w:pPr>
        <w:spacing w:after="0" w:line="360" w:lineRule="auto"/>
        <w:jc w:val="center"/>
        <w:rPr>
          <w:b/>
        </w:rPr>
      </w:pPr>
    </w:p>
    <w:p w14:paraId="25268DB7" w14:textId="6489193F" w:rsidR="007E7073" w:rsidRPr="000D5403" w:rsidRDefault="00000000" w:rsidP="000D5403">
      <w:pPr>
        <w:spacing w:after="0" w:line="360" w:lineRule="auto"/>
        <w:jc w:val="center"/>
      </w:pPr>
      <w:r w:rsidRPr="000D5403">
        <w:rPr>
          <w:b/>
        </w:rPr>
        <w:lastRenderedPageBreak/>
        <w:t>YAHŞİHAN MESLEKİ EĞİTİM MERKEZİ</w:t>
      </w:r>
    </w:p>
    <w:p w14:paraId="5317623F" w14:textId="77777777" w:rsidR="007E7073" w:rsidRPr="000D5403" w:rsidRDefault="00000000" w:rsidP="000D5403">
      <w:pPr>
        <w:spacing w:after="0" w:line="360" w:lineRule="auto"/>
        <w:jc w:val="center"/>
      </w:pPr>
      <w:r w:rsidRPr="000D5403">
        <w:rPr>
          <w:b/>
        </w:rPr>
        <w:t>2026/2027 EĞİTİM ÖĞRETİM YILI MOTORLU ARAÇLAR TEKNOLOJİSİ ALANI</w:t>
      </w:r>
    </w:p>
    <w:p w14:paraId="4320F0A4" w14:textId="062655CF" w:rsidR="007E7073" w:rsidRPr="000D5403" w:rsidRDefault="00000000" w:rsidP="000D5403">
      <w:pPr>
        <w:spacing w:after="0" w:line="360" w:lineRule="auto"/>
        <w:jc w:val="center"/>
        <w:rPr>
          <w:b/>
        </w:rPr>
      </w:pPr>
      <w:r w:rsidRPr="000D5403">
        <w:rPr>
          <w:b/>
        </w:rPr>
        <w:t>OTOMOTİV ELEKTRİK TEKNOLOJİSİ DERSİ 2. DÖNEM 2. YAZILI SINAVI CEVAP ANAHTARI</w:t>
      </w:r>
    </w:p>
    <w:p w14:paraId="027A5BCD" w14:textId="77777777" w:rsidR="000D5403" w:rsidRDefault="000D5403">
      <w:pPr>
        <w:spacing w:after="0"/>
        <w:jc w:val="center"/>
      </w:pPr>
    </w:p>
    <w:p w14:paraId="61BC90AD" w14:textId="1BF02432" w:rsidR="007E7073" w:rsidRDefault="00000000">
      <w:pPr>
        <w:spacing w:after="20" w:line="240" w:lineRule="auto"/>
      </w:pPr>
      <w:r>
        <w:rPr>
          <w:b/>
        </w:rPr>
        <w:t xml:space="preserve">1. </w:t>
      </w:r>
      <w:r>
        <w:t>Kalorifer sisteminin temel parçalarından beşini yazınız.</w:t>
      </w:r>
      <w:r w:rsidR="000D5403">
        <w:t xml:space="preserve"> (20 Puan)</w:t>
      </w:r>
    </w:p>
    <w:p w14:paraId="1A073988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Kalorifer radyatörü</w:t>
      </w:r>
    </w:p>
    <w:p w14:paraId="2236D37A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Üfleç fanı</w:t>
      </w:r>
    </w:p>
    <w:p w14:paraId="2C5BA439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Hava kanalları</w:t>
      </w:r>
    </w:p>
    <w:p w14:paraId="52B7DB53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Kumanda paneli</w:t>
      </w:r>
    </w:p>
    <w:p w14:paraId="7265D6F7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Su hortumları</w:t>
      </w:r>
    </w:p>
    <w:p w14:paraId="49EF32ED" w14:textId="77777777" w:rsidR="000D5403" w:rsidRDefault="000D5403">
      <w:pPr>
        <w:spacing w:after="20" w:line="240" w:lineRule="auto"/>
        <w:ind w:left="255"/>
      </w:pPr>
    </w:p>
    <w:p w14:paraId="0C0152F6" w14:textId="3A32BC6A" w:rsidR="007E7073" w:rsidRDefault="000D5403">
      <w:pPr>
        <w:spacing w:after="20" w:line="24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>Gösterge panelinde bulunan uyarı ve göstergelerden beşini yazınız.</w:t>
      </w:r>
      <w:r>
        <w:t xml:space="preserve"> </w:t>
      </w:r>
      <w:r>
        <w:t>(20 Puan)</w:t>
      </w:r>
    </w:p>
    <w:p w14:paraId="29D85AFF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Yakıt göstergesi</w:t>
      </w:r>
    </w:p>
    <w:p w14:paraId="6C27A1E1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Yağ basınç uyarısı</w:t>
      </w:r>
    </w:p>
    <w:p w14:paraId="477A2C40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Şarj uyarı lambası</w:t>
      </w:r>
    </w:p>
    <w:p w14:paraId="3500624D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Sıcaklık göstergesi</w:t>
      </w:r>
    </w:p>
    <w:p w14:paraId="6AC7EFA6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El freni uyarı lambası</w:t>
      </w:r>
    </w:p>
    <w:p w14:paraId="1ECF96C3" w14:textId="77777777" w:rsidR="000D5403" w:rsidRDefault="000D5403">
      <w:pPr>
        <w:spacing w:after="20" w:line="240" w:lineRule="auto"/>
        <w:ind w:left="255"/>
      </w:pPr>
    </w:p>
    <w:p w14:paraId="13419EAE" w14:textId="1EE05D8C" w:rsidR="007E7073" w:rsidRDefault="000D5403">
      <w:pPr>
        <w:spacing w:after="20" w:line="24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>İmmobilizer sisteminin görevi nedir?</w:t>
      </w:r>
      <w:r>
        <w:t xml:space="preserve"> </w:t>
      </w:r>
      <w:r>
        <w:t>(</w:t>
      </w:r>
      <w:r>
        <w:t>1</w:t>
      </w:r>
      <w:r>
        <w:t>0 Puan)</w:t>
      </w:r>
    </w:p>
    <w:p w14:paraId="577137ED" w14:textId="77777777" w:rsidR="007E7073" w:rsidRDefault="00000000">
      <w:pPr>
        <w:spacing w:after="20" w:line="240" w:lineRule="auto"/>
        <w:ind w:left="255"/>
      </w:pPr>
      <w:r>
        <w:t>Yetkisiz anahtarla motorun çalıştırılmasını engellemektir.</w:t>
      </w:r>
    </w:p>
    <w:p w14:paraId="13CDC0C9" w14:textId="77777777" w:rsidR="000D5403" w:rsidRDefault="000D5403">
      <w:pPr>
        <w:spacing w:after="20" w:line="240" w:lineRule="auto"/>
        <w:ind w:left="255"/>
      </w:pPr>
    </w:p>
    <w:p w14:paraId="1C57B042" w14:textId="5323A935" w:rsidR="007E7073" w:rsidRDefault="000D5403">
      <w:pPr>
        <w:spacing w:after="20" w:line="24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Uzaktan kumanda sisteminin görevlerinden üç tanesini yazınız.</w:t>
      </w:r>
      <w:r>
        <w:t xml:space="preserve"> </w:t>
      </w:r>
      <w:r>
        <w:t>(20 Puan)</w:t>
      </w:r>
    </w:p>
    <w:p w14:paraId="6B11849A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Kapıları kilitlemek</w:t>
      </w:r>
    </w:p>
    <w:p w14:paraId="1A1903BB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Kapı kilitlerini açmak</w:t>
      </w:r>
    </w:p>
    <w:p w14:paraId="4CB0D31B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Araç üzerindeki ilgili konfor fonksiyonlarını uzaktan kumanda etmek</w:t>
      </w:r>
    </w:p>
    <w:p w14:paraId="07682C59" w14:textId="77777777" w:rsidR="000D5403" w:rsidRDefault="000D5403">
      <w:pPr>
        <w:spacing w:after="20" w:line="240" w:lineRule="auto"/>
        <w:ind w:left="255"/>
      </w:pPr>
    </w:p>
    <w:p w14:paraId="369F9929" w14:textId="1F4E3B76" w:rsidR="007E7073" w:rsidRDefault="000D5403">
      <w:pPr>
        <w:spacing w:after="20" w:line="24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Alarm sisteminin temel parçalarından beşini yazınız.</w:t>
      </w:r>
      <w:r>
        <w:t xml:space="preserve"> </w:t>
      </w:r>
      <w:r>
        <w:t>(20 Puan)</w:t>
      </w:r>
    </w:p>
    <w:p w14:paraId="23C39862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Alarm kontrol ünitesi</w:t>
      </w:r>
    </w:p>
    <w:p w14:paraId="21B99CF4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Sirene</w:t>
      </w:r>
    </w:p>
    <w:p w14:paraId="68C6FCB4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Kapı/kaput sensörleri</w:t>
      </w:r>
    </w:p>
    <w:p w14:paraId="34D96AD8" w14:textId="77777777" w:rsidR="007E7073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Uzaktan kumanda</w:t>
      </w:r>
    </w:p>
    <w:p w14:paraId="13E4B810" w14:textId="78A298C0" w:rsidR="007E7073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Gösterge LED’</w:t>
      </w:r>
      <w:r w:rsidR="000D5403">
        <w:t>I</w:t>
      </w:r>
    </w:p>
    <w:p w14:paraId="5EB0A2B2" w14:textId="77777777" w:rsidR="000D5403" w:rsidRDefault="000D5403">
      <w:pPr>
        <w:spacing w:after="20" w:line="240" w:lineRule="auto"/>
        <w:ind w:left="255"/>
      </w:pPr>
    </w:p>
    <w:p w14:paraId="4875FE40" w14:textId="0D47589D" w:rsidR="007E7073" w:rsidRDefault="000D5403">
      <w:pPr>
        <w:spacing w:after="20" w:line="24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Airbag sisteminin görevi nedir?</w:t>
      </w:r>
      <w:r>
        <w:t xml:space="preserve"> </w:t>
      </w:r>
      <w:r>
        <w:t>(</w:t>
      </w:r>
      <w:r>
        <w:t>1</w:t>
      </w:r>
      <w:r>
        <w:t>0 Puan)</w:t>
      </w:r>
    </w:p>
    <w:p w14:paraId="71A7BF2E" w14:textId="77777777" w:rsidR="007E7073" w:rsidRDefault="00000000">
      <w:pPr>
        <w:spacing w:after="20" w:line="240" w:lineRule="auto"/>
        <w:ind w:left="255"/>
      </w:pPr>
      <w:r>
        <w:t>Çarpışma sırasında yolcunun sert yüzeylere çarpma etkisini azaltmaya yardımcı olmaktır.</w:t>
      </w:r>
    </w:p>
    <w:sectPr w:rsidR="007E7073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0643808">
    <w:abstractNumId w:val="8"/>
  </w:num>
  <w:num w:numId="2" w16cid:durableId="912161725">
    <w:abstractNumId w:val="6"/>
  </w:num>
  <w:num w:numId="3" w16cid:durableId="635180783">
    <w:abstractNumId w:val="5"/>
  </w:num>
  <w:num w:numId="4" w16cid:durableId="1505441458">
    <w:abstractNumId w:val="4"/>
  </w:num>
  <w:num w:numId="5" w16cid:durableId="1643461048">
    <w:abstractNumId w:val="7"/>
  </w:num>
  <w:num w:numId="6" w16cid:durableId="2108958412">
    <w:abstractNumId w:val="3"/>
  </w:num>
  <w:num w:numId="7" w16cid:durableId="624123495">
    <w:abstractNumId w:val="2"/>
  </w:num>
  <w:num w:numId="8" w16cid:durableId="401606889">
    <w:abstractNumId w:val="1"/>
  </w:num>
  <w:num w:numId="9" w16cid:durableId="16564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403"/>
    <w:rsid w:val="0015074B"/>
    <w:rsid w:val="0029639D"/>
    <w:rsid w:val="00326F90"/>
    <w:rsid w:val="007E7073"/>
    <w:rsid w:val="008E36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F6088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2026-09-28T18:08:00Z</dcterms:modified>
  <cp:category/>
</cp:coreProperties>
</file>