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1.YAZILI YOKLAMASI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Far ayarının önemi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Kısa devrenin oluşturacağı tehlikeler nelerdir?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Fren (stop lambası) devresi tesisatının çalışmasını açıklayınız.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Araçlarda kullanılan röle çeşitleri nelerdir?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Uyarı lambalarının görevi nedir? (10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Kornanın görevi nedir? (10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Korna devre tesisatının çalışmasını açıklayınız. (10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Ön ve arka sis farı tesisatının çalışma prensibini açıklayınız. (10 Puan)</w:t>
      </w:r>
    </w:p>
    <w:p w14:paraId="42B24AE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9. Sigortanın görevi nedir ve nasıl kontrol edilir? (10 Puan)</w:t>
      </w:r>
    </w:p>
    <w:p w14:paraId="4CF04646" w14:textId="77777777" w:rsidR="00D85CD7" w:rsidRPr="00E65B63" w:rsidRDefault="00000000" w:rsidP="00E65B63">
      <w:pPr>
        <w:spacing w:after="60" w:line="360" w:lineRule="auto"/>
        <w:rPr>
          <w:b/>
          <w:sz w:val="22"/>
        </w:rPr>
      </w:pPr>
      <w:r w:rsidRPr="00E65B63">
        <w:rPr>
          <w:b/>
          <w:sz w:val="22"/>
        </w:rPr>
        <w:t>10. Rölenin görevi nedir ve avometre ile nasıl kontrol edilir? (10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1.YAZILI CEVAP ANAHTARI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Far ayarının önemi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Farların yolu yeterli mesafede aydınlatmasını, karşıdan gelen sürücünün gözünü almamasını ve güvenli görüş sağlamasını temin eder.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Kısa devrenin oluşturacağı tehlikeler nelerdir?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Aşırı akım, kablo ve tesisatın ısınması, sigortanın atması, devre elemanlarının zarar görmesi ve yangın tehlikesi oluşturabilir.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Fren (stop lambası) devresi tesisatının çalışmasını açıklayınız.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Kontak/akü beslemesi sigorta üzerinden fren müşirine gelir. Pedala basılınca müşir devreyi kapatır ve stop lambaları yanar.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Araçlarda kullanılan röle çeşitleri nelerdir?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Yapı ve kullanımına göre normalde açık, normalde kapalı ve değiştirici kontaklı röleler kullanılır.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Uyarı lambalarının görevi nedir? (10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Sürücüye aracın çalışma durumu, devrelerin etkinliği ve oluşabilecek arızalar hakkında görsel bilgi vermektir.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Kornanın görevi nedir? (10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Trafikte gerektiğinde diğer yol kullanıcılarını sesli olarak uyarmaktır.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Korna devre tesisatının çalışmasını açıklayınız. (10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Korna düğmesi röle kumanda devresini tamamlar; röle kontakları kapanınca aküden gelen yüksek akım kornaya iletilir.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Ön ve arka sis farı tesisatının çalışma prensibini açıklayınız. (10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Anahtar ve röle üzerinden beslenen sis farları uygun aydınlatma şartlarında devreye girer; sigorta devreyi aşırı akıma karşı korur.</w:t>
            </w:r>
          </w:p>
        </w:tc>
      </w:tr>
      <w:tr w:rsidR="00D85CD7" w:rsidRPr="00E65B63" w14:paraId="42AE37B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857B9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9. Sigortanın görevi nedir ve nasıl kontrol edilir? (10 Puan)</w:t>
            </w:r>
          </w:p>
          <w:p w14:paraId="79E4341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Devreyi aşırı akıma karşı korur. Görsel olarak veya avometrenin süreklilik/direnç kademesinde kontrol edilir.</w:t>
            </w:r>
          </w:p>
        </w:tc>
      </w:tr>
      <w:tr w:rsidR="00D85CD7" w:rsidRPr="00E65B63" w14:paraId="483DC61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9CECC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10. Rölenin görevi nedir ve avometre ile nasıl kontrol edilir? (10 Puan)</w:t>
            </w:r>
          </w:p>
          <w:p w14:paraId="0F33909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Küçük bir kumanda akımıyla yüksek akımlı devreyi anahtarlar. Bobin direnci ve kontakların açık/kapalı durumdaki sürekliliği ölçülür.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