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6FBD5" w14:textId="77777777" w:rsidR="00F7508D" w:rsidRPr="00F7508D" w:rsidRDefault="00F7508D" w:rsidP="00F7508D">
      <w:pPr>
        <w:spacing w:after="20" w:line="360" w:lineRule="auto"/>
        <w:jc w:val="center"/>
        <w:rPr>
          <w:b/>
          <w:sz w:val="22"/>
        </w:rPr>
      </w:pPr>
      <w:r w:rsidRPr="00F7508D">
        <w:rPr>
          <w:b/>
          <w:sz w:val="22"/>
        </w:rPr>
        <w:t>YAHŞİHAN MESLEKİ EĞİTİM MERKEZİ</w:t>
      </w:r>
    </w:p>
    <w:p w14:paraId="74D08BA4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7F8A03B7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KAYNAK DERSİ 2.DÖNEM 2.YAZILI YOKLAMASI</w:t>
      </w:r>
    </w:p>
    <w:p w14:paraId="6CBD8E78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3F0F8FB3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5308947A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Otomotiv saclarını şekillendirmede kullanılan el takımlarından beş tanesini maddeler hâlinde yazınız. (15 Puan)</w:t>
      </w:r>
    </w:p>
    <w:p w14:paraId="0B34ECFB" w14:textId="77777777" w:rsidR="009272A1" w:rsidRDefault="00000000">
      <w:pPr>
        <w:spacing w:after="80"/>
      </w:pPr>
      <w:r>
        <w:rPr>
          <w:sz w:val="20"/>
        </w:rPr>
        <w:t>2. Sac malzemeden imalat yapılırken uygulanabilecek temel işlem basamaklarından beş tanesini yazınız. (15 Puan)</w:t>
      </w:r>
    </w:p>
    <w:p w14:paraId="087418CD" w14:textId="77777777" w:rsidR="009272A1" w:rsidRDefault="00000000">
      <w:pPr>
        <w:spacing w:after="80"/>
      </w:pPr>
      <w:r>
        <w:rPr>
          <w:sz w:val="20"/>
        </w:rPr>
        <w:t>3. Otomotiv saclarında doğrultma işleminin amacı nedir? (10 Puan)</w:t>
      </w:r>
    </w:p>
    <w:p w14:paraId="68E82C1D" w14:textId="77777777" w:rsidR="009272A1" w:rsidRDefault="00000000">
      <w:pPr>
        <w:spacing w:after="80"/>
      </w:pPr>
      <w:r>
        <w:rPr>
          <w:sz w:val="20"/>
        </w:rPr>
        <w:t>4. Sac üzerindeki çukurlaştırma işleminde kullanılan temel yöntem nedir? (10 Puan)</w:t>
      </w:r>
    </w:p>
    <w:p w14:paraId="2DF144DB" w14:textId="77777777" w:rsidR="009272A1" w:rsidRDefault="00000000">
      <w:pPr>
        <w:spacing w:after="80"/>
      </w:pPr>
      <w:r>
        <w:rPr>
          <w:sz w:val="20"/>
        </w:rPr>
        <w:t>5. Kenetli birleştirme nedir? (10 Puan)</w:t>
      </w:r>
    </w:p>
    <w:p w14:paraId="1BEB43C0" w14:textId="77777777" w:rsidR="009272A1" w:rsidRDefault="00000000">
      <w:pPr>
        <w:spacing w:after="80"/>
      </w:pPr>
      <w:r>
        <w:rPr>
          <w:sz w:val="20"/>
        </w:rPr>
        <w:t>6. Koni veya piramit imalatında açılım çizimi neden yapılır? (10 Puan)</w:t>
      </w:r>
    </w:p>
    <w:p w14:paraId="2B92ED73" w14:textId="77777777" w:rsidR="009272A1" w:rsidRDefault="00000000">
      <w:pPr>
        <w:spacing w:after="80"/>
      </w:pPr>
      <w:r>
        <w:rPr>
          <w:sz w:val="20"/>
        </w:rPr>
        <w:t>7. Sac üzerine ölçü ve şekillerin aktarılması işlemine .................... denir. (10 Puan)</w:t>
      </w:r>
    </w:p>
    <w:p w14:paraId="3EAC204E" w14:textId="77777777" w:rsidR="009272A1" w:rsidRDefault="00000000">
      <w:pPr>
        <w:spacing w:after="80"/>
      </w:pPr>
      <w:r>
        <w:rPr>
          <w:sz w:val="20"/>
        </w:rPr>
        <w:t>8. Sac kenarlarının bükülüp birbirine geçirilmesiyle yapılan birleştirmeye .................... denir. (10 Puan)</w:t>
      </w:r>
    </w:p>
    <w:p w14:paraId="6C602DC5" w14:textId="77777777" w:rsidR="009272A1" w:rsidRDefault="00000000">
      <w:pPr>
        <w:spacing w:after="80"/>
      </w:pPr>
      <w:r>
        <w:rPr>
          <w:sz w:val="20"/>
        </w:rPr>
        <w:t>9. (   ) Koni ve piramit imalatında açılım çizimi, parçanın doğru ölçülerde hazırlanmasına yardımcı olur. (5 Puan)</w:t>
      </w:r>
    </w:p>
    <w:p w14:paraId="40C8CBD0" w14:textId="77777777" w:rsidR="009272A1" w:rsidRDefault="00000000">
      <w:pPr>
        <w:spacing w:after="80"/>
      </w:pPr>
      <w:r>
        <w:rPr>
          <w:sz w:val="20"/>
        </w:rPr>
        <w:t>10. (   ) Sac doğrultma işleminde amaç sacdaki şekil bozukluğunu artırmaktır. (5 Puan)</w:t>
      </w:r>
    </w:p>
    <w:p w14:paraId="723FBE1B" w14:textId="77777777" w:rsidR="00595F84" w:rsidRDefault="00595F84">
      <w:pPr>
        <w:spacing w:after="80" w:line="240" w:lineRule="auto"/>
      </w:pPr>
    </w:p>
    <w:p w14:paraId="126CFFF5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7AA40E13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02BCF853" w14:textId="77777777" w:rsidR="002D6A66" w:rsidRDefault="00000000">
      <w:r>
        <w:br w:type="page"/>
      </w:r>
    </w:p>
    <w:p w14:paraId="268F40BA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KAYNAK DERSİ 2.DÖNEM 2.YAZILI CEVAP ANAHTARI</w:t>
      </w:r>
    </w:p>
    <w:p w14:paraId="60B2D85E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9272A1" w14:paraId="1A0BF5AB" w14:textId="77777777">
        <w:trPr>
          <w:jc w:val="center"/>
        </w:trPr>
        <w:tc>
          <w:tcPr>
            <w:tcW w:w="10596" w:type="dxa"/>
          </w:tcPr>
          <w:p w14:paraId="482372DA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1. Otomotiv saclarını şekillendirmede kullanılan el takımlarından beş tanesini maddeler hâlinde yazınız. (15 Puan)</w:t>
            </w:r>
          </w:p>
          <w:p w14:paraId="12F9F3D5" w14:textId="77777777" w:rsidR="009272A1" w:rsidRDefault="00000000">
            <w:r>
              <w:rPr>
                <w:sz w:val="18"/>
              </w:rPr>
              <w:t>Kaportacı çekici, dayama takozu, tokmak, pense, makas, eğe ve markalama araçları. Beş tanesi yeterlidir.</w:t>
            </w:r>
          </w:p>
        </w:tc>
      </w:tr>
      <w:tr w:rsidR="009272A1" w14:paraId="1362EBAA" w14:textId="77777777">
        <w:trPr>
          <w:jc w:val="center"/>
        </w:trPr>
        <w:tc>
          <w:tcPr>
            <w:tcW w:w="10596" w:type="dxa"/>
          </w:tcPr>
          <w:p w14:paraId="57DC58F1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2. Sac malzemeden imalat yapılırken uygulanabilecek temel işlem basamaklarından beş tanesini yazınız. (15 Puan)</w:t>
            </w:r>
          </w:p>
          <w:p w14:paraId="3B4CFBC1" w14:textId="77777777" w:rsidR="009272A1" w:rsidRDefault="00000000">
            <w:r>
              <w:rPr>
                <w:sz w:val="18"/>
              </w:rPr>
              <w:t>Ölçme, markalama, kesme, bükme/şekillendirme, delme, kenetleme, birleştirme ve son kontrol. Beş tanesi yeterlidir.</w:t>
            </w:r>
          </w:p>
        </w:tc>
      </w:tr>
      <w:tr w:rsidR="009272A1" w14:paraId="429FCB39" w14:textId="77777777">
        <w:trPr>
          <w:jc w:val="center"/>
        </w:trPr>
        <w:tc>
          <w:tcPr>
            <w:tcW w:w="10596" w:type="dxa"/>
          </w:tcPr>
          <w:p w14:paraId="54F79659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3. Otomotiv saclarında doğrultma işleminin amacı nedir? (10 Puan)</w:t>
            </w:r>
          </w:p>
          <w:p w14:paraId="394FBA03" w14:textId="77777777" w:rsidR="009272A1" w:rsidRDefault="00000000">
            <w:r>
              <w:rPr>
                <w:sz w:val="18"/>
              </w:rPr>
              <w:t>Hasar veya şekil bozukluğu oluşmuş sac yüzeyi mümkün olduğunca özgün biçimine ve düzgünlüğüne geri getirmektir.</w:t>
            </w:r>
          </w:p>
        </w:tc>
      </w:tr>
      <w:tr w:rsidR="009272A1" w14:paraId="0C3A20ED" w14:textId="77777777">
        <w:trPr>
          <w:jc w:val="center"/>
        </w:trPr>
        <w:tc>
          <w:tcPr>
            <w:tcW w:w="10596" w:type="dxa"/>
          </w:tcPr>
          <w:p w14:paraId="07442426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4. Sac üzerindeki çukurlaştırma işleminde kullanılan temel yöntem nedir? (10 Puan)</w:t>
            </w:r>
          </w:p>
          <w:p w14:paraId="5C2B827F" w14:textId="77777777" w:rsidR="009272A1" w:rsidRDefault="00000000">
            <w:r>
              <w:rPr>
                <w:sz w:val="18"/>
              </w:rPr>
              <w:t>Uygun çekiç, tokmak ve dayama araçlarıyla kontrollü darbeler uygulanarak sacın istenen içbükey forma getirilmesidir.</w:t>
            </w:r>
          </w:p>
        </w:tc>
      </w:tr>
      <w:tr w:rsidR="009272A1" w14:paraId="19E5C4DE" w14:textId="77777777">
        <w:trPr>
          <w:jc w:val="center"/>
        </w:trPr>
        <w:tc>
          <w:tcPr>
            <w:tcW w:w="10596" w:type="dxa"/>
          </w:tcPr>
          <w:p w14:paraId="2D0DCEF5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5. Kenetli birleştirme nedir? (10 Puan)</w:t>
            </w:r>
          </w:p>
          <w:p w14:paraId="05C962F3" w14:textId="77777777" w:rsidR="009272A1" w:rsidRDefault="00000000">
            <w:r>
              <w:rPr>
                <w:sz w:val="18"/>
              </w:rPr>
              <w:t>Sac kenarlarının belirli biçimde bükülüp birbirine geçirilmesi veya kıvrılmasıyla oluşturulan mekanik birleştirmedir.</w:t>
            </w:r>
          </w:p>
        </w:tc>
      </w:tr>
      <w:tr w:rsidR="009272A1" w14:paraId="10766DDB" w14:textId="77777777">
        <w:trPr>
          <w:jc w:val="center"/>
        </w:trPr>
        <w:tc>
          <w:tcPr>
            <w:tcW w:w="10596" w:type="dxa"/>
          </w:tcPr>
          <w:p w14:paraId="1EBE4228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6. Koni veya piramit imalatında açılım çizimi neden yapılır? (10 Puan)</w:t>
            </w:r>
          </w:p>
          <w:p w14:paraId="03FCB347" w14:textId="77777777" w:rsidR="009272A1" w:rsidRDefault="00000000">
            <w:r>
              <w:rPr>
                <w:sz w:val="18"/>
              </w:rPr>
              <w:t>Üç boyutlu parçayı oluşturmadan önce sac üzerinde kesilecek ve bükülecek gerçek yüzey şekil ve ölçülerini belirlemek için yapılır.</w:t>
            </w:r>
          </w:p>
        </w:tc>
      </w:tr>
      <w:tr w:rsidR="009272A1" w14:paraId="3F032520" w14:textId="77777777">
        <w:trPr>
          <w:jc w:val="center"/>
        </w:trPr>
        <w:tc>
          <w:tcPr>
            <w:tcW w:w="10596" w:type="dxa"/>
          </w:tcPr>
          <w:p w14:paraId="2A6133D7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7. Sac üzerine ölçü ve şekillerin aktarılması işlemine .................... denir. (10 Puan)</w:t>
            </w:r>
          </w:p>
          <w:p w14:paraId="6E0E8B4E" w14:textId="77777777" w:rsidR="009272A1" w:rsidRDefault="00000000">
            <w:r>
              <w:rPr>
                <w:sz w:val="18"/>
              </w:rPr>
              <w:t>markalama</w:t>
            </w:r>
          </w:p>
        </w:tc>
      </w:tr>
      <w:tr w:rsidR="009272A1" w14:paraId="6AAF6D42" w14:textId="77777777">
        <w:trPr>
          <w:jc w:val="center"/>
        </w:trPr>
        <w:tc>
          <w:tcPr>
            <w:tcW w:w="10596" w:type="dxa"/>
          </w:tcPr>
          <w:p w14:paraId="76B404C7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8. Sac kenarlarının bükülüp birbirine geçirilmesiyle yapılan birleştirmeye .................... denir. (10 Puan)</w:t>
            </w:r>
          </w:p>
          <w:p w14:paraId="7328436C" w14:textId="77777777" w:rsidR="009272A1" w:rsidRDefault="00000000">
            <w:r>
              <w:rPr>
                <w:sz w:val="18"/>
              </w:rPr>
              <w:t>kenetli birleştirme</w:t>
            </w:r>
          </w:p>
        </w:tc>
      </w:tr>
      <w:tr w:rsidR="009272A1" w14:paraId="350F818D" w14:textId="77777777">
        <w:trPr>
          <w:jc w:val="center"/>
        </w:trPr>
        <w:tc>
          <w:tcPr>
            <w:tcW w:w="10596" w:type="dxa"/>
          </w:tcPr>
          <w:p w14:paraId="66FF73E3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9. (   ) Koni ve piramit imalatında açılım çizimi, parçanın doğru ölçülerde hazırlanmasına yardımcı olur. (5 Puan)</w:t>
            </w:r>
          </w:p>
          <w:p w14:paraId="710DAF6B" w14:textId="77777777" w:rsidR="009272A1" w:rsidRDefault="00000000">
            <w:r>
              <w:rPr>
                <w:sz w:val="18"/>
              </w:rPr>
              <w:t>Doğru</w:t>
            </w:r>
          </w:p>
        </w:tc>
      </w:tr>
      <w:tr w:rsidR="009272A1" w14:paraId="77D2A214" w14:textId="77777777">
        <w:trPr>
          <w:jc w:val="center"/>
        </w:trPr>
        <w:tc>
          <w:tcPr>
            <w:tcW w:w="10596" w:type="dxa"/>
          </w:tcPr>
          <w:p w14:paraId="2EE9C46F" w14:textId="77777777" w:rsidR="009272A1" w:rsidRDefault="00000000">
            <w:pPr>
              <w:spacing w:after="20"/>
            </w:pPr>
            <w:r>
              <w:rPr>
                <w:b/>
                <w:sz w:val="18"/>
              </w:rPr>
              <w:t>10. (   ) Sac doğrultma işleminde amaç sacdaki şekil bozukluğunu artırmaktır. (5 Puan)</w:t>
            </w:r>
          </w:p>
          <w:p w14:paraId="5921915E" w14:textId="77777777" w:rsidR="009272A1" w:rsidRDefault="00000000">
            <w:r>
              <w:rPr>
                <w:sz w:val="18"/>
              </w:rPr>
              <w:t>Yanlış</w:t>
            </w:r>
          </w:p>
        </w:tc>
      </w:tr>
    </w:tbl>
    <w:p w14:paraId="66A0DEC9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595F84"/>
    <w:rsid w:val="006032C4"/>
    <w:rsid w:val="00812F86"/>
    <w:rsid w:val="009272A1"/>
    <w:rsid w:val="00AA1D8D"/>
    <w:rsid w:val="00B47730"/>
    <w:rsid w:val="00CB0664"/>
    <w:rsid w:val="00DA68DD"/>
    <w:rsid w:val="00DF3F4A"/>
    <w:rsid w:val="00F7508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F95BF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2026-09-12T19:18:00Z</dcterms:modified>
  <cp:category/>
</cp:coreProperties>
</file>