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9C5F" w14:textId="77777777" w:rsidR="00525EA4" w:rsidRDefault="00000000" w:rsidP="001B3798">
      <w:pPr>
        <w:spacing w:after="60" w:line="360" w:lineRule="auto"/>
        <w:jc w:val="center"/>
      </w:pPr>
      <w:r>
        <w:rPr>
          <w:b/>
        </w:rPr>
        <w:t>YAHŞİHAN MESLEKİ EĞİTİM MERKEZİ</w:t>
      </w:r>
    </w:p>
    <w:p w14:paraId="55CFD7B4" w14:textId="77777777" w:rsidR="00525EA4" w:rsidRDefault="00000000" w:rsidP="001B3798">
      <w:pPr>
        <w:spacing w:after="60" w:line="360" w:lineRule="auto"/>
        <w:jc w:val="center"/>
      </w:pPr>
      <w:r>
        <w:rPr>
          <w:b/>
        </w:rPr>
        <w:t>2026/2027 EĞİTİM ÖĞRETİM YILI MOTORLU ARAÇLAR TEKNOLOJİSİ ALANI</w:t>
      </w:r>
    </w:p>
    <w:p w14:paraId="21930383" w14:textId="77777777" w:rsidR="00525EA4" w:rsidRDefault="00000000" w:rsidP="001B3798">
      <w:pPr>
        <w:spacing w:after="160" w:line="360" w:lineRule="auto"/>
        <w:jc w:val="center"/>
      </w:pPr>
      <w:r>
        <w:rPr>
          <w:b/>
        </w:rPr>
        <w:t>OTOMOTİV GÖVDE MEKANİĞİ DERSİ 1.DÖNEM 1.YAZILI YOKLAMASI</w:t>
      </w:r>
    </w:p>
    <w:p w14:paraId="1FFA7A61" w14:textId="77777777" w:rsidR="00525EA4" w:rsidRDefault="00000000" w:rsidP="001B3798">
      <w:pPr>
        <w:spacing w:after="120" w:line="360" w:lineRule="auto"/>
      </w:pPr>
      <w:r>
        <w:rPr>
          <w:b/>
        </w:rPr>
        <w:t>Adı Soyadı    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Sınıfı/No: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Aldığı Not:</w:t>
      </w:r>
    </w:p>
    <w:p w14:paraId="6735A125" w14:textId="77777777" w:rsidR="00525EA4" w:rsidRPr="001B3798" w:rsidRDefault="00000000" w:rsidP="001B3798">
      <w:pPr>
        <w:spacing w:after="120" w:line="360" w:lineRule="auto"/>
        <w:jc w:val="center"/>
        <w:rPr>
          <w:b/>
          <w:bCs/>
        </w:rPr>
      </w:pPr>
      <w:r w:rsidRPr="001B3798">
        <w:rPr>
          <w:b/>
          <w:bCs/>
        </w:rPr>
        <w:t>SORULAR</w:t>
      </w:r>
    </w:p>
    <w:p w14:paraId="0F73F457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1. </w:t>
      </w:r>
      <w:r>
        <w:t>Araç gövdelerini taşıma şekillerine göre sınıflandırınız? (10 Puan)</w:t>
      </w:r>
    </w:p>
    <w:p w14:paraId="6E7176A8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2. </w:t>
      </w:r>
      <w:r>
        <w:t>Taşıtın üst kısmını neler oluşturur? (10 Puan)</w:t>
      </w:r>
    </w:p>
    <w:p w14:paraId="11E20F0F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3. </w:t>
      </w:r>
      <w:r>
        <w:t>Taşıtın ön kısmını neler oluşturur? (10 Puan)</w:t>
      </w:r>
    </w:p>
    <w:p w14:paraId="28686806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4. </w:t>
      </w:r>
      <w:r>
        <w:t>Alaşım özelliklerine göre çelik çeşitleri nelerdir? (10 Puan)</w:t>
      </w:r>
    </w:p>
    <w:p w14:paraId="486B8326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5. </w:t>
      </w:r>
      <w:r>
        <w:t>Araç gövdelerini hacimsel olarak sınıflandırınız? (15 Puan)</w:t>
      </w:r>
    </w:p>
    <w:p w14:paraId="5F9321E5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6. </w:t>
      </w:r>
      <w:r>
        <w:t>Malzemelerine göre saç çeşitleri nelerdir? (20 Puan)</w:t>
      </w:r>
    </w:p>
    <w:p w14:paraId="2A8826E8" w14:textId="77777777" w:rsidR="00525EA4" w:rsidRDefault="00000000" w:rsidP="001B3798">
      <w:pPr>
        <w:spacing w:after="140" w:line="360" w:lineRule="auto"/>
        <w:jc w:val="both"/>
      </w:pPr>
      <w:r>
        <w:rPr>
          <w:b/>
        </w:rPr>
        <w:t xml:space="preserve">7. </w:t>
      </w:r>
      <w:r>
        <w:t>Araç gövdelerini gövde şekline göre sınıflandırınız? (25 Puan)</w:t>
      </w:r>
    </w:p>
    <w:p w14:paraId="44496E85" w14:textId="326D8D94" w:rsidR="00525EA4" w:rsidRDefault="00000000" w:rsidP="001B3798">
      <w:pPr>
        <w:spacing w:before="80" w:after="0" w:line="360" w:lineRule="auto"/>
      </w:pPr>
      <w:proofErr w:type="spellStart"/>
      <w:proofErr w:type="gramStart"/>
      <w:r w:rsidRPr="001B3798">
        <w:rPr>
          <w:b/>
          <w:bCs/>
          <w:sz w:val="19"/>
          <w:u w:val="single"/>
        </w:rPr>
        <w:t>Süre</w:t>
      </w:r>
      <w:proofErr w:type="spellEnd"/>
      <w:r w:rsidRPr="001B3798">
        <w:rPr>
          <w:b/>
          <w:bCs/>
          <w:sz w:val="19"/>
          <w:u w:val="single"/>
        </w:rPr>
        <w:t xml:space="preserve"> :</w:t>
      </w:r>
      <w:proofErr w:type="gramEnd"/>
      <w:r>
        <w:rPr>
          <w:sz w:val="19"/>
        </w:rPr>
        <w:t xml:space="preserve"> 40 Dk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 w:rsidR="001B3798">
        <w:rPr>
          <w:sz w:val="19"/>
        </w:rPr>
        <w:tab/>
      </w:r>
      <w:r w:rsidR="001B3798">
        <w:rPr>
          <w:sz w:val="19"/>
        </w:rPr>
        <w:tab/>
      </w:r>
      <w:r w:rsidR="001B3798">
        <w:rPr>
          <w:sz w:val="19"/>
        </w:rPr>
        <w:tab/>
      </w:r>
      <w:r w:rsidR="001B3798">
        <w:rPr>
          <w:sz w:val="19"/>
        </w:rPr>
        <w:tab/>
      </w:r>
      <w:r w:rsidR="001B3798">
        <w:rPr>
          <w:sz w:val="19"/>
        </w:rPr>
        <w:tab/>
      </w:r>
      <w:r w:rsidR="001B3798">
        <w:rPr>
          <w:sz w:val="19"/>
        </w:rPr>
        <w:tab/>
      </w:r>
      <w:proofErr w:type="spellStart"/>
      <w:r>
        <w:rPr>
          <w:sz w:val="19"/>
        </w:rPr>
        <w:t>Başarılar</w:t>
      </w:r>
      <w:proofErr w:type="spellEnd"/>
    </w:p>
    <w:p w14:paraId="5021AECB" w14:textId="77777777" w:rsidR="00525EA4" w:rsidRDefault="00000000" w:rsidP="001B3798">
      <w:pPr>
        <w:spacing w:after="0" w:line="360" w:lineRule="auto"/>
        <w:jc w:val="right"/>
      </w:pPr>
      <w:r>
        <w:rPr>
          <w:sz w:val="19"/>
        </w:rPr>
        <w:t>Mot.Arç.Tekn Öğrt Abdullah YANIK</w:t>
      </w:r>
    </w:p>
    <w:p w14:paraId="373B90B7" w14:textId="77777777" w:rsidR="00525EA4" w:rsidRDefault="00000000">
      <w:r>
        <w:br w:type="page"/>
      </w:r>
    </w:p>
    <w:p w14:paraId="032B96B3" w14:textId="77777777" w:rsidR="00525EA4" w:rsidRDefault="00000000">
      <w:pPr>
        <w:spacing w:after="160" w:line="240" w:lineRule="auto"/>
        <w:jc w:val="center"/>
      </w:pPr>
      <w:r>
        <w:rPr>
          <w:b/>
        </w:rPr>
        <w:lastRenderedPageBreak/>
        <w:t>2026/2027 OTOMOTİV GÖVDE MEKANİĞİ DERSİ 1.DÖNEM 1.YAZILI CEVAP ANAHTARI</w:t>
      </w:r>
    </w:p>
    <w:p w14:paraId="3A40F8D1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1. Araç gövdelerini taşıma şekillerine göre sınıflandırınız? (10 Puan)</w:t>
      </w:r>
    </w:p>
    <w:p w14:paraId="69962EB6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Şasiden taşıyıcılı (ayrık şasi), gövdeden taşıyıcılı (birleşik şasi).</w:t>
      </w:r>
    </w:p>
    <w:p w14:paraId="418AE338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2. Taşıtın üst kısmını neler oluşturur? (10 Puan)</w:t>
      </w:r>
    </w:p>
    <w:p w14:paraId="083BB2CA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Tavan sacı, ön, arka ve yan cam çerçeve kolları ve bunları destekleyen iç saclar oluşturur.</w:t>
      </w:r>
    </w:p>
    <w:p w14:paraId="7546A1E2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3. Taşıtın ön kısmını neler oluşturur? (10 Puan)</w:t>
      </w:r>
    </w:p>
    <w:p w14:paraId="31BD4547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İç çamurluk sacları, motor şasesi, ön panel sacı.</w:t>
      </w:r>
    </w:p>
    <w:p w14:paraId="4517771B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4. Alaşım özelliklerine göre çelik çeşitleri nelerdir? (10 Puan)</w:t>
      </w:r>
    </w:p>
    <w:p w14:paraId="30411722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Yüksek alaşımlı çelik saclar; düşük alaşımlı çelik saclar; alaşımsız çelik saclar.</w:t>
      </w:r>
    </w:p>
    <w:p w14:paraId="4C214267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5. Araç gövdelerini hacimsel olarak sınıflandırınız? (15 Puan)</w:t>
      </w:r>
    </w:p>
    <w:p w14:paraId="32FD3519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Tek hacimli gövdeler, iki hacimli gövdeler, üç hacimli gövdeler.</w:t>
      </w:r>
    </w:p>
    <w:p w14:paraId="36EAC518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6. Malzemelerine göre saç çeşitleri nelerdir? (20 Puan)</w:t>
      </w:r>
    </w:p>
    <w:p w14:paraId="6797E85B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Çelik saclar; galvanizli saclar (çinko kaplı saclar); silisyum kaplı saclar; kalay-krom kaplı saclar.</w:t>
      </w:r>
    </w:p>
    <w:p w14:paraId="49B9E591" w14:textId="77777777" w:rsidR="00525EA4" w:rsidRPr="001B3798" w:rsidRDefault="00000000" w:rsidP="001B3798">
      <w:pPr>
        <w:spacing w:before="20" w:after="20" w:line="480" w:lineRule="auto"/>
        <w:jc w:val="both"/>
        <w:rPr>
          <w:b/>
          <w:bCs/>
          <w:szCs w:val="20"/>
        </w:rPr>
      </w:pPr>
      <w:r w:rsidRPr="001B3798">
        <w:rPr>
          <w:b/>
          <w:bCs/>
          <w:szCs w:val="20"/>
        </w:rPr>
        <w:t>7. Araç gövdelerini gövde şekline göre sınıflandırınız? (25 Puan)</w:t>
      </w:r>
    </w:p>
    <w:p w14:paraId="7BA8C4D6" w14:textId="77777777" w:rsidR="00525EA4" w:rsidRPr="001B3798" w:rsidRDefault="00000000" w:rsidP="001B3798">
      <w:pPr>
        <w:spacing w:after="40" w:line="480" w:lineRule="auto"/>
        <w:rPr>
          <w:szCs w:val="20"/>
        </w:rPr>
      </w:pPr>
      <w:r w:rsidRPr="001B3798">
        <w:rPr>
          <w:szCs w:val="20"/>
        </w:rPr>
        <w:t>Station wagon tip, Van (kargo) tip, 5 kapılı (sedan) tip, çift kapılı tip, Hard top (tavanı açık) tip, Liftback tip.</w:t>
      </w:r>
    </w:p>
    <w:sectPr w:rsidR="00525EA4" w:rsidRPr="001B3798" w:rsidSect="00034616">
      <w:pgSz w:w="11906" w:h="16838"/>
      <w:pgMar w:top="369" w:right="567" w:bottom="36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612629">
    <w:abstractNumId w:val="8"/>
  </w:num>
  <w:num w:numId="2" w16cid:durableId="545332168">
    <w:abstractNumId w:val="6"/>
  </w:num>
  <w:num w:numId="3" w16cid:durableId="2073890194">
    <w:abstractNumId w:val="5"/>
  </w:num>
  <w:num w:numId="4" w16cid:durableId="505364819">
    <w:abstractNumId w:val="4"/>
  </w:num>
  <w:num w:numId="5" w16cid:durableId="1063479950">
    <w:abstractNumId w:val="7"/>
  </w:num>
  <w:num w:numId="6" w16cid:durableId="664406331">
    <w:abstractNumId w:val="3"/>
  </w:num>
  <w:num w:numId="7" w16cid:durableId="738359323">
    <w:abstractNumId w:val="2"/>
  </w:num>
  <w:num w:numId="8" w16cid:durableId="1737319639">
    <w:abstractNumId w:val="1"/>
  </w:num>
  <w:num w:numId="9" w16cid:durableId="1589801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798"/>
    <w:rsid w:val="0029639D"/>
    <w:rsid w:val="00326F90"/>
    <w:rsid w:val="00525EA4"/>
    <w:rsid w:val="008E268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4687FD"/>
  <w14:defaultImageDpi w14:val="300"/>
  <w15:docId w15:val="{57E9A2F9-CC40-421F-AD26-97B5C673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ahoma" w:eastAsia="Tahoma" w:hAnsi="Tahoma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2026-09-05T19:27:00Z</dcterms:modified>
  <cp:category/>
</cp:coreProperties>
</file>