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DBF693" w14:textId="77777777" w:rsidR="006032C4" w:rsidRPr="00595F84" w:rsidRDefault="004D19F5" w:rsidP="006032C4">
      <w:pPr>
        <w:spacing w:after="20" w:line="360" w:lineRule="auto"/>
        <w:jc w:val="center"/>
        <w:rPr>
          <w:sz w:val="22"/>
        </w:rPr>
      </w:pPr>
      <w:r>
        <w:rPr>
          <w:b/>
          <w:sz w:val="22"/>
        </w:rPr>
        <w:t>YAHŞİHAN MESLEKİ EĞİTİM MERKEZİ</w:t>
      </w:r>
    </w:p>
    <w:p w14:paraId="158F4397" w14:textId="77777777" w:rsidR="006032C4" w:rsidRPr="00595F84" w:rsidRDefault="006032C4" w:rsidP="006032C4">
      <w:pPr>
        <w:spacing w:after="20" w:line="360" w:lineRule="auto"/>
        <w:jc w:val="center"/>
        <w:rPr>
          <w:sz w:val="22"/>
        </w:rPr>
      </w:pPr>
      <w:r w:rsidRPr="00595F84">
        <w:rPr>
          <w:b/>
          <w:sz w:val="22"/>
        </w:rPr>
        <w:t>2026/2027 EĞİTİM ÖĞRETİM YILI MOTORLU ARAÇLAR TEKNOLOJİSİ ALANI</w:t>
      </w:r>
    </w:p>
    <w:p w14:paraId="3420B7B2" w14:textId="77777777" w:rsidR="006032C4" w:rsidRPr="00595F84" w:rsidRDefault="006032C4" w:rsidP="006032C4">
      <w:pPr>
        <w:spacing w:after="60" w:line="360" w:lineRule="auto"/>
        <w:jc w:val="center"/>
        <w:rPr>
          <w:sz w:val="22"/>
        </w:rPr>
      </w:pPr>
      <w:r>
        <w:rPr>
          <w:b/>
          <w:sz w:val="22"/>
        </w:rPr>
        <w:t>OTOMOTİV GÖVDE ONARIMI DERSİ 1.DÖNEM 1.YAZILI YOKLAMASI</w:t>
      </w:r>
    </w:p>
    <w:p w14:paraId="6633F836" w14:textId="77777777" w:rsidR="002D6A66" w:rsidRPr="00595F84" w:rsidRDefault="00000000" w:rsidP="00595F84">
      <w:pPr>
        <w:spacing w:after="40" w:line="360" w:lineRule="auto"/>
        <w:rPr>
          <w:sz w:val="22"/>
        </w:rPr>
      </w:pPr>
      <w:r w:rsidRPr="00595F84">
        <w:rPr>
          <w:b/>
          <w:sz w:val="22"/>
        </w:rPr>
        <w:t>Adı Soyadı 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Sınıfı/No:</w:t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Pr="00595F84">
        <w:rPr>
          <w:b/>
          <w:sz w:val="22"/>
        </w:rPr>
        <w:tab/>
      </w:r>
      <w:r w:rsidR="00595F84">
        <w:rPr>
          <w:b/>
          <w:sz w:val="22"/>
        </w:rPr>
        <w:tab/>
      </w:r>
      <w:r w:rsidRPr="00595F84">
        <w:rPr>
          <w:b/>
          <w:sz w:val="22"/>
        </w:rPr>
        <w:t>Aldığı Not:</w:t>
      </w:r>
    </w:p>
    <w:p w14:paraId="72C61392" w14:textId="77777777" w:rsidR="002D6A66" w:rsidRPr="00595F84" w:rsidRDefault="00000000" w:rsidP="00595F84">
      <w:pPr>
        <w:spacing w:after="40" w:line="360" w:lineRule="auto"/>
        <w:jc w:val="center"/>
        <w:rPr>
          <w:sz w:val="22"/>
        </w:rPr>
      </w:pPr>
      <w:r w:rsidRPr="00595F84">
        <w:rPr>
          <w:b/>
          <w:sz w:val="22"/>
        </w:rPr>
        <w:t>SORULAR</w:t>
      </w:r>
    </w:p>
    <w:p w14:paraId="33E9ADB8" w14:textId="77777777" w:rsidR="002D6A66" w:rsidRPr="00600D00" w:rsidRDefault="00000000" w:rsidP="00600D00">
      <w:pPr>
        <w:spacing w:after="100" w:line="360" w:lineRule="auto"/>
        <w:rPr>
          <w:bCs/>
          <w:sz w:val="22"/>
        </w:rPr>
      </w:pPr>
      <w:r>
        <w:rPr>
          <w:sz w:val="20"/>
        </w:rPr>
        <w:t>1. Panel onarımına hazırlıkta kullanılan kesme ve temizleme araçlarını maddeler hâlinde yazınız. (15 Puan)</w:t>
      </w:r>
    </w:p>
    <w:p w14:paraId="26BA320E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2. Araç panellerinde oluşan hasar çeşitlerini ve bu hasarlarda kullanılan temel düzeltme araçlarını maddeler hâlinde yazınız. (15 Puan)</w:t>
      </w:r>
    </w:p>
    <w:p w14:paraId="501EFE21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3. Punta çürütme cihazı hangi amaçla kullanılır? (10 Puan)</w:t>
      </w:r>
    </w:p>
    <w:p w14:paraId="500816EC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4. Pnömatik karoseri testeresinin görevi nedir? (10 Puan)</w:t>
      </w:r>
    </w:p>
    <w:p w14:paraId="61643AE4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5. Plazma kesici ile panel sacı kesilirken dikkat edilmesi gereken temel husus nedir? (10 Puan)</w:t>
      </w:r>
    </w:p>
    <w:p w14:paraId="5D3430E4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6. Eziklerin çekiç ve dayama kullanılarak düzeltilmesinde dayama takozunun görevi nedir? (10 Puan)</w:t>
      </w:r>
    </w:p>
    <w:p w14:paraId="36448288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7. Birleştirilmiş kalın panel saclarını kesmede kullanılan pnömatik el aletine .................... denir. (10 Puan)</w:t>
      </w:r>
    </w:p>
    <w:p w14:paraId="7D505DDD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8. Panel üzerindeki göçüklerin yüzeye zarar vermeden çekilmesinde kullanılan cihaza .................... cihazı denir. (10 Puan)</w:t>
      </w:r>
    </w:p>
    <w:p w14:paraId="0F2DEBE9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9. (   ) Punta çürütme cihazı, punta kaynaklı gövde parçalarının ayrılmasında kullanılabilir. (5 Puan)</w:t>
      </w:r>
    </w:p>
    <w:p w14:paraId="6FC01099" w14:textId="77777777" w:rsidR="00550877" w:rsidRPr="00600D00" w:rsidRDefault="00000000" w:rsidP="00600D00">
      <w:pPr>
        <w:spacing w:after="100" w:line="360" w:lineRule="auto"/>
        <w:rPr>
          <w:sz w:val="22"/>
        </w:rPr>
      </w:pPr>
      <w:r>
        <w:rPr>
          <w:sz w:val="20"/>
        </w:rPr>
        <w:t>10. (   ) Plazma kesici yalnızca plastik parçaların kesilmesinde kullanılır. (5 Puan)</w:t>
      </w:r>
    </w:p>
    <w:p w14:paraId="3649BE4F" w14:textId="77777777" w:rsidR="00595F84" w:rsidRDefault="00595F84">
      <w:pPr>
        <w:spacing w:after="80" w:line="240" w:lineRule="auto"/>
      </w:pPr>
    </w:p>
    <w:p w14:paraId="4616B8F0" w14:textId="77777777" w:rsidR="002D6A66" w:rsidRDefault="00000000">
      <w:pPr>
        <w:spacing w:before="40" w:after="0"/>
      </w:pPr>
      <w:r w:rsidRPr="00600D00">
        <w:rPr>
          <w:b/>
          <w:bCs/>
          <w:u w:val="single"/>
        </w:rPr>
        <w:t>Süre :</w:t>
      </w:r>
      <w:r>
        <w:t xml:space="preserve"> 40 Dk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Başarılar</w:t>
      </w:r>
    </w:p>
    <w:p w14:paraId="70C199AA" w14:textId="77777777" w:rsidR="002D6A66" w:rsidRDefault="00000000" w:rsidP="00595F84">
      <w:pPr>
        <w:spacing w:after="0"/>
        <w:ind w:left="5760" w:firstLine="720"/>
      </w:pPr>
      <w:r>
        <w:t>Mot.Arç.Tekn Öğrt Abdullah YANIK</w:t>
      </w:r>
      <w:r>
        <w:br w:type="page"/>
      </w:r>
    </w:p>
    <w:p w14:paraId="2BF150DE" w14:textId="36A0F9E6" w:rsidR="00146DC4" w:rsidRDefault="00000000" w:rsidP="00F736E2">
      <w:r>
        <w:rPr>
          <w:b/>
          <w:sz w:val="22"/>
        </w:rPr>
        <w:lastRenderedPageBreak/>
        <w:t>2026/2027 OTOMOTİV GÖVDE ONARIMI DERSİ 1.DÖNEM 1.YAZILI CEVAP ANAHTARI</w:t>
      </w:r>
    </w:p>
    <w:p w14:paraId="63B831A2" w14:textId="77777777" w:rsidR="00146DC4" w:rsidRDefault="00000000">
      <w:pPr>
        <w:spacing w:after="20"/>
      </w:pPr>
      <w:r>
        <w:rPr>
          <w:b/>
          <w:sz w:val="18"/>
        </w:rPr>
        <w:t>1. Panel onarımına hazırlıkta kullanılan kesme ve temizleme araçlarını maddeler hâlinde yazınız. (15 Puan)</w:t>
      </w:r>
    </w:p>
    <w:p w14:paraId="2C54FDA7" w14:textId="77777777" w:rsidR="00146DC4" w:rsidRDefault="00000000">
      <w:pPr>
        <w:spacing w:after="0"/>
        <w:ind w:left="200"/>
      </w:pPr>
      <w:r>
        <w:rPr>
          <w:sz w:val="18"/>
        </w:rPr>
        <w:t>1. Punta çürütme cihazı</w:t>
      </w:r>
    </w:p>
    <w:p w14:paraId="5393B56D" w14:textId="77777777" w:rsidR="00146DC4" w:rsidRDefault="00000000">
      <w:pPr>
        <w:spacing w:after="0"/>
        <w:ind w:left="200"/>
      </w:pPr>
      <w:r>
        <w:rPr>
          <w:sz w:val="18"/>
        </w:rPr>
        <w:t>2. Pnömatik karoseri testeresi</w:t>
      </w:r>
    </w:p>
    <w:p w14:paraId="64A3F48E" w14:textId="77777777" w:rsidR="00146DC4" w:rsidRDefault="00000000">
      <w:pPr>
        <w:spacing w:after="0"/>
        <w:ind w:left="200"/>
      </w:pPr>
      <w:r>
        <w:rPr>
          <w:sz w:val="18"/>
        </w:rPr>
        <w:t>3. Plazma kesici</w:t>
      </w:r>
    </w:p>
    <w:p w14:paraId="00E9E340" w14:textId="77777777" w:rsidR="00146DC4" w:rsidRDefault="00000000">
      <w:pPr>
        <w:spacing w:after="0"/>
        <w:ind w:left="200"/>
      </w:pPr>
      <w:r>
        <w:rPr>
          <w:sz w:val="18"/>
        </w:rPr>
        <w:t>4. Pnömatik keski</w:t>
      </w:r>
    </w:p>
    <w:p w14:paraId="27BFC4CD" w14:textId="77777777" w:rsidR="00146DC4" w:rsidRDefault="00000000">
      <w:pPr>
        <w:spacing w:after="0"/>
        <w:ind w:left="200"/>
      </w:pPr>
      <w:r>
        <w:rPr>
          <w:sz w:val="18"/>
        </w:rPr>
        <w:t>5. Yüzey ve mastik temizleme araçları</w:t>
      </w:r>
    </w:p>
    <w:p w14:paraId="02EDA8F2" w14:textId="77777777" w:rsidR="00146DC4" w:rsidRDefault="00000000">
      <w:pPr>
        <w:spacing w:after="20"/>
      </w:pPr>
      <w:r>
        <w:rPr>
          <w:b/>
          <w:sz w:val="18"/>
        </w:rPr>
        <w:t>2. Araç panellerinde oluşan hasar çeşitlerini ve bu hasarlarda kullanılan temel düzeltme araçlarını maddeler hâlinde yazınız. (15 Puan)</w:t>
      </w:r>
    </w:p>
    <w:p w14:paraId="7276FAEE" w14:textId="77777777" w:rsidR="00146DC4" w:rsidRDefault="00000000">
      <w:pPr>
        <w:spacing w:after="0"/>
        <w:ind w:left="200"/>
      </w:pPr>
      <w:r>
        <w:rPr>
          <w:sz w:val="18"/>
        </w:rPr>
        <w:t>1. Ezik ve göçükler</w:t>
      </w:r>
    </w:p>
    <w:p w14:paraId="598568B2" w14:textId="77777777" w:rsidR="00146DC4" w:rsidRDefault="00000000">
      <w:pPr>
        <w:spacing w:after="0"/>
        <w:ind w:left="200"/>
      </w:pPr>
      <w:r>
        <w:rPr>
          <w:sz w:val="18"/>
        </w:rPr>
        <w:t>2. Çizik ve yüzey bozuklukları</w:t>
      </w:r>
    </w:p>
    <w:p w14:paraId="6E0E60EF" w14:textId="77777777" w:rsidR="00146DC4" w:rsidRDefault="00000000">
      <w:pPr>
        <w:spacing w:after="0"/>
        <w:ind w:left="200"/>
      </w:pPr>
      <w:r>
        <w:rPr>
          <w:sz w:val="18"/>
        </w:rPr>
        <w:t>3. Yırtılma / delinme</w:t>
      </w:r>
    </w:p>
    <w:p w14:paraId="38A99CB9" w14:textId="77777777" w:rsidR="00146DC4" w:rsidRDefault="00000000">
      <w:pPr>
        <w:spacing w:after="0"/>
        <w:ind w:left="200"/>
      </w:pPr>
      <w:r>
        <w:rPr>
          <w:sz w:val="18"/>
        </w:rPr>
        <w:t>4. Çekiç ve dayama takozları</w:t>
      </w:r>
    </w:p>
    <w:p w14:paraId="5DEE2E43" w14:textId="77777777" w:rsidR="00146DC4" w:rsidRDefault="00000000">
      <w:pPr>
        <w:spacing w:after="0"/>
        <w:ind w:left="200"/>
      </w:pPr>
      <w:r>
        <w:rPr>
          <w:sz w:val="18"/>
        </w:rPr>
        <w:t>5. Vakumlu düzeltme cihazı</w:t>
      </w:r>
    </w:p>
    <w:p w14:paraId="15719E01" w14:textId="77777777" w:rsidR="00146DC4" w:rsidRDefault="00000000">
      <w:pPr>
        <w:spacing w:after="20"/>
      </w:pPr>
      <w:r>
        <w:rPr>
          <w:b/>
          <w:sz w:val="18"/>
        </w:rPr>
        <w:t>3. Punta çürütme cihazı hangi amaçla kullanılır? (10 Puan)</w:t>
      </w:r>
    </w:p>
    <w:p w14:paraId="42C741CA" w14:textId="77777777" w:rsidR="00146DC4" w:rsidRDefault="00000000">
      <w:pPr>
        <w:spacing w:after="40"/>
      </w:pPr>
      <w:r>
        <w:rPr>
          <w:sz w:val="18"/>
        </w:rPr>
        <w:t>Gövde panellerindeki punta kaynaklarını ayırmak ve kaynaklı parçaların sökülmesini kolaylaştırmak için kullanılır.</w:t>
      </w:r>
    </w:p>
    <w:p w14:paraId="7133A96A" w14:textId="77777777" w:rsidR="00146DC4" w:rsidRDefault="00000000">
      <w:pPr>
        <w:spacing w:after="20"/>
      </w:pPr>
      <w:r>
        <w:rPr>
          <w:b/>
          <w:sz w:val="18"/>
        </w:rPr>
        <w:t>4. Pnömatik karoseri testeresinin görevi nedir? (10 Puan)</w:t>
      </w:r>
    </w:p>
    <w:p w14:paraId="65F728D6" w14:textId="77777777" w:rsidR="00146DC4" w:rsidRDefault="00000000">
      <w:pPr>
        <w:spacing w:after="40"/>
      </w:pPr>
      <w:r>
        <w:rPr>
          <w:sz w:val="18"/>
        </w:rPr>
        <w:t>İnce gövde saclarını kontrollü biçimde kesmek için kullanılır.</w:t>
      </w:r>
    </w:p>
    <w:p w14:paraId="55E69825" w14:textId="77777777" w:rsidR="00146DC4" w:rsidRDefault="00000000">
      <w:pPr>
        <w:spacing w:after="20"/>
      </w:pPr>
      <w:r>
        <w:rPr>
          <w:b/>
          <w:sz w:val="18"/>
        </w:rPr>
        <w:t>5. Plazma kesici ile panel sacı kesilirken dikkat edilmesi gereken temel husus nedir? (10 Puan)</w:t>
      </w:r>
    </w:p>
    <w:p w14:paraId="0A67ADB1" w14:textId="77777777" w:rsidR="00146DC4" w:rsidRDefault="00000000">
      <w:pPr>
        <w:spacing w:after="40"/>
      </w:pPr>
      <w:r>
        <w:rPr>
          <w:sz w:val="18"/>
        </w:rPr>
        <w:t>Kesim hattı doğru belirlenmeli, çevredeki parça ve tesisatlar korunmalı ve uygun kişisel koruyucu donanım kullanılmalıdır.</w:t>
      </w:r>
    </w:p>
    <w:p w14:paraId="467F2881" w14:textId="77777777" w:rsidR="00146DC4" w:rsidRDefault="00000000">
      <w:pPr>
        <w:spacing w:after="20"/>
      </w:pPr>
      <w:r>
        <w:rPr>
          <w:b/>
          <w:sz w:val="18"/>
        </w:rPr>
        <w:t>6. Eziklerin çekiç ve dayama kullanılarak düzeltilmesinde dayama takozunun görevi nedir? (10 Puan)</w:t>
      </w:r>
    </w:p>
    <w:p w14:paraId="1741C877" w14:textId="77777777" w:rsidR="00146DC4" w:rsidRDefault="00000000">
      <w:pPr>
        <w:spacing w:after="40"/>
      </w:pPr>
      <w:r>
        <w:rPr>
          <w:sz w:val="18"/>
        </w:rPr>
        <w:t>Sacın arka yüzeyini destekleyerek çekiç darbelerinin kontrollü biçimde şekillendirme yapmasını sağlamaktır.</w:t>
      </w:r>
    </w:p>
    <w:p w14:paraId="51B42A69" w14:textId="77777777" w:rsidR="00146DC4" w:rsidRDefault="00000000">
      <w:pPr>
        <w:spacing w:after="20"/>
      </w:pPr>
      <w:r>
        <w:rPr>
          <w:b/>
          <w:sz w:val="18"/>
        </w:rPr>
        <w:t>7. Birleştirilmiş kalın panel saclarını kesmede kullanılan pnömatik el aletine .................... denir. (10 Puan)</w:t>
      </w:r>
    </w:p>
    <w:p w14:paraId="07CBEC4B" w14:textId="77777777" w:rsidR="00146DC4" w:rsidRDefault="00000000">
      <w:pPr>
        <w:spacing w:after="40"/>
      </w:pPr>
      <w:r>
        <w:rPr>
          <w:sz w:val="18"/>
        </w:rPr>
        <w:t>pnömatik keski</w:t>
      </w:r>
    </w:p>
    <w:p w14:paraId="3534AD2C" w14:textId="77777777" w:rsidR="00146DC4" w:rsidRDefault="00000000">
      <w:pPr>
        <w:spacing w:after="20"/>
      </w:pPr>
      <w:r>
        <w:rPr>
          <w:b/>
          <w:sz w:val="18"/>
        </w:rPr>
        <w:t>8. Panel üzerindeki göçüklerin yüzeye zarar vermeden çekilmesinde kullanılan cihaza .................... cihazı denir. (10 Puan)</w:t>
      </w:r>
    </w:p>
    <w:p w14:paraId="40E4461A" w14:textId="77777777" w:rsidR="00146DC4" w:rsidRDefault="00000000">
      <w:pPr>
        <w:spacing w:after="40"/>
      </w:pPr>
      <w:r>
        <w:rPr>
          <w:sz w:val="18"/>
        </w:rPr>
        <w:t>vakumlu düzeltme / vakumlu çektirme</w:t>
      </w:r>
    </w:p>
    <w:p w14:paraId="10623A7A" w14:textId="77777777" w:rsidR="00146DC4" w:rsidRDefault="00000000">
      <w:pPr>
        <w:spacing w:after="20"/>
      </w:pPr>
      <w:r>
        <w:rPr>
          <w:b/>
          <w:sz w:val="18"/>
        </w:rPr>
        <w:t>9. (   ) Punta çürütme cihazı, punta kaynaklı gövde parçalarının ayrılmasında kullanılabilir. (5 Puan)</w:t>
      </w:r>
    </w:p>
    <w:p w14:paraId="236A046F" w14:textId="77777777" w:rsidR="00146DC4" w:rsidRDefault="00000000">
      <w:pPr>
        <w:spacing w:after="40"/>
      </w:pPr>
      <w:r>
        <w:rPr>
          <w:sz w:val="18"/>
        </w:rPr>
        <w:t>Doğru</w:t>
      </w:r>
    </w:p>
    <w:p w14:paraId="3538CCF3" w14:textId="77777777" w:rsidR="00146DC4" w:rsidRDefault="00000000">
      <w:pPr>
        <w:spacing w:after="20"/>
      </w:pPr>
      <w:r>
        <w:rPr>
          <w:b/>
          <w:sz w:val="18"/>
        </w:rPr>
        <w:t>10. (   ) Plazma kesici yalnızca plastik parçaların kesilmesinde kullanılır. (5 Puan)</w:t>
      </w:r>
    </w:p>
    <w:p w14:paraId="5F1B49B6" w14:textId="77777777" w:rsidR="00146DC4" w:rsidRDefault="00000000">
      <w:pPr>
        <w:spacing w:after="40"/>
      </w:pPr>
      <w:r>
        <w:rPr>
          <w:sz w:val="18"/>
        </w:rPr>
        <w:t>Yanlış</w:t>
      </w:r>
    </w:p>
    <w:sectPr w:rsidR="00146DC4" w:rsidSect="00034616">
      <w:pgSz w:w="12240" w:h="15840"/>
      <w:pgMar w:top="794" w:right="907" w:bottom="794" w:left="90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604B56" w14:textId="77777777" w:rsidR="00E03FBA" w:rsidRDefault="00E03FBA" w:rsidP="00F736E2">
      <w:pPr>
        <w:spacing w:after="0" w:line="240" w:lineRule="auto"/>
      </w:pPr>
      <w:r>
        <w:separator/>
      </w:r>
    </w:p>
  </w:endnote>
  <w:endnote w:type="continuationSeparator" w:id="0">
    <w:p w14:paraId="6BF054A1" w14:textId="77777777" w:rsidR="00E03FBA" w:rsidRDefault="00E03FBA" w:rsidP="00F736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304463" w14:textId="77777777" w:rsidR="00E03FBA" w:rsidRDefault="00E03FBA" w:rsidP="00F736E2">
      <w:pPr>
        <w:spacing w:after="0" w:line="240" w:lineRule="auto"/>
      </w:pPr>
      <w:r>
        <w:separator/>
      </w:r>
    </w:p>
  </w:footnote>
  <w:footnote w:type="continuationSeparator" w:id="0">
    <w:p w14:paraId="51C86879" w14:textId="77777777" w:rsidR="00E03FBA" w:rsidRDefault="00E03FBA" w:rsidP="00F736E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2401CAF"/>
    <w:multiLevelType w:val="hybridMultilevel"/>
    <w:tmpl w:val="56FA49A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67FB6"/>
    <w:multiLevelType w:val="hybridMultilevel"/>
    <w:tmpl w:val="9C58865E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AF5567E"/>
    <w:multiLevelType w:val="hybridMultilevel"/>
    <w:tmpl w:val="F154DC7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EC1EFE"/>
    <w:multiLevelType w:val="hybridMultilevel"/>
    <w:tmpl w:val="56429EEA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4963C7"/>
    <w:multiLevelType w:val="hybridMultilevel"/>
    <w:tmpl w:val="36D608F8"/>
    <w:lvl w:ilvl="0" w:tplc="041F0017">
      <w:start w:val="1"/>
      <w:numFmt w:val="lowerLetter"/>
      <w:lvlText w:val="%1)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33902084">
    <w:abstractNumId w:val="8"/>
  </w:num>
  <w:num w:numId="2" w16cid:durableId="892354849">
    <w:abstractNumId w:val="6"/>
  </w:num>
  <w:num w:numId="3" w16cid:durableId="8145828">
    <w:abstractNumId w:val="5"/>
  </w:num>
  <w:num w:numId="4" w16cid:durableId="62339978">
    <w:abstractNumId w:val="4"/>
  </w:num>
  <w:num w:numId="5" w16cid:durableId="1480076533">
    <w:abstractNumId w:val="7"/>
  </w:num>
  <w:num w:numId="6" w16cid:durableId="932085288">
    <w:abstractNumId w:val="3"/>
  </w:num>
  <w:num w:numId="7" w16cid:durableId="414862227">
    <w:abstractNumId w:val="2"/>
  </w:num>
  <w:num w:numId="8" w16cid:durableId="86004017">
    <w:abstractNumId w:val="1"/>
  </w:num>
  <w:num w:numId="9" w16cid:durableId="1242985829">
    <w:abstractNumId w:val="0"/>
  </w:num>
  <w:num w:numId="10" w16cid:durableId="438835600">
    <w:abstractNumId w:val="12"/>
  </w:num>
  <w:num w:numId="11" w16cid:durableId="549151816">
    <w:abstractNumId w:val="13"/>
  </w:num>
  <w:num w:numId="12" w16cid:durableId="184753285">
    <w:abstractNumId w:val="11"/>
  </w:num>
  <w:num w:numId="13" w16cid:durableId="2129350511">
    <w:abstractNumId w:val="9"/>
  </w:num>
  <w:num w:numId="14" w16cid:durableId="15995595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4C7F"/>
    <w:rsid w:val="0006063C"/>
    <w:rsid w:val="00146DC4"/>
    <w:rsid w:val="0015074B"/>
    <w:rsid w:val="001570FB"/>
    <w:rsid w:val="00192A3C"/>
    <w:rsid w:val="0029639D"/>
    <w:rsid w:val="002D6A66"/>
    <w:rsid w:val="00326F90"/>
    <w:rsid w:val="004D19F5"/>
    <w:rsid w:val="00550877"/>
    <w:rsid w:val="00595F84"/>
    <w:rsid w:val="00600D00"/>
    <w:rsid w:val="006032C4"/>
    <w:rsid w:val="00706865"/>
    <w:rsid w:val="00AA1D8D"/>
    <w:rsid w:val="00B47730"/>
    <w:rsid w:val="00CB0664"/>
    <w:rsid w:val="00DA68DD"/>
    <w:rsid w:val="00DF3F4A"/>
    <w:rsid w:val="00E03FBA"/>
    <w:rsid w:val="00F33E2F"/>
    <w:rsid w:val="00F53AC7"/>
    <w:rsid w:val="00F736E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9F15D11"/>
  <w14:defaultImageDpi w14:val="300"/>
  <w15:docId w15:val="{C3CF4D37-697F-46CA-9A8C-C4BDFB117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19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456</Words>
  <Characters>2602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3052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Abdullah Yanik</cp:lastModifiedBy>
  <cp:revision>7</cp:revision>
  <dcterms:created xsi:type="dcterms:W3CDTF">2013-12-23T23:15:00Z</dcterms:created>
  <dcterms:modified xsi:type="dcterms:W3CDTF">2026-09-12T20:08:00Z</dcterms:modified>
  <cp:category/>
</cp:coreProperties>
</file>