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B67C3" w14:textId="77777777" w:rsidR="006032C4" w:rsidRPr="00595F84" w:rsidRDefault="004D19F5" w:rsidP="006032C4">
      <w:pPr>
        <w:spacing w:after="20" w:line="360" w:lineRule="auto"/>
        <w:jc w:val="center"/>
        <w:rPr>
          <w:sz w:val="22"/>
        </w:rPr>
      </w:pPr>
      <w:r>
        <w:rPr>
          <w:b/>
          <w:sz w:val="22"/>
        </w:rPr>
        <w:t>YAHŞİHAN MESLEKİ EĞİTİM MERKEZİ</w:t>
      </w:r>
    </w:p>
    <w:p w14:paraId="1C2861E2" w14:textId="77777777" w:rsidR="006032C4" w:rsidRPr="00595F84" w:rsidRDefault="006032C4" w:rsidP="006032C4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543FDDDD" w14:textId="77777777" w:rsidR="006032C4" w:rsidRPr="00595F84" w:rsidRDefault="006032C4" w:rsidP="006032C4">
      <w:pPr>
        <w:spacing w:after="60" w:line="360" w:lineRule="auto"/>
        <w:jc w:val="center"/>
        <w:rPr>
          <w:sz w:val="22"/>
        </w:rPr>
      </w:pPr>
      <w:r>
        <w:rPr>
          <w:b/>
          <w:sz w:val="22"/>
        </w:rPr>
        <w:t>OTOMOTİV GÖVDE ONARIMI DERSİ 1.DÖNEM 2.YAZILI YOKLAMASI</w:t>
      </w:r>
    </w:p>
    <w:p w14:paraId="312F3B0E" w14:textId="77777777" w:rsidR="002D6A66" w:rsidRPr="00595F84" w:rsidRDefault="00000000" w:rsidP="00595F84">
      <w:pPr>
        <w:spacing w:after="40" w:line="360" w:lineRule="auto"/>
        <w:rPr>
          <w:sz w:val="22"/>
        </w:rPr>
      </w:pPr>
      <w:r w:rsidRPr="00595F84">
        <w:rPr>
          <w:b/>
          <w:sz w:val="22"/>
        </w:rPr>
        <w:t>Adı Soyadı 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Sınıfı/No: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Aldığı Not:</w:t>
      </w:r>
    </w:p>
    <w:p w14:paraId="7BF964C5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299BCDDB" w14:textId="77777777" w:rsidR="002D6A66" w:rsidRPr="00600D00" w:rsidRDefault="00000000" w:rsidP="00600D00">
      <w:pPr>
        <w:spacing w:after="100" w:line="360" w:lineRule="auto"/>
        <w:rPr>
          <w:bCs/>
          <w:sz w:val="22"/>
        </w:rPr>
      </w:pPr>
      <w:r>
        <w:rPr>
          <w:sz w:val="20"/>
        </w:rPr>
        <w:t>1. Araç panelindeki ezikleri düzeltmede kullanılan çektirme yöntemlerini maddeler hâlinde yazınız. (15 Puan)</w:t>
      </w:r>
    </w:p>
    <w:p w14:paraId="593520CD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2. Panel onarımı sonrası yapılan macun işlemlerinin temel aşamalarını maddeler hâlinde yazınız. (15 Puan)</w:t>
      </w:r>
    </w:p>
    <w:p w14:paraId="663834EF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3. Spot hızlı çektirme cihazı hangi amaçla kullanılır? (10 Puan)</w:t>
      </w:r>
    </w:p>
    <w:p w14:paraId="15539436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4. Panel sacına karbon yedirme (büzdürme) işleminin amacı nedir? (10 Puan)</w:t>
      </w:r>
    </w:p>
    <w:p w14:paraId="426997DC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5. Panel üzerindeki çürüklerin yama yapılarak onarılması nasıl gerçekleştirilir? Kısaca açıklayınız. (10 Puan)</w:t>
      </w:r>
    </w:p>
    <w:p w14:paraId="67F3AE42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6. Araç gövdesinde hasar tespiti yapılırken hangi durumlar gözle kontrol edilir? (10 Puan)</w:t>
      </w:r>
    </w:p>
    <w:p w14:paraId="0A7103EE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7. Panel yüzeyindeki fazla macunun düzeltilip yüzeyin düzgün hâle getirilmesine .................... işlemi denir. (10 Puan)</w:t>
      </w:r>
    </w:p>
    <w:p w14:paraId="2CB06ECB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8. Araç gövdesinin boyutlarını karşılaştırmalı olarak ölçmede kullanılan araca .................... ölçüm cetveli denir. (10 Puan)</w:t>
      </w:r>
    </w:p>
    <w:p w14:paraId="07973778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9. (   ) Pul kaynatma yöntemi, panel üzerindeki eziklerin çektirilerek düzeltilmesinde kullanılabilir. (5 Puan)</w:t>
      </w:r>
    </w:p>
    <w:p w14:paraId="4F37A247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10. (   ) Macun tesviye işlemi yüzey hazırlığı yapılmadan uygulanmalıdır. (5 Puan)</w:t>
      </w:r>
    </w:p>
    <w:p w14:paraId="245953AA" w14:textId="77777777" w:rsidR="00595F84" w:rsidRDefault="00595F84">
      <w:pPr>
        <w:spacing w:after="80" w:line="240" w:lineRule="auto"/>
      </w:pPr>
    </w:p>
    <w:p w14:paraId="11EB5A61" w14:textId="77777777" w:rsidR="002D6A66" w:rsidRDefault="00000000">
      <w:pPr>
        <w:spacing w:before="40" w:after="0"/>
      </w:pPr>
      <w:r w:rsidRPr="00600D00">
        <w:rPr>
          <w:b/>
          <w:bCs/>
          <w:u w:val="single"/>
        </w:rPr>
        <w:t>Süre :</w:t>
      </w:r>
      <w:r>
        <w:t xml:space="preserve">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Başarılar</w:t>
      </w:r>
    </w:p>
    <w:p w14:paraId="555D3417" w14:textId="7F74B7B2" w:rsidR="00595F84" w:rsidRPr="009A15AA" w:rsidRDefault="00000000" w:rsidP="009A15AA">
      <w:pPr>
        <w:spacing w:after="0"/>
        <w:ind w:left="5760" w:firstLine="720"/>
      </w:pPr>
      <w:r>
        <w:t>Mot.Arç.Tekn Öğrt Abdullah YANIK</w:t>
      </w:r>
      <w:r>
        <w:br w:type="page"/>
      </w:r>
    </w:p>
    <w:p w14:paraId="7C9D628C" w14:textId="77777777" w:rsidR="0029622B" w:rsidRDefault="00000000">
      <w:pPr>
        <w:spacing w:after="120"/>
        <w:jc w:val="center"/>
      </w:pPr>
      <w:r>
        <w:rPr>
          <w:b/>
          <w:sz w:val="22"/>
        </w:rPr>
        <w:lastRenderedPageBreak/>
        <w:t>2026/2027 OTOMOTİV GÖVDE ONARIMI DERSİ 1.DÖNEM 2.YAZILI CEVAP ANAHTARI</w:t>
      </w:r>
    </w:p>
    <w:p w14:paraId="3CDA9E81" w14:textId="77777777" w:rsidR="0029622B" w:rsidRDefault="00000000">
      <w:pPr>
        <w:spacing w:after="20"/>
      </w:pPr>
      <w:r>
        <w:rPr>
          <w:b/>
          <w:sz w:val="18"/>
        </w:rPr>
        <w:t>1. Araç panelindeki ezikleri düzeltmede kullanılan çektirme yöntemlerini maddeler hâlinde yazınız. (15 Puan)</w:t>
      </w:r>
    </w:p>
    <w:p w14:paraId="29FF8844" w14:textId="77777777" w:rsidR="0029622B" w:rsidRDefault="00000000">
      <w:pPr>
        <w:spacing w:after="0"/>
        <w:ind w:left="200"/>
      </w:pPr>
      <w:r>
        <w:rPr>
          <w:sz w:val="18"/>
        </w:rPr>
        <w:t>1. Vakumlu çektirme</w:t>
      </w:r>
    </w:p>
    <w:p w14:paraId="4B1B6488" w14:textId="77777777" w:rsidR="0029622B" w:rsidRDefault="00000000">
      <w:pPr>
        <w:spacing w:after="0"/>
        <w:ind w:left="200"/>
      </w:pPr>
      <w:r>
        <w:rPr>
          <w:sz w:val="18"/>
        </w:rPr>
        <w:t>2. Spot hızlı çektirme</w:t>
      </w:r>
    </w:p>
    <w:p w14:paraId="74EC8859" w14:textId="77777777" w:rsidR="0029622B" w:rsidRDefault="00000000">
      <w:pPr>
        <w:spacing w:after="0"/>
        <w:ind w:left="200"/>
      </w:pPr>
      <w:r>
        <w:rPr>
          <w:sz w:val="18"/>
        </w:rPr>
        <w:t>3. Pul kaynatarak çektirme</w:t>
      </w:r>
    </w:p>
    <w:p w14:paraId="3137C175" w14:textId="77777777" w:rsidR="0029622B" w:rsidRDefault="00000000">
      <w:pPr>
        <w:spacing w:after="0"/>
        <w:ind w:left="200"/>
      </w:pPr>
      <w:r>
        <w:rPr>
          <w:sz w:val="18"/>
        </w:rPr>
        <w:t>4. Perçin kaynatarak çektirme</w:t>
      </w:r>
    </w:p>
    <w:p w14:paraId="43057A8C" w14:textId="77777777" w:rsidR="0029622B" w:rsidRDefault="00000000">
      <w:pPr>
        <w:spacing w:after="0"/>
        <w:ind w:left="200"/>
      </w:pPr>
      <w:r>
        <w:rPr>
          <w:sz w:val="18"/>
        </w:rPr>
        <w:t>5. Çok noktadan tel çektirme</w:t>
      </w:r>
    </w:p>
    <w:p w14:paraId="443B2CEB" w14:textId="77777777" w:rsidR="0029622B" w:rsidRDefault="00000000">
      <w:pPr>
        <w:spacing w:after="20"/>
      </w:pPr>
      <w:r>
        <w:rPr>
          <w:b/>
          <w:sz w:val="18"/>
        </w:rPr>
        <w:t>2. Panel onarımı sonrası yapılan macun işlemlerinin temel aşamalarını maddeler hâlinde yazınız. (15 Puan)</w:t>
      </w:r>
    </w:p>
    <w:p w14:paraId="2D3707F7" w14:textId="77777777" w:rsidR="0029622B" w:rsidRDefault="00000000">
      <w:pPr>
        <w:spacing w:after="0"/>
        <w:ind w:left="200"/>
      </w:pPr>
      <w:r>
        <w:rPr>
          <w:sz w:val="18"/>
        </w:rPr>
        <w:t>1. Yüzeyin temizlenmesi ve hazırlanması</w:t>
      </w:r>
    </w:p>
    <w:p w14:paraId="33396B58" w14:textId="77777777" w:rsidR="0029622B" w:rsidRDefault="00000000">
      <w:pPr>
        <w:spacing w:after="0"/>
        <w:ind w:left="200"/>
      </w:pPr>
      <w:r>
        <w:rPr>
          <w:sz w:val="18"/>
        </w:rPr>
        <w:t>2. Uygun macunun hazırlanması</w:t>
      </w:r>
    </w:p>
    <w:p w14:paraId="3CD7D5ED" w14:textId="77777777" w:rsidR="0029622B" w:rsidRDefault="00000000">
      <w:pPr>
        <w:spacing w:after="0"/>
        <w:ind w:left="200"/>
      </w:pPr>
      <w:r>
        <w:rPr>
          <w:sz w:val="18"/>
        </w:rPr>
        <w:t>3. Macunun spatula ile uygulanması</w:t>
      </w:r>
    </w:p>
    <w:p w14:paraId="3F36BF76" w14:textId="77777777" w:rsidR="0029622B" w:rsidRDefault="00000000">
      <w:pPr>
        <w:spacing w:after="0"/>
        <w:ind w:left="200"/>
      </w:pPr>
      <w:r>
        <w:rPr>
          <w:sz w:val="18"/>
        </w:rPr>
        <w:t>4. Macunun sertleşmesinin beklenmesi</w:t>
      </w:r>
    </w:p>
    <w:p w14:paraId="325BEDF5" w14:textId="77777777" w:rsidR="0029622B" w:rsidRDefault="00000000">
      <w:pPr>
        <w:spacing w:after="0"/>
        <w:ind w:left="200"/>
      </w:pPr>
      <w:r>
        <w:rPr>
          <w:sz w:val="18"/>
        </w:rPr>
        <w:t>5. Macun tesviye işleminin yapılması</w:t>
      </w:r>
    </w:p>
    <w:p w14:paraId="0BC48C8D" w14:textId="77777777" w:rsidR="0029622B" w:rsidRDefault="00000000">
      <w:pPr>
        <w:spacing w:after="20"/>
      </w:pPr>
      <w:r>
        <w:rPr>
          <w:b/>
          <w:sz w:val="18"/>
        </w:rPr>
        <w:t>3. Spot hızlı çektirme cihazı hangi amaçla kullanılır? (10 Puan)</w:t>
      </w:r>
    </w:p>
    <w:p w14:paraId="0E50A7B6" w14:textId="77777777" w:rsidR="0029622B" w:rsidRDefault="00000000">
      <w:pPr>
        <w:spacing w:after="40"/>
      </w:pPr>
      <w:r>
        <w:rPr>
          <w:sz w:val="18"/>
        </w:rPr>
        <w:t>Panel sacındaki ezik ve göçükleri dışarı doğru çekerek düzeltmek için kullanılır.</w:t>
      </w:r>
    </w:p>
    <w:p w14:paraId="473EA438" w14:textId="77777777" w:rsidR="0029622B" w:rsidRDefault="00000000">
      <w:pPr>
        <w:spacing w:after="20"/>
      </w:pPr>
      <w:r>
        <w:rPr>
          <w:b/>
          <w:sz w:val="18"/>
        </w:rPr>
        <w:t>4. Panel sacına karbon yedirme (büzdürme) işleminin amacı nedir? (10 Puan)</w:t>
      </w:r>
    </w:p>
    <w:p w14:paraId="492ECD89" w14:textId="77777777" w:rsidR="0029622B" w:rsidRDefault="00000000">
      <w:pPr>
        <w:spacing w:after="40"/>
      </w:pPr>
      <w:r>
        <w:rPr>
          <w:sz w:val="18"/>
        </w:rPr>
        <w:t>Uzamış sacı kontrollü olarak ısıtıp büzdürerek yüzeyin eski biçimine yaklaşmasını sağlamaktır.</w:t>
      </w:r>
    </w:p>
    <w:p w14:paraId="238FEEC4" w14:textId="77777777" w:rsidR="0029622B" w:rsidRDefault="00000000">
      <w:pPr>
        <w:spacing w:after="20"/>
      </w:pPr>
      <w:r>
        <w:rPr>
          <w:b/>
          <w:sz w:val="18"/>
        </w:rPr>
        <w:t>5. Panel üzerindeki çürüklerin yama yapılarak onarılması nasıl gerçekleştirilir? Kısaca açıklayınız. (10 Puan)</w:t>
      </w:r>
    </w:p>
    <w:p w14:paraId="63C7A18E" w14:textId="77777777" w:rsidR="0029622B" w:rsidRDefault="00000000">
      <w:pPr>
        <w:spacing w:after="40"/>
      </w:pPr>
      <w:r>
        <w:rPr>
          <w:sz w:val="18"/>
        </w:rPr>
        <w:t>Çürük bölüm sağlam metale kadar kesilir, uygun ölçüde yama parçası hazırlanıp alıştırılır ve uygun birleştirme yöntemiyle panele sabitlenir.</w:t>
      </w:r>
    </w:p>
    <w:p w14:paraId="7C8DA1F1" w14:textId="77777777" w:rsidR="0029622B" w:rsidRDefault="00000000">
      <w:pPr>
        <w:spacing w:after="20"/>
      </w:pPr>
      <w:r>
        <w:rPr>
          <w:b/>
          <w:sz w:val="18"/>
        </w:rPr>
        <w:t>6. Araç gövdesinde hasar tespiti yapılırken hangi durumlar gözle kontrol edilir? (10 Puan)</w:t>
      </w:r>
    </w:p>
    <w:p w14:paraId="608AA731" w14:textId="77777777" w:rsidR="0029622B" w:rsidRDefault="00000000">
      <w:pPr>
        <w:spacing w:after="40"/>
      </w:pPr>
      <w:r>
        <w:rPr>
          <w:sz w:val="18"/>
        </w:rPr>
        <w:t>Panel ve gövde parçalarındaki ezilme, kırılma, çatlama, kayma, açıklık bozukluğu ve deformasyonlar gözle kontrol edilir.</w:t>
      </w:r>
    </w:p>
    <w:p w14:paraId="423CDA64" w14:textId="77777777" w:rsidR="0029622B" w:rsidRDefault="00000000">
      <w:pPr>
        <w:spacing w:after="20"/>
      </w:pPr>
      <w:r>
        <w:rPr>
          <w:b/>
          <w:sz w:val="18"/>
        </w:rPr>
        <w:t>7. Panel yüzeyindeki fazla macunun düzeltilip yüzeyin düzgün hâle getirilmesine .................... işlemi denir. (10 Puan)</w:t>
      </w:r>
    </w:p>
    <w:p w14:paraId="33931521" w14:textId="77777777" w:rsidR="0029622B" w:rsidRDefault="00000000">
      <w:pPr>
        <w:spacing w:after="40"/>
      </w:pPr>
      <w:r>
        <w:rPr>
          <w:sz w:val="18"/>
        </w:rPr>
        <w:t>macun tesviye</w:t>
      </w:r>
    </w:p>
    <w:p w14:paraId="2C9E74EC" w14:textId="77777777" w:rsidR="0029622B" w:rsidRDefault="00000000">
      <w:pPr>
        <w:spacing w:after="20"/>
      </w:pPr>
      <w:r>
        <w:rPr>
          <w:b/>
          <w:sz w:val="18"/>
        </w:rPr>
        <w:t>8. Araç gövdesinin boyutlarını karşılaştırmalı olarak ölçmede kullanılan araca .................... ölçüm cetveli denir. (10 Puan)</w:t>
      </w:r>
    </w:p>
    <w:p w14:paraId="55F844B8" w14:textId="77777777" w:rsidR="0029622B" w:rsidRDefault="00000000">
      <w:pPr>
        <w:spacing w:after="40"/>
      </w:pPr>
      <w:r>
        <w:rPr>
          <w:sz w:val="18"/>
        </w:rPr>
        <w:t>teleskopik</w:t>
      </w:r>
    </w:p>
    <w:p w14:paraId="30712F85" w14:textId="77777777" w:rsidR="0029622B" w:rsidRDefault="00000000">
      <w:pPr>
        <w:spacing w:after="20"/>
      </w:pPr>
      <w:r>
        <w:rPr>
          <w:b/>
          <w:sz w:val="18"/>
        </w:rPr>
        <w:t>9. (   ) Pul kaynatma yöntemi, panel üzerindeki eziklerin çektirilerek düzeltilmesinde kullanılabilir. (5 Puan)</w:t>
      </w:r>
    </w:p>
    <w:p w14:paraId="0138D1A5" w14:textId="77777777" w:rsidR="0029622B" w:rsidRDefault="00000000">
      <w:pPr>
        <w:spacing w:after="40"/>
      </w:pPr>
      <w:r>
        <w:rPr>
          <w:sz w:val="18"/>
        </w:rPr>
        <w:t>Doğru</w:t>
      </w:r>
    </w:p>
    <w:p w14:paraId="7BCF4FA0" w14:textId="77777777" w:rsidR="0029622B" w:rsidRDefault="00000000">
      <w:pPr>
        <w:spacing w:after="20"/>
      </w:pPr>
      <w:r>
        <w:rPr>
          <w:b/>
          <w:sz w:val="18"/>
        </w:rPr>
        <w:t>10. (   ) Macun tesviye işlemi yüzey hazırlığı yapılmadan uygulanmalıdır. (5 Puan)</w:t>
      </w:r>
    </w:p>
    <w:p w14:paraId="5B2E9F2A" w14:textId="77777777" w:rsidR="0029622B" w:rsidRDefault="00000000">
      <w:pPr>
        <w:spacing w:after="40"/>
      </w:pPr>
      <w:r>
        <w:rPr>
          <w:sz w:val="18"/>
        </w:rPr>
        <w:t>Yanlış</w:t>
      </w:r>
    </w:p>
    <w:sectPr w:rsidR="0029622B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401CAF"/>
    <w:multiLevelType w:val="hybridMultilevel"/>
    <w:tmpl w:val="56FA49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67FB6"/>
    <w:multiLevelType w:val="hybridMultilevel"/>
    <w:tmpl w:val="9C5886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2"/>
  </w:num>
  <w:num w:numId="11" w16cid:durableId="549151816">
    <w:abstractNumId w:val="13"/>
  </w:num>
  <w:num w:numId="12" w16cid:durableId="184753285">
    <w:abstractNumId w:val="11"/>
  </w:num>
  <w:num w:numId="13" w16cid:durableId="2129350511">
    <w:abstractNumId w:val="9"/>
  </w:num>
  <w:num w:numId="14" w16cid:durableId="15995595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C7F"/>
    <w:rsid w:val="0006063C"/>
    <w:rsid w:val="0015074B"/>
    <w:rsid w:val="001570FB"/>
    <w:rsid w:val="0029622B"/>
    <w:rsid w:val="0029639D"/>
    <w:rsid w:val="002D6A66"/>
    <w:rsid w:val="00326F90"/>
    <w:rsid w:val="004D19F5"/>
    <w:rsid w:val="00550877"/>
    <w:rsid w:val="00595F84"/>
    <w:rsid w:val="00600D00"/>
    <w:rsid w:val="006032C4"/>
    <w:rsid w:val="00706865"/>
    <w:rsid w:val="009A15AA"/>
    <w:rsid w:val="00AA1D8D"/>
    <w:rsid w:val="00B47730"/>
    <w:rsid w:val="00B53E24"/>
    <w:rsid w:val="00CB0664"/>
    <w:rsid w:val="00DA68DD"/>
    <w:rsid w:val="00DF3F4A"/>
    <w:rsid w:val="00F33E2F"/>
    <w:rsid w:val="00F53A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5301BE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7</cp:revision>
  <dcterms:created xsi:type="dcterms:W3CDTF">2013-12-23T23:15:00Z</dcterms:created>
  <dcterms:modified xsi:type="dcterms:W3CDTF">2026-09-12T20:09:00Z</dcterms:modified>
  <cp:category/>
</cp:coreProperties>
</file>