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C2B3D" w14:textId="77777777" w:rsidR="006032C4" w:rsidRPr="00595F84" w:rsidRDefault="004D19F5" w:rsidP="006032C4">
      <w:pPr>
        <w:spacing w:after="20" w:line="360" w:lineRule="auto"/>
        <w:jc w:val="center"/>
        <w:rPr>
          <w:sz w:val="22"/>
        </w:rPr>
      </w:pPr>
      <w:r>
        <w:rPr>
          <w:b/>
          <w:sz w:val="22"/>
        </w:rPr>
        <w:t>YAHŞİHAN MESLEKİ EĞİTİM MERKEZİ</w:t>
      </w:r>
    </w:p>
    <w:p w14:paraId="2D038B9E" w14:textId="77777777" w:rsidR="006032C4" w:rsidRPr="00595F84" w:rsidRDefault="006032C4" w:rsidP="006032C4">
      <w:pPr>
        <w:spacing w:after="20" w:line="360" w:lineRule="auto"/>
        <w:jc w:val="center"/>
        <w:rPr>
          <w:sz w:val="22"/>
        </w:rPr>
      </w:pPr>
      <w:r w:rsidRPr="00595F84">
        <w:rPr>
          <w:b/>
          <w:sz w:val="22"/>
        </w:rPr>
        <w:t>2026/2027 EĞİTİM ÖĞRETİM YILI MOTORLU ARAÇLAR TEKNOLOJİSİ ALANI</w:t>
      </w:r>
    </w:p>
    <w:p w14:paraId="7C0FF8AC" w14:textId="77777777" w:rsidR="006032C4" w:rsidRPr="00595F84" w:rsidRDefault="006032C4" w:rsidP="006032C4">
      <w:pPr>
        <w:spacing w:after="60" w:line="360" w:lineRule="auto"/>
        <w:jc w:val="center"/>
        <w:rPr>
          <w:sz w:val="22"/>
        </w:rPr>
      </w:pPr>
      <w:r>
        <w:rPr>
          <w:b/>
          <w:sz w:val="22"/>
        </w:rPr>
        <w:t>OTOMOTİV GÖVDE ONARIMI DERSİ 2.DÖNEM 2.YAZILI YOKLAMASI</w:t>
      </w:r>
    </w:p>
    <w:p w14:paraId="0BC3DB3E" w14:textId="77777777" w:rsidR="002D6A66" w:rsidRPr="00595F84" w:rsidRDefault="00000000" w:rsidP="00595F84">
      <w:pPr>
        <w:spacing w:after="40" w:line="360" w:lineRule="auto"/>
        <w:rPr>
          <w:sz w:val="22"/>
        </w:rPr>
      </w:pPr>
      <w:r w:rsidRPr="00595F84">
        <w:rPr>
          <w:b/>
          <w:sz w:val="22"/>
        </w:rPr>
        <w:t>Adı Soyadı 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Sınıfı/No: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Aldığı Not:</w:t>
      </w:r>
    </w:p>
    <w:p w14:paraId="73BE9DA1" w14:textId="77777777" w:rsidR="002D6A66" w:rsidRPr="00595F84" w:rsidRDefault="00000000" w:rsidP="00595F84">
      <w:pPr>
        <w:spacing w:after="40" w:line="360" w:lineRule="auto"/>
        <w:jc w:val="center"/>
        <w:rPr>
          <w:sz w:val="22"/>
        </w:rPr>
      </w:pPr>
      <w:r w:rsidRPr="00595F84">
        <w:rPr>
          <w:b/>
          <w:sz w:val="22"/>
        </w:rPr>
        <w:t>SORULAR</w:t>
      </w:r>
    </w:p>
    <w:p w14:paraId="72B22DF5" w14:textId="77777777" w:rsidR="002D6A66" w:rsidRPr="00600D00" w:rsidRDefault="00000000" w:rsidP="00600D00">
      <w:pPr>
        <w:spacing w:after="100" w:line="360" w:lineRule="auto"/>
        <w:rPr>
          <w:bCs/>
          <w:sz w:val="22"/>
        </w:rPr>
      </w:pPr>
      <w:r>
        <w:rPr>
          <w:sz w:val="20"/>
        </w:rPr>
        <w:t>1. Karoseri ve şasi onarımında bilinmesi gereken temel yapı ve malzemeleri maddeler hâlinde yazınız. (15 Puan)</w:t>
      </w:r>
    </w:p>
    <w:p w14:paraId="389A159A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2. Otomotiv cam sistemlerinde yapılan temel bakım ve değiştirme işlemlerini maddeler hâlinde yazınız. (15 Puan)</w:t>
      </w:r>
    </w:p>
    <w:p w14:paraId="0A3B89B1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3. Sabit yapışma cam değiştirilirken cam yapıştırma kimyasalları neden kullanılır? (10 Puan)</w:t>
      </w:r>
    </w:p>
    <w:p w14:paraId="291E0F7D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4. Mekanik cam hareket sisteminin temel görevi nedir? (10 Puan)</w:t>
      </w:r>
    </w:p>
    <w:p w14:paraId="0144ED21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5. Merkezi elektrik kilit sisteminin görevi nedir? (10 Puan)</w:t>
      </w:r>
    </w:p>
    <w:p w14:paraId="4C49BFBD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6. Otomobil kapılarının ayar ve kontrolünde nelere dikkat edilir? (10 Puan)</w:t>
      </w:r>
    </w:p>
    <w:p w14:paraId="444D8AB4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7. Araç kapılarındaki kilitlerin birlikte elektrikli olarak kumanda edilmesini sağlayan sisteme .................... denir. (10 Puan)</w:t>
      </w:r>
    </w:p>
    <w:p w14:paraId="6DCF06E9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8. Kapı camını elektrik motoru yardımıyla hareket ettiren sisteme .................... cam sistemi denir. (10 Puan)</w:t>
      </w:r>
    </w:p>
    <w:p w14:paraId="3A490B96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9. (   ) Sabit yapışma cam değişiminde uygun yapıştırma kimyasalları kullanılır. (5 Puan)</w:t>
      </w:r>
    </w:p>
    <w:p w14:paraId="1F4E458C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10. (   ) Merkezi elektrik kilit sisteminin kapı kilitleriyle herhangi bir ilişkisi yoktur. (5 Puan)</w:t>
      </w:r>
    </w:p>
    <w:p w14:paraId="18CECD59" w14:textId="77777777" w:rsidR="00595F84" w:rsidRDefault="00595F84">
      <w:pPr>
        <w:spacing w:after="80" w:line="240" w:lineRule="auto"/>
      </w:pPr>
    </w:p>
    <w:p w14:paraId="50A89FBB" w14:textId="77777777" w:rsidR="002D6A66" w:rsidRDefault="00000000">
      <w:pPr>
        <w:spacing w:before="40" w:after="0"/>
      </w:pPr>
      <w:r w:rsidRPr="00600D00">
        <w:rPr>
          <w:b/>
          <w:bCs/>
          <w:u w:val="single"/>
        </w:rPr>
        <w:t>Süre :</w:t>
      </w:r>
      <w:r>
        <w:t xml:space="preserve">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Başarılar</w:t>
      </w:r>
    </w:p>
    <w:p w14:paraId="70049EF3" w14:textId="77777777" w:rsidR="002D6A66" w:rsidRDefault="00000000" w:rsidP="00595F84">
      <w:pPr>
        <w:spacing w:after="0"/>
        <w:ind w:left="5760" w:firstLine="720"/>
      </w:pPr>
      <w:r>
        <w:t>Mot.Arç.Tekn Öğrt Abdullah YANIK</w:t>
      </w:r>
      <w:r>
        <w:br w:type="page"/>
      </w:r>
    </w:p>
    <w:p w14:paraId="66F77452" w14:textId="63B08B39" w:rsidR="009170FB" w:rsidRDefault="00000000" w:rsidP="00127A33">
      <w:pPr>
        <w:jc w:val="center"/>
      </w:pPr>
      <w:r>
        <w:rPr>
          <w:b/>
          <w:sz w:val="22"/>
        </w:rPr>
        <w:lastRenderedPageBreak/>
        <w:t>2026/2027 OTOMOTİV GÖVDE ONARIMI DERSİ 2.DÖNEM 2.YAZILI CEVAP ANAHTARI</w:t>
      </w:r>
    </w:p>
    <w:p w14:paraId="3E366D05" w14:textId="77777777" w:rsidR="009170FB" w:rsidRDefault="00000000">
      <w:pPr>
        <w:spacing w:after="20"/>
      </w:pPr>
      <w:r>
        <w:rPr>
          <w:b/>
          <w:sz w:val="18"/>
        </w:rPr>
        <w:t>1. Karoseri ve şasi onarımında bilinmesi gereken temel yapı ve malzemeleri maddeler hâlinde yazınız. (15 Puan)</w:t>
      </w:r>
    </w:p>
    <w:p w14:paraId="49011CA0" w14:textId="77777777" w:rsidR="009170FB" w:rsidRDefault="00000000">
      <w:pPr>
        <w:spacing w:after="0"/>
        <w:ind w:left="200"/>
      </w:pPr>
      <w:r>
        <w:rPr>
          <w:sz w:val="18"/>
        </w:rPr>
        <w:t>1. Şasi tipleri</w:t>
      </w:r>
    </w:p>
    <w:p w14:paraId="4AB40EB9" w14:textId="77777777" w:rsidR="009170FB" w:rsidRDefault="00000000">
      <w:pPr>
        <w:spacing w:after="0"/>
        <w:ind w:left="200"/>
      </w:pPr>
      <w:r>
        <w:rPr>
          <w:sz w:val="18"/>
        </w:rPr>
        <w:t>2. Karoseri iskelet yapıları</w:t>
      </w:r>
    </w:p>
    <w:p w14:paraId="78A5BEEC" w14:textId="77777777" w:rsidR="009170FB" w:rsidRDefault="00000000">
      <w:pPr>
        <w:spacing w:after="0"/>
        <w:ind w:left="200"/>
      </w:pPr>
      <w:r>
        <w:rPr>
          <w:sz w:val="18"/>
        </w:rPr>
        <w:t>3. Şasi imalat malzemeleri</w:t>
      </w:r>
    </w:p>
    <w:p w14:paraId="099A5D46" w14:textId="77777777" w:rsidR="009170FB" w:rsidRDefault="00000000">
      <w:pPr>
        <w:spacing w:after="0"/>
        <w:ind w:left="200"/>
      </w:pPr>
      <w:r>
        <w:rPr>
          <w:sz w:val="18"/>
        </w:rPr>
        <w:t>4. Karoseri kaplama malzemeleri</w:t>
      </w:r>
    </w:p>
    <w:p w14:paraId="01F8EB86" w14:textId="77777777" w:rsidR="009170FB" w:rsidRDefault="00000000">
      <w:pPr>
        <w:spacing w:after="0"/>
        <w:ind w:left="200"/>
      </w:pPr>
      <w:r>
        <w:rPr>
          <w:sz w:val="18"/>
        </w:rPr>
        <w:t>5. Birleştirme ve kaynak yöntemleri</w:t>
      </w:r>
    </w:p>
    <w:p w14:paraId="457023C9" w14:textId="77777777" w:rsidR="009170FB" w:rsidRDefault="00000000">
      <w:pPr>
        <w:spacing w:after="20"/>
      </w:pPr>
      <w:r>
        <w:rPr>
          <w:b/>
          <w:sz w:val="18"/>
        </w:rPr>
        <w:t>2. Otomotiv cam sistemlerinde yapılan temel bakım ve değiştirme işlemlerini maddeler hâlinde yazınız. (15 Puan)</w:t>
      </w:r>
    </w:p>
    <w:p w14:paraId="7A19A106" w14:textId="77777777" w:rsidR="009170FB" w:rsidRDefault="00000000">
      <w:pPr>
        <w:spacing w:after="0"/>
        <w:ind w:left="200"/>
      </w:pPr>
      <w:r>
        <w:rPr>
          <w:sz w:val="18"/>
        </w:rPr>
        <w:t>1. Sabit yapışma camın sökülmesi ve takılması</w:t>
      </w:r>
    </w:p>
    <w:p w14:paraId="44434D34" w14:textId="77777777" w:rsidR="009170FB" w:rsidRDefault="00000000">
      <w:pPr>
        <w:spacing w:after="0"/>
        <w:ind w:left="200"/>
      </w:pPr>
      <w:r>
        <w:rPr>
          <w:sz w:val="18"/>
        </w:rPr>
        <w:t>2. Sabit fitilli camın değiştirilmesi</w:t>
      </w:r>
    </w:p>
    <w:p w14:paraId="64F59EA0" w14:textId="77777777" w:rsidR="009170FB" w:rsidRDefault="00000000">
      <w:pPr>
        <w:spacing w:after="0"/>
        <w:ind w:left="200"/>
      </w:pPr>
      <w:r>
        <w:rPr>
          <w:sz w:val="18"/>
        </w:rPr>
        <w:t>3. Cam fitil ve çıtalarının kontrolü</w:t>
      </w:r>
    </w:p>
    <w:p w14:paraId="3DD35F0E" w14:textId="77777777" w:rsidR="009170FB" w:rsidRDefault="00000000">
      <w:pPr>
        <w:spacing w:after="0"/>
        <w:ind w:left="200"/>
      </w:pPr>
      <w:r>
        <w:rPr>
          <w:sz w:val="18"/>
        </w:rPr>
        <w:t>4. Mekanik cam sisteminin bakım ve değişimi</w:t>
      </w:r>
    </w:p>
    <w:p w14:paraId="70F26A62" w14:textId="77777777" w:rsidR="009170FB" w:rsidRDefault="00000000">
      <w:pPr>
        <w:spacing w:after="0"/>
        <w:ind w:left="200"/>
      </w:pPr>
      <w:r>
        <w:rPr>
          <w:sz w:val="18"/>
        </w:rPr>
        <w:t>5. Elektrikli cam sisteminin kontrol ve bakımı</w:t>
      </w:r>
    </w:p>
    <w:p w14:paraId="1EE82AB0" w14:textId="77777777" w:rsidR="009170FB" w:rsidRDefault="00000000">
      <w:pPr>
        <w:spacing w:after="20"/>
      </w:pPr>
      <w:r>
        <w:rPr>
          <w:b/>
          <w:sz w:val="18"/>
        </w:rPr>
        <w:t>3. Sabit yapışma cam değiştirilirken cam yapıştırma kimyasalları neden kullanılır? (10 Puan)</w:t>
      </w:r>
    </w:p>
    <w:p w14:paraId="4BBA69CB" w14:textId="77777777" w:rsidR="009170FB" w:rsidRDefault="00000000">
      <w:pPr>
        <w:spacing w:after="40"/>
      </w:pPr>
      <w:r>
        <w:rPr>
          <w:sz w:val="18"/>
        </w:rPr>
        <w:t>Camın gövdeye güvenli ve sızdırmaz biçimde yapışmasını sağlamak için kullanılır.</w:t>
      </w:r>
    </w:p>
    <w:p w14:paraId="49797201" w14:textId="77777777" w:rsidR="009170FB" w:rsidRDefault="00000000">
      <w:pPr>
        <w:spacing w:after="20"/>
      </w:pPr>
      <w:r>
        <w:rPr>
          <w:b/>
          <w:sz w:val="18"/>
        </w:rPr>
        <w:t>4. Mekanik cam hareket sisteminin temel görevi nedir? (10 Puan)</w:t>
      </w:r>
    </w:p>
    <w:p w14:paraId="5317615C" w14:textId="77777777" w:rsidR="009170FB" w:rsidRDefault="00000000">
      <w:pPr>
        <w:spacing w:after="40"/>
      </w:pPr>
      <w:r>
        <w:rPr>
          <w:sz w:val="18"/>
        </w:rPr>
        <w:t>Kapı camının mekanik kumanda ile aşağı ve yukarı hareket etmesini sağlamaktır.</w:t>
      </w:r>
    </w:p>
    <w:p w14:paraId="42FEEDD3" w14:textId="77777777" w:rsidR="009170FB" w:rsidRDefault="00000000">
      <w:pPr>
        <w:spacing w:after="20"/>
      </w:pPr>
      <w:r>
        <w:rPr>
          <w:b/>
          <w:sz w:val="18"/>
        </w:rPr>
        <w:t>5. Merkezi elektrik kilit sisteminin görevi nedir? (10 Puan)</w:t>
      </w:r>
    </w:p>
    <w:p w14:paraId="48F6849A" w14:textId="77777777" w:rsidR="009170FB" w:rsidRDefault="00000000">
      <w:pPr>
        <w:spacing w:after="40"/>
      </w:pPr>
      <w:r>
        <w:rPr>
          <w:sz w:val="18"/>
        </w:rPr>
        <w:t>Araç kapılarındaki kilitlerin elektrikli kumanda ile birlikte açılıp kapanmasını sağlamaktır.</w:t>
      </w:r>
    </w:p>
    <w:p w14:paraId="3449F6B1" w14:textId="77777777" w:rsidR="009170FB" w:rsidRDefault="00000000">
      <w:pPr>
        <w:spacing w:after="20"/>
      </w:pPr>
      <w:r>
        <w:rPr>
          <w:b/>
          <w:sz w:val="18"/>
        </w:rPr>
        <w:t>6. Otomobil kapılarının ayar ve kontrolünde nelere dikkat edilir? (10 Puan)</w:t>
      </w:r>
    </w:p>
    <w:p w14:paraId="1489A99D" w14:textId="77777777" w:rsidR="009170FB" w:rsidRDefault="00000000">
      <w:pPr>
        <w:spacing w:after="40"/>
      </w:pPr>
      <w:r>
        <w:rPr>
          <w:sz w:val="18"/>
        </w:rPr>
        <w:t>Kapının gövde açıklığına uyumu, kaporta aralıkları, menteşe ve kilit bağlantıları, açılma-kapanma durumu ve fitil temasları kontrol edilir.</w:t>
      </w:r>
    </w:p>
    <w:p w14:paraId="003CA031" w14:textId="77777777" w:rsidR="009170FB" w:rsidRDefault="00000000">
      <w:pPr>
        <w:spacing w:after="20"/>
      </w:pPr>
      <w:r>
        <w:rPr>
          <w:b/>
          <w:sz w:val="18"/>
        </w:rPr>
        <w:t>7. Araç kapılarındaki kilitlerin birlikte elektrikli olarak kumanda edilmesini sağlayan sisteme .................... denir. (10 Puan)</w:t>
      </w:r>
    </w:p>
    <w:p w14:paraId="30DA1519" w14:textId="77777777" w:rsidR="009170FB" w:rsidRDefault="00000000">
      <w:pPr>
        <w:spacing w:after="40"/>
      </w:pPr>
      <w:r>
        <w:rPr>
          <w:sz w:val="18"/>
        </w:rPr>
        <w:t>merkezi elektrik kilit sistemi</w:t>
      </w:r>
    </w:p>
    <w:p w14:paraId="39683ABF" w14:textId="77777777" w:rsidR="009170FB" w:rsidRDefault="00000000">
      <w:pPr>
        <w:spacing w:after="20"/>
      </w:pPr>
      <w:r>
        <w:rPr>
          <w:b/>
          <w:sz w:val="18"/>
        </w:rPr>
        <w:t>8. Kapı camını elektrik motoru yardımıyla hareket ettiren sisteme .................... cam sistemi denir. (10 Puan)</w:t>
      </w:r>
    </w:p>
    <w:p w14:paraId="6EA2915E" w14:textId="77777777" w:rsidR="009170FB" w:rsidRDefault="00000000">
      <w:pPr>
        <w:spacing w:after="40"/>
      </w:pPr>
      <w:r>
        <w:rPr>
          <w:sz w:val="18"/>
        </w:rPr>
        <w:t>elektrikli</w:t>
      </w:r>
    </w:p>
    <w:p w14:paraId="6DAFB723" w14:textId="77777777" w:rsidR="009170FB" w:rsidRDefault="00000000">
      <w:pPr>
        <w:spacing w:after="20"/>
      </w:pPr>
      <w:r>
        <w:rPr>
          <w:b/>
          <w:sz w:val="18"/>
        </w:rPr>
        <w:t>9. (   ) Sabit yapışma cam değişiminde uygun yapıştırma kimyasalları kullanılır. (5 Puan)</w:t>
      </w:r>
    </w:p>
    <w:p w14:paraId="09119A73" w14:textId="77777777" w:rsidR="009170FB" w:rsidRDefault="00000000">
      <w:pPr>
        <w:spacing w:after="40"/>
      </w:pPr>
      <w:r>
        <w:rPr>
          <w:sz w:val="18"/>
        </w:rPr>
        <w:t>Doğru</w:t>
      </w:r>
    </w:p>
    <w:p w14:paraId="035EF470" w14:textId="77777777" w:rsidR="009170FB" w:rsidRDefault="00000000">
      <w:pPr>
        <w:spacing w:after="20"/>
      </w:pPr>
      <w:r>
        <w:rPr>
          <w:b/>
          <w:sz w:val="18"/>
        </w:rPr>
        <w:t>10. (   ) Merkezi elektrik kilit sisteminin kapı kilitleriyle herhangi bir ilişkisi yoktur. (5 Puan)</w:t>
      </w:r>
    </w:p>
    <w:p w14:paraId="6CD42B2D" w14:textId="77777777" w:rsidR="009170FB" w:rsidRDefault="00000000">
      <w:pPr>
        <w:spacing w:after="40"/>
      </w:pPr>
      <w:r>
        <w:rPr>
          <w:sz w:val="18"/>
        </w:rPr>
        <w:t>Yanlış</w:t>
      </w:r>
    </w:p>
    <w:sectPr w:rsidR="009170FB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401CAF"/>
    <w:multiLevelType w:val="hybridMultilevel"/>
    <w:tmpl w:val="56FA49A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767FB6"/>
    <w:multiLevelType w:val="hybridMultilevel"/>
    <w:tmpl w:val="9C5886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F5567E"/>
    <w:multiLevelType w:val="hybridMultilevel"/>
    <w:tmpl w:val="F154DC7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C1EFE"/>
    <w:multiLevelType w:val="hybridMultilevel"/>
    <w:tmpl w:val="56429EE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4963C7"/>
    <w:multiLevelType w:val="hybridMultilevel"/>
    <w:tmpl w:val="36D608F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902084">
    <w:abstractNumId w:val="8"/>
  </w:num>
  <w:num w:numId="2" w16cid:durableId="892354849">
    <w:abstractNumId w:val="6"/>
  </w:num>
  <w:num w:numId="3" w16cid:durableId="8145828">
    <w:abstractNumId w:val="5"/>
  </w:num>
  <w:num w:numId="4" w16cid:durableId="62339978">
    <w:abstractNumId w:val="4"/>
  </w:num>
  <w:num w:numId="5" w16cid:durableId="1480076533">
    <w:abstractNumId w:val="7"/>
  </w:num>
  <w:num w:numId="6" w16cid:durableId="932085288">
    <w:abstractNumId w:val="3"/>
  </w:num>
  <w:num w:numId="7" w16cid:durableId="414862227">
    <w:abstractNumId w:val="2"/>
  </w:num>
  <w:num w:numId="8" w16cid:durableId="86004017">
    <w:abstractNumId w:val="1"/>
  </w:num>
  <w:num w:numId="9" w16cid:durableId="1242985829">
    <w:abstractNumId w:val="0"/>
  </w:num>
  <w:num w:numId="10" w16cid:durableId="438835600">
    <w:abstractNumId w:val="12"/>
  </w:num>
  <w:num w:numId="11" w16cid:durableId="549151816">
    <w:abstractNumId w:val="13"/>
  </w:num>
  <w:num w:numId="12" w16cid:durableId="184753285">
    <w:abstractNumId w:val="11"/>
  </w:num>
  <w:num w:numId="13" w16cid:durableId="2129350511">
    <w:abstractNumId w:val="9"/>
  </w:num>
  <w:num w:numId="14" w16cid:durableId="15995595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C7F"/>
    <w:rsid w:val="0006063C"/>
    <w:rsid w:val="00127A33"/>
    <w:rsid w:val="0015074B"/>
    <w:rsid w:val="001570FB"/>
    <w:rsid w:val="0029639D"/>
    <w:rsid w:val="002D6A66"/>
    <w:rsid w:val="00326F90"/>
    <w:rsid w:val="004961F6"/>
    <w:rsid w:val="004D19F5"/>
    <w:rsid w:val="00550877"/>
    <w:rsid w:val="00595F84"/>
    <w:rsid w:val="00600D00"/>
    <w:rsid w:val="006032C4"/>
    <w:rsid w:val="00706865"/>
    <w:rsid w:val="009170FB"/>
    <w:rsid w:val="00AA1D8D"/>
    <w:rsid w:val="00B47730"/>
    <w:rsid w:val="00CB0664"/>
    <w:rsid w:val="00DA68DD"/>
    <w:rsid w:val="00DF3F4A"/>
    <w:rsid w:val="00F33E2F"/>
    <w:rsid w:val="00F53A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097A6D"/>
  <w14:defaultImageDpi w14:val="300"/>
  <w15:docId w15:val="{C3CF4D37-697F-46CA-9A8C-C4BDFB11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7</cp:revision>
  <dcterms:created xsi:type="dcterms:W3CDTF">2013-12-23T23:15:00Z</dcterms:created>
  <dcterms:modified xsi:type="dcterms:W3CDTF">2026-09-12T20:09:00Z</dcterms:modified>
  <cp:category/>
</cp:coreProperties>
</file>