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CC3F5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702650EA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08FB02B8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TEKNOLOJİSİ DERSİ 1.DÖNEM 1.YAZILI YOKLAMASI</w:t>
      </w:r>
    </w:p>
    <w:p w14:paraId="20A3FAED" w14:textId="77777777" w:rsidR="002D6A66" w:rsidRPr="00595F84" w:rsidRDefault="00000000" w:rsidP="00595F84">
      <w:pPr>
        <w:spacing w:after="40" w:line="360" w:lineRule="auto"/>
        <w:rPr>
          <w:sz w:val="22"/>
        </w:rPr>
      </w:pPr>
      <w:proofErr w:type="spellStart"/>
      <w:r w:rsidRPr="00595F84">
        <w:rPr>
          <w:b/>
          <w:sz w:val="22"/>
        </w:rPr>
        <w:t>Adı</w:t>
      </w:r>
      <w:proofErr w:type="spellEnd"/>
      <w:r w:rsidRPr="00595F84">
        <w:rPr>
          <w:b/>
          <w:sz w:val="22"/>
        </w:rPr>
        <w:t xml:space="preserve"> </w:t>
      </w:r>
      <w:proofErr w:type="spellStart"/>
      <w:proofErr w:type="gramStart"/>
      <w:r w:rsidRPr="00595F84">
        <w:rPr>
          <w:b/>
          <w:sz w:val="22"/>
        </w:rPr>
        <w:t>Soyadı</w:t>
      </w:r>
      <w:proofErr w:type="spellEnd"/>
      <w:r w:rsidRPr="00595F84">
        <w:rPr>
          <w:b/>
          <w:sz w:val="22"/>
        </w:rPr>
        <w:t xml:space="preserve"> :</w:t>
      </w:r>
      <w:proofErr w:type="gramEnd"/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proofErr w:type="spellStart"/>
      <w:r w:rsidRPr="00595F84">
        <w:rPr>
          <w:b/>
          <w:sz w:val="22"/>
        </w:rPr>
        <w:t>Sınıfı</w:t>
      </w:r>
      <w:proofErr w:type="spellEnd"/>
      <w:r w:rsidRPr="00595F84">
        <w:rPr>
          <w:b/>
          <w:sz w:val="22"/>
        </w:rPr>
        <w:t>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proofErr w:type="spellStart"/>
      <w:r w:rsidRPr="00595F84">
        <w:rPr>
          <w:b/>
          <w:sz w:val="22"/>
        </w:rPr>
        <w:t>Aldığı</w:t>
      </w:r>
      <w:proofErr w:type="spellEnd"/>
      <w:r w:rsidRPr="00595F84">
        <w:rPr>
          <w:b/>
          <w:sz w:val="22"/>
        </w:rPr>
        <w:t xml:space="preserve"> Not:</w:t>
      </w:r>
    </w:p>
    <w:p w14:paraId="4DDE24C6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5E358F21" w14:textId="77777777" w:rsidR="002D6A66" w:rsidRPr="00744159" w:rsidRDefault="00000000" w:rsidP="00595F84">
      <w:pPr>
        <w:spacing w:after="80" w:line="360" w:lineRule="auto"/>
        <w:rPr>
          <w:bCs/>
          <w:sz w:val="22"/>
        </w:rPr>
      </w:pPr>
      <w:r w:rsidRPr="00744159">
        <w:rPr>
          <w:sz w:val="22"/>
        </w:rPr>
        <w:t>1. Oksi-gaz kaynağında kullanılan temel donanımlardan beş tanesini maddeler hâlinde yazınız. (15 Puan)</w:t>
      </w:r>
    </w:p>
    <w:p w14:paraId="47C0BE9A" w14:textId="77777777" w:rsidR="00550877" w:rsidRPr="00744159" w:rsidRDefault="00000000">
      <w:pPr>
        <w:spacing w:after="80"/>
        <w:rPr>
          <w:sz w:val="22"/>
        </w:rPr>
      </w:pPr>
      <w:r w:rsidRPr="00744159">
        <w:rPr>
          <w:sz w:val="22"/>
        </w:rPr>
        <w:t>2. Elektrik ark kaynağında kullanılan temel donanım ve yardımcı elemanlardan beş tanesini yazınız. (15 Puan)</w:t>
      </w:r>
    </w:p>
    <w:p w14:paraId="485CFD13" w14:textId="77777777" w:rsidR="00550877" w:rsidRPr="00744159" w:rsidRDefault="00000000">
      <w:pPr>
        <w:spacing w:after="80"/>
        <w:rPr>
          <w:sz w:val="22"/>
        </w:rPr>
      </w:pPr>
      <w:r w:rsidRPr="00744159">
        <w:rPr>
          <w:sz w:val="22"/>
        </w:rPr>
        <w:t>3. Oksi-gaz kaynağında basınç düşürücünün görevi nedir? (10 Puan)</w:t>
      </w:r>
    </w:p>
    <w:p w14:paraId="3265A7A8" w14:textId="77777777" w:rsidR="00550877" w:rsidRPr="00744159" w:rsidRDefault="00000000">
      <w:pPr>
        <w:spacing w:after="80"/>
        <w:rPr>
          <w:sz w:val="22"/>
        </w:rPr>
      </w:pPr>
      <w:r w:rsidRPr="00744159">
        <w:rPr>
          <w:sz w:val="22"/>
        </w:rPr>
        <w:t>4. Oksi-gaz kaynağında kaynak üflecinin görevi nedir? (10 Puan)</w:t>
      </w:r>
    </w:p>
    <w:p w14:paraId="00DDA523" w14:textId="77777777" w:rsidR="00550877" w:rsidRPr="00744159" w:rsidRDefault="00000000">
      <w:pPr>
        <w:spacing w:after="80"/>
        <w:rPr>
          <w:sz w:val="22"/>
        </w:rPr>
      </w:pPr>
      <w:r w:rsidRPr="00744159">
        <w:rPr>
          <w:sz w:val="22"/>
        </w:rPr>
        <w:t>5. Elektrik ark kaynağında elektrodun görevi nedir? (10 Puan)</w:t>
      </w:r>
    </w:p>
    <w:p w14:paraId="5214DFAB" w14:textId="77777777" w:rsidR="00550877" w:rsidRPr="00744159" w:rsidRDefault="00000000">
      <w:pPr>
        <w:spacing w:after="80"/>
        <w:rPr>
          <w:sz w:val="22"/>
        </w:rPr>
      </w:pPr>
      <w:r w:rsidRPr="00744159">
        <w:rPr>
          <w:sz w:val="22"/>
        </w:rPr>
        <w:t>6. Elektrik ark kaynak makinesinin temel görevi nedir? (10 Puan)</w:t>
      </w:r>
    </w:p>
    <w:p w14:paraId="05D5868E" w14:textId="78DE3C99" w:rsidR="00550877" w:rsidRPr="00744159" w:rsidRDefault="00000000">
      <w:pPr>
        <w:spacing w:after="80"/>
        <w:rPr>
          <w:sz w:val="22"/>
        </w:rPr>
      </w:pPr>
      <w:r w:rsidRPr="00744159">
        <w:rPr>
          <w:sz w:val="22"/>
        </w:rPr>
        <w:t>7. Oksi-gaz kaynağında yakıcı gaz olarak .............</w:t>
      </w:r>
      <w:r w:rsidR="00E42511" w:rsidRPr="00744159">
        <w:rPr>
          <w:sz w:val="22"/>
        </w:rPr>
        <w:t>...............</w:t>
      </w:r>
      <w:r w:rsidRPr="00744159">
        <w:rPr>
          <w:sz w:val="22"/>
        </w:rPr>
        <w:t>....... kullanılır. (10 Puan)</w:t>
      </w:r>
    </w:p>
    <w:p w14:paraId="6B97B5F2" w14:textId="30AAA362" w:rsidR="00550877" w:rsidRPr="00744159" w:rsidRDefault="00000000">
      <w:pPr>
        <w:spacing w:after="80"/>
        <w:rPr>
          <w:sz w:val="22"/>
        </w:rPr>
      </w:pPr>
      <w:r w:rsidRPr="00744159">
        <w:rPr>
          <w:sz w:val="22"/>
        </w:rPr>
        <w:t>8. Elektrik ark kaynağında arkı oluşturan sarf malzemesine ............</w:t>
      </w:r>
      <w:r w:rsidR="00E42511" w:rsidRPr="00744159">
        <w:rPr>
          <w:sz w:val="22"/>
        </w:rPr>
        <w:t>..................</w:t>
      </w:r>
      <w:r w:rsidRPr="00744159">
        <w:rPr>
          <w:sz w:val="22"/>
        </w:rPr>
        <w:t>........ denir. (10 Puan)</w:t>
      </w:r>
    </w:p>
    <w:p w14:paraId="362C063E" w14:textId="2842AFC9" w:rsidR="00550877" w:rsidRPr="00744159" w:rsidRDefault="00000000">
      <w:pPr>
        <w:spacing w:after="80"/>
        <w:rPr>
          <w:sz w:val="22"/>
        </w:rPr>
      </w:pPr>
      <w:r w:rsidRPr="00744159">
        <w:rPr>
          <w:sz w:val="22"/>
        </w:rPr>
        <w:t xml:space="preserve">9. </w:t>
      </w:r>
      <w:proofErr w:type="gramStart"/>
      <w:r w:rsidRPr="00744159">
        <w:rPr>
          <w:sz w:val="22"/>
        </w:rPr>
        <w:t>(</w:t>
      </w:r>
      <w:r w:rsidR="00E42511" w:rsidRPr="00744159">
        <w:rPr>
          <w:sz w:val="22"/>
        </w:rPr>
        <w:t xml:space="preserve">  </w:t>
      </w:r>
      <w:proofErr w:type="gramEnd"/>
      <w:r w:rsidR="00E42511" w:rsidRPr="00744159">
        <w:rPr>
          <w:sz w:val="22"/>
        </w:rPr>
        <w:t xml:space="preserve"> </w:t>
      </w:r>
      <w:r w:rsidRPr="00744159">
        <w:rPr>
          <w:sz w:val="22"/>
        </w:rPr>
        <w:t xml:space="preserve"> </w:t>
      </w:r>
      <w:proofErr w:type="gramStart"/>
      <w:r w:rsidRPr="00744159">
        <w:rPr>
          <w:sz w:val="22"/>
        </w:rPr>
        <w:t xml:space="preserve">  )</w:t>
      </w:r>
      <w:proofErr w:type="gramEnd"/>
      <w:r w:rsidRPr="00744159">
        <w:rPr>
          <w:sz w:val="22"/>
        </w:rPr>
        <w:t xml:space="preserve"> Oksi-gaz kaynağında basınç düşürücü, tüp basıncını çalışma basıncına düşürür. (5 Puan)</w:t>
      </w:r>
    </w:p>
    <w:p w14:paraId="51F83FC8" w14:textId="28E7DD93" w:rsidR="00550877" w:rsidRPr="00744159" w:rsidRDefault="00000000">
      <w:pPr>
        <w:spacing w:after="80"/>
        <w:rPr>
          <w:sz w:val="22"/>
        </w:rPr>
      </w:pPr>
      <w:r w:rsidRPr="00744159">
        <w:rPr>
          <w:sz w:val="22"/>
        </w:rPr>
        <w:t xml:space="preserve">10. </w:t>
      </w:r>
      <w:proofErr w:type="gramStart"/>
      <w:r w:rsidRPr="00744159">
        <w:rPr>
          <w:sz w:val="22"/>
        </w:rPr>
        <w:t xml:space="preserve">( </w:t>
      </w:r>
      <w:r w:rsidR="00E42511" w:rsidRPr="00744159">
        <w:rPr>
          <w:sz w:val="22"/>
        </w:rPr>
        <w:t xml:space="preserve"> </w:t>
      </w:r>
      <w:proofErr w:type="gramEnd"/>
      <w:r w:rsidR="00E42511" w:rsidRPr="00744159">
        <w:rPr>
          <w:sz w:val="22"/>
        </w:rPr>
        <w:t xml:space="preserve">  </w:t>
      </w:r>
      <w:proofErr w:type="gramStart"/>
      <w:r w:rsidRPr="00744159">
        <w:rPr>
          <w:sz w:val="22"/>
        </w:rPr>
        <w:t xml:space="preserve">  )</w:t>
      </w:r>
      <w:proofErr w:type="gramEnd"/>
      <w:r w:rsidRPr="00744159">
        <w:rPr>
          <w:sz w:val="22"/>
        </w:rPr>
        <w:t xml:space="preserve"> Elektrik ark kaynağında şase bağlantısına ihtiyaç yoktur. (5 Puan)</w:t>
      </w:r>
    </w:p>
    <w:p w14:paraId="3BB3AB88" w14:textId="77777777" w:rsidR="00595F84" w:rsidRDefault="00595F84">
      <w:pPr>
        <w:spacing w:after="80" w:line="240" w:lineRule="auto"/>
      </w:pPr>
    </w:p>
    <w:p w14:paraId="76C84C02" w14:textId="77777777" w:rsidR="002D6A66" w:rsidRDefault="00000000">
      <w:pPr>
        <w:spacing w:before="40" w:after="0"/>
      </w:pPr>
      <w:r>
        <w:t>Süre :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7D18CD21" w14:textId="77777777" w:rsidR="002D6A66" w:rsidRDefault="00000000" w:rsidP="00595F84">
      <w:pPr>
        <w:spacing w:after="0"/>
        <w:ind w:left="5760" w:firstLine="720"/>
      </w:pPr>
      <w:r>
        <w:t>Mot.Arç.Tekn Öğrt Abdullah YANIK</w:t>
      </w:r>
    </w:p>
    <w:p w14:paraId="3B82541D" w14:textId="77777777" w:rsidR="002D6A66" w:rsidRDefault="00000000">
      <w:r>
        <w:br w:type="page"/>
      </w:r>
    </w:p>
    <w:p w14:paraId="11E1B062" w14:textId="77777777" w:rsidR="002D6A66" w:rsidRPr="00595F84" w:rsidRDefault="00000000">
      <w:pPr>
        <w:spacing w:after="60"/>
        <w:jc w:val="center"/>
        <w:rPr>
          <w:b/>
          <w:sz w:val="22"/>
        </w:rPr>
      </w:pPr>
      <w:r>
        <w:rPr>
          <w:b/>
          <w:sz w:val="22"/>
        </w:rPr>
        <w:lastRenderedPageBreak/>
        <w:t>2026/2027 OTOMOTİV GÖVDE TEKNOLOJİSİ DERSİ 1.DÖNEM 1.YAZILI CEVAP ANAHTARI</w:t>
      </w:r>
    </w:p>
    <w:p w14:paraId="1A385CE5" w14:textId="77777777" w:rsidR="00595F84" w:rsidRPr="00595F84" w:rsidRDefault="00595F84">
      <w:pPr>
        <w:spacing w:after="60"/>
        <w:jc w:val="center"/>
        <w:rPr>
          <w:sz w:val="24"/>
          <w:szCs w:val="24"/>
        </w:rPr>
      </w:pPr>
    </w:p>
    <w:tbl>
      <w:tblPr>
        <w:tblStyle w:val="TabloKlavuzu"/>
        <w:tblW w:w="108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8"/>
      </w:tblGrid>
      <w:tr w:rsidR="00550877" w14:paraId="73B7858D" w14:textId="77777777" w:rsidTr="00744159">
        <w:trPr>
          <w:trHeight w:val="707"/>
          <w:jc w:val="center"/>
        </w:trPr>
        <w:tc>
          <w:tcPr>
            <w:tcW w:w="10858" w:type="dxa"/>
          </w:tcPr>
          <w:p w14:paraId="7F5086FE" w14:textId="77777777" w:rsidR="002C3DDA" w:rsidRPr="00744159" w:rsidRDefault="00000000">
            <w:pPr>
              <w:spacing w:after="20"/>
              <w:rPr>
                <w:sz w:val="22"/>
              </w:rPr>
            </w:pPr>
            <w:r w:rsidRPr="00744159">
              <w:rPr>
                <w:b/>
                <w:sz w:val="22"/>
              </w:rPr>
              <w:t>1. Oksi-gaz kaynağında kullanılan temel donanımlardan beş tanesini maddeler hâlinde yazınız. (15 Puan)</w:t>
            </w:r>
          </w:p>
          <w:p w14:paraId="0008E493" w14:textId="77777777" w:rsidR="00744159" w:rsidRPr="00744159" w:rsidRDefault="00000000" w:rsidP="00744159">
            <w:pPr>
              <w:pStyle w:val="ListeParagraf"/>
              <w:numPr>
                <w:ilvl w:val="0"/>
                <w:numId w:val="13"/>
              </w:numPr>
              <w:rPr>
                <w:sz w:val="22"/>
              </w:rPr>
            </w:pPr>
            <w:r w:rsidRPr="00744159">
              <w:rPr>
                <w:sz w:val="22"/>
              </w:rPr>
              <w:t xml:space="preserve">Oksijen tüpü, </w:t>
            </w:r>
          </w:p>
          <w:p w14:paraId="510D870B" w14:textId="13BD5E9F" w:rsidR="00744159" w:rsidRPr="00744159" w:rsidRDefault="00744159" w:rsidP="00744159">
            <w:pPr>
              <w:pStyle w:val="ListeParagraf"/>
              <w:numPr>
                <w:ilvl w:val="0"/>
                <w:numId w:val="13"/>
              </w:numPr>
              <w:rPr>
                <w:sz w:val="22"/>
              </w:rPr>
            </w:pPr>
            <w:proofErr w:type="spellStart"/>
            <w:r w:rsidRPr="00744159">
              <w:rPr>
                <w:sz w:val="22"/>
              </w:rPr>
              <w:t>Asetilen</w:t>
            </w:r>
            <w:proofErr w:type="spellEnd"/>
            <w:r w:rsidRPr="00744159">
              <w:rPr>
                <w:sz w:val="22"/>
              </w:rPr>
              <w:t xml:space="preserve"> </w:t>
            </w:r>
            <w:proofErr w:type="spellStart"/>
            <w:r w:rsidR="00000000" w:rsidRPr="00744159">
              <w:rPr>
                <w:sz w:val="22"/>
              </w:rPr>
              <w:t>tüpü</w:t>
            </w:r>
            <w:proofErr w:type="spellEnd"/>
            <w:r w:rsidR="00000000" w:rsidRPr="00744159">
              <w:rPr>
                <w:sz w:val="22"/>
              </w:rPr>
              <w:t xml:space="preserve">, </w:t>
            </w:r>
          </w:p>
          <w:p w14:paraId="6DC35A5D" w14:textId="51E48111" w:rsidR="00744159" w:rsidRPr="00744159" w:rsidRDefault="00744159" w:rsidP="00744159">
            <w:pPr>
              <w:pStyle w:val="ListeParagraf"/>
              <w:numPr>
                <w:ilvl w:val="0"/>
                <w:numId w:val="13"/>
              </w:numPr>
              <w:rPr>
                <w:sz w:val="22"/>
              </w:rPr>
            </w:pPr>
            <w:proofErr w:type="spellStart"/>
            <w:r w:rsidRPr="00744159">
              <w:rPr>
                <w:sz w:val="22"/>
              </w:rPr>
              <w:t>Basınç</w:t>
            </w:r>
            <w:proofErr w:type="spellEnd"/>
            <w:r w:rsidRPr="00744159">
              <w:rPr>
                <w:sz w:val="22"/>
              </w:rPr>
              <w:t xml:space="preserve"> </w:t>
            </w:r>
            <w:proofErr w:type="spellStart"/>
            <w:r w:rsidR="00000000" w:rsidRPr="00744159">
              <w:rPr>
                <w:sz w:val="22"/>
              </w:rPr>
              <w:t>düşürücüler</w:t>
            </w:r>
            <w:proofErr w:type="spellEnd"/>
            <w:r w:rsidR="00000000" w:rsidRPr="00744159">
              <w:rPr>
                <w:sz w:val="22"/>
              </w:rPr>
              <w:t xml:space="preserve">, </w:t>
            </w:r>
          </w:p>
          <w:p w14:paraId="7DC86101" w14:textId="78361933" w:rsidR="00744159" w:rsidRPr="00744159" w:rsidRDefault="00744159" w:rsidP="00744159">
            <w:pPr>
              <w:pStyle w:val="ListeParagraf"/>
              <w:numPr>
                <w:ilvl w:val="0"/>
                <w:numId w:val="13"/>
              </w:numPr>
              <w:rPr>
                <w:sz w:val="22"/>
              </w:rPr>
            </w:pPr>
            <w:proofErr w:type="spellStart"/>
            <w:r w:rsidRPr="00744159">
              <w:rPr>
                <w:sz w:val="22"/>
              </w:rPr>
              <w:t>Hortumlar</w:t>
            </w:r>
            <w:proofErr w:type="spellEnd"/>
            <w:r w:rsidR="00000000" w:rsidRPr="00744159">
              <w:rPr>
                <w:sz w:val="22"/>
              </w:rPr>
              <w:t xml:space="preserve">, </w:t>
            </w:r>
          </w:p>
          <w:p w14:paraId="6B827815" w14:textId="797F48D1" w:rsidR="00744159" w:rsidRPr="00744159" w:rsidRDefault="00744159" w:rsidP="00744159">
            <w:pPr>
              <w:pStyle w:val="ListeParagraf"/>
              <w:numPr>
                <w:ilvl w:val="0"/>
                <w:numId w:val="13"/>
              </w:numPr>
              <w:rPr>
                <w:sz w:val="22"/>
              </w:rPr>
            </w:pPr>
            <w:proofErr w:type="spellStart"/>
            <w:r w:rsidRPr="00744159">
              <w:rPr>
                <w:sz w:val="22"/>
              </w:rPr>
              <w:t>Güvenlik</w:t>
            </w:r>
            <w:proofErr w:type="spellEnd"/>
            <w:r w:rsidRPr="00744159">
              <w:rPr>
                <w:sz w:val="22"/>
              </w:rPr>
              <w:t xml:space="preserve"> </w:t>
            </w:r>
            <w:proofErr w:type="spellStart"/>
            <w:r w:rsidR="00000000" w:rsidRPr="00744159">
              <w:rPr>
                <w:sz w:val="22"/>
              </w:rPr>
              <w:t>elemanları</w:t>
            </w:r>
            <w:proofErr w:type="spellEnd"/>
            <w:r w:rsidR="00000000" w:rsidRPr="00744159">
              <w:rPr>
                <w:sz w:val="22"/>
              </w:rPr>
              <w:t xml:space="preserve"> </w:t>
            </w:r>
          </w:p>
          <w:p w14:paraId="4DFF43FF" w14:textId="217DCC2F" w:rsidR="002C3DDA" w:rsidRPr="00744159" w:rsidRDefault="00744159" w:rsidP="00744159">
            <w:pPr>
              <w:pStyle w:val="ListeParagraf"/>
              <w:numPr>
                <w:ilvl w:val="0"/>
                <w:numId w:val="13"/>
              </w:numPr>
              <w:rPr>
                <w:sz w:val="22"/>
              </w:rPr>
            </w:pPr>
            <w:r w:rsidRPr="00744159">
              <w:rPr>
                <w:sz w:val="22"/>
              </w:rPr>
              <w:t xml:space="preserve">Kaynak </w:t>
            </w:r>
            <w:proofErr w:type="spellStart"/>
            <w:r w:rsidR="00000000" w:rsidRPr="00744159">
              <w:rPr>
                <w:sz w:val="22"/>
              </w:rPr>
              <w:t>üfleci</w:t>
            </w:r>
            <w:proofErr w:type="spellEnd"/>
            <w:r w:rsidRPr="00744159">
              <w:rPr>
                <w:sz w:val="22"/>
              </w:rPr>
              <w:t>.</w:t>
            </w:r>
          </w:p>
          <w:p w14:paraId="4F57BB41" w14:textId="6789D421" w:rsidR="00744159" w:rsidRPr="00744159" w:rsidRDefault="00744159">
            <w:pPr>
              <w:rPr>
                <w:sz w:val="22"/>
              </w:rPr>
            </w:pPr>
          </w:p>
        </w:tc>
      </w:tr>
      <w:tr w:rsidR="00550877" w14:paraId="13DB792D" w14:textId="77777777" w:rsidTr="00744159">
        <w:trPr>
          <w:trHeight w:val="707"/>
          <w:jc w:val="center"/>
        </w:trPr>
        <w:tc>
          <w:tcPr>
            <w:tcW w:w="10858" w:type="dxa"/>
          </w:tcPr>
          <w:p w14:paraId="628B635D" w14:textId="77777777" w:rsidR="002C3DDA" w:rsidRPr="00744159" w:rsidRDefault="00000000">
            <w:pPr>
              <w:spacing w:after="20"/>
              <w:rPr>
                <w:sz w:val="22"/>
              </w:rPr>
            </w:pPr>
            <w:r w:rsidRPr="00744159">
              <w:rPr>
                <w:b/>
                <w:sz w:val="22"/>
              </w:rPr>
              <w:t>2. Elektrik ark kaynağında kullanılan temel donanım ve yardımcı elemanlardan beş tanesini yazınız. (15 Puan)</w:t>
            </w:r>
          </w:p>
          <w:p w14:paraId="0E9D7E18" w14:textId="77777777" w:rsidR="00744159" w:rsidRPr="00744159" w:rsidRDefault="00000000" w:rsidP="00744159">
            <w:pPr>
              <w:pStyle w:val="ListeParagraf"/>
              <w:numPr>
                <w:ilvl w:val="0"/>
                <w:numId w:val="14"/>
              </w:numPr>
              <w:rPr>
                <w:sz w:val="22"/>
              </w:rPr>
            </w:pPr>
            <w:r w:rsidRPr="00744159">
              <w:rPr>
                <w:sz w:val="22"/>
              </w:rPr>
              <w:t xml:space="preserve">Kaynak makinesi, </w:t>
            </w:r>
          </w:p>
          <w:p w14:paraId="1BF60559" w14:textId="757620C6" w:rsidR="00744159" w:rsidRPr="00744159" w:rsidRDefault="00744159" w:rsidP="00744159">
            <w:pPr>
              <w:pStyle w:val="ListeParagraf"/>
              <w:numPr>
                <w:ilvl w:val="0"/>
                <w:numId w:val="14"/>
              </w:numPr>
              <w:rPr>
                <w:sz w:val="22"/>
              </w:rPr>
            </w:pPr>
            <w:proofErr w:type="spellStart"/>
            <w:r w:rsidRPr="00744159">
              <w:rPr>
                <w:sz w:val="22"/>
              </w:rPr>
              <w:t>Elektrot</w:t>
            </w:r>
            <w:proofErr w:type="spellEnd"/>
            <w:r w:rsidRPr="00744159">
              <w:rPr>
                <w:sz w:val="22"/>
              </w:rPr>
              <w:t xml:space="preserve"> </w:t>
            </w:r>
            <w:proofErr w:type="spellStart"/>
            <w:r w:rsidR="00000000" w:rsidRPr="00744159">
              <w:rPr>
                <w:sz w:val="22"/>
              </w:rPr>
              <w:t>pensesi</w:t>
            </w:r>
            <w:proofErr w:type="spellEnd"/>
            <w:r w:rsidR="00000000" w:rsidRPr="00744159">
              <w:rPr>
                <w:sz w:val="22"/>
              </w:rPr>
              <w:t>,</w:t>
            </w:r>
          </w:p>
          <w:p w14:paraId="1CF567AE" w14:textId="1F205587" w:rsidR="00744159" w:rsidRPr="00744159" w:rsidRDefault="00744159" w:rsidP="00744159">
            <w:pPr>
              <w:pStyle w:val="ListeParagraf"/>
              <w:numPr>
                <w:ilvl w:val="0"/>
                <w:numId w:val="14"/>
              </w:numPr>
              <w:rPr>
                <w:sz w:val="22"/>
              </w:rPr>
            </w:pPr>
            <w:proofErr w:type="spellStart"/>
            <w:r w:rsidRPr="00744159">
              <w:rPr>
                <w:sz w:val="22"/>
              </w:rPr>
              <w:t>Şase</w:t>
            </w:r>
            <w:proofErr w:type="spellEnd"/>
            <w:r w:rsidRPr="00744159">
              <w:rPr>
                <w:sz w:val="22"/>
              </w:rPr>
              <w:t xml:space="preserve"> </w:t>
            </w:r>
            <w:proofErr w:type="spellStart"/>
            <w:r w:rsidR="00000000" w:rsidRPr="00744159">
              <w:rPr>
                <w:sz w:val="22"/>
              </w:rPr>
              <w:t>pensesi</w:t>
            </w:r>
            <w:proofErr w:type="spellEnd"/>
            <w:r w:rsidR="00000000" w:rsidRPr="00744159">
              <w:rPr>
                <w:sz w:val="22"/>
              </w:rPr>
              <w:t xml:space="preserve">, </w:t>
            </w:r>
          </w:p>
          <w:p w14:paraId="7EE3A161" w14:textId="168E7076" w:rsidR="00744159" w:rsidRPr="00744159" w:rsidRDefault="00744159" w:rsidP="00744159">
            <w:pPr>
              <w:pStyle w:val="ListeParagraf"/>
              <w:numPr>
                <w:ilvl w:val="0"/>
                <w:numId w:val="14"/>
              </w:numPr>
              <w:rPr>
                <w:sz w:val="22"/>
              </w:rPr>
            </w:pPr>
            <w:r w:rsidRPr="00744159">
              <w:rPr>
                <w:sz w:val="22"/>
              </w:rPr>
              <w:t xml:space="preserve">Kaynak </w:t>
            </w:r>
            <w:proofErr w:type="spellStart"/>
            <w:r w:rsidR="00000000" w:rsidRPr="00744159">
              <w:rPr>
                <w:sz w:val="22"/>
              </w:rPr>
              <w:t>kabloları</w:t>
            </w:r>
            <w:proofErr w:type="spellEnd"/>
            <w:r w:rsidR="00000000" w:rsidRPr="00744159">
              <w:rPr>
                <w:sz w:val="22"/>
              </w:rPr>
              <w:t xml:space="preserve">, </w:t>
            </w:r>
          </w:p>
          <w:p w14:paraId="566181F0" w14:textId="67F8D756" w:rsidR="00744159" w:rsidRPr="00744159" w:rsidRDefault="00744159" w:rsidP="00744159">
            <w:pPr>
              <w:pStyle w:val="ListeParagraf"/>
              <w:numPr>
                <w:ilvl w:val="0"/>
                <w:numId w:val="14"/>
              </w:numPr>
              <w:rPr>
                <w:sz w:val="22"/>
              </w:rPr>
            </w:pPr>
            <w:proofErr w:type="spellStart"/>
            <w:r w:rsidRPr="00744159">
              <w:rPr>
                <w:sz w:val="22"/>
              </w:rPr>
              <w:t>Elektrot</w:t>
            </w:r>
            <w:proofErr w:type="spellEnd"/>
          </w:p>
          <w:p w14:paraId="754C4B02" w14:textId="084B6707" w:rsidR="002C3DDA" w:rsidRPr="00744159" w:rsidRDefault="00744159" w:rsidP="00744159">
            <w:pPr>
              <w:pStyle w:val="ListeParagraf"/>
              <w:numPr>
                <w:ilvl w:val="0"/>
                <w:numId w:val="14"/>
              </w:numPr>
              <w:rPr>
                <w:sz w:val="22"/>
              </w:rPr>
            </w:pPr>
            <w:proofErr w:type="spellStart"/>
            <w:r w:rsidRPr="00744159">
              <w:rPr>
                <w:sz w:val="22"/>
              </w:rPr>
              <w:t>Kişisel</w:t>
            </w:r>
            <w:proofErr w:type="spellEnd"/>
            <w:r w:rsidRPr="00744159">
              <w:rPr>
                <w:sz w:val="22"/>
              </w:rPr>
              <w:t xml:space="preserve"> </w:t>
            </w:r>
            <w:proofErr w:type="spellStart"/>
            <w:r w:rsidR="00000000" w:rsidRPr="00744159">
              <w:rPr>
                <w:sz w:val="22"/>
              </w:rPr>
              <w:t>koruyucu</w:t>
            </w:r>
            <w:proofErr w:type="spellEnd"/>
            <w:r w:rsidR="00000000" w:rsidRPr="00744159">
              <w:rPr>
                <w:sz w:val="22"/>
              </w:rPr>
              <w:t xml:space="preserve"> </w:t>
            </w:r>
            <w:proofErr w:type="spellStart"/>
            <w:r w:rsidR="00000000" w:rsidRPr="00744159">
              <w:rPr>
                <w:sz w:val="22"/>
              </w:rPr>
              <w:t>donanımlar</w:t>
            </w:r>
            <w:proofErr w:type="spellEnd"/>
            <w:r w:rsidR="00000000" w:rsidRPr="00744159">
              <w:rPr>
                <w:sz w:val="22"/>
              </w:rPr>
              <w:t xml:space="preserve">. </w:t>
            </w:r>
          </w:p>
          <w:p w14:paraId="186FCB6B" w14:textId="54E07184" w:rsidR="00744159" w:rsidRPr="00744159" w:rsidRDefault="00744159">
            <w:pPr>
              <w:rPr>
                <w:sz w:val="22"/>
              </w:rPr>
            </w:pPr>
          </w:p>
        </w:tc>
      </w:tr>
      <w:tr w:rsidR="00550877" w14:paraId="288A1676" w14:textId="77777777" w:rsidTr="00744159">
        <w:trPr>
          <w:trHeight w:val="707"/>
          <w:jc w:val="center"/>
        </w:trPr>
        <w:tc>
          <w:tcPr>
            <w:tcW w:w="10858" w:type="dxa"/>
          </w:tcPr>
          <w:p w14:paraId="65C47AC1" w14:textId="77777777" w:rsidR="002C3DDA" w:rsidRPr="00744159" w:rsidRDefault="00000000">
            <w:pPr>
              <w:spacing w:after="20"/>
              <w:rPr>
                <w:sz w:val="22"/>
              </w:rPr>
            </w:pPr>
            <w:r w:rsidRPr="00744159">
              <w:rPr>
                <w:b/>
                <w:sz w:val="22"/>
              </w:rPr>
              <w:t>3. Oksi-gaz kaynağında basınç düşürücünün görevi nedir? (10 Puan)</w:t>
            </w:r>
          </w:p>
          <w:p w14:paraId="3DA61BED" w14:textId="77777777" w:rsidR="002C3DDA" w:rsidRPr="00744159" w:rsidRDefault="00000000">
            <w:pPr>
              <w:rPr>
                <w:sz w:val="22"/>
              </w:rPr>
            </w:pPr>
            <w:r w:rsidRPr="00744159">
              <w:rPr>
                <w:sz w:val="22"/>
              </w:rPr>
              <w:t>Tüpteki yüksek gaz basıncını çalışma için uygun ve ayarlanabilir basınca düşürmektir.</w:t>
            </w:r>
          </w:p>
        </w:tc>
      </w:tr>
      <w:tr w:rsidR="00550877" w14:paraId="005D9F76" w14:textId="77777777" w:rsidTr="00744159">
        <w:trPr>
          <w:trHeight w:val="707"/>
          <w:jc w:val="center"/>
        </w:trPr>
        <w:tc>
          <w:tcPr>
            <w:tcW w:w="10858" w:type="dxa"/>
          </w:tcPr>
          <w:p w14:paraId="548C6BA8" w14:textId="77777777" w:rsidR="002C3DDA" w:rsidRPr="00744159" w:rsidRDefault="00000000">
            <w:pPr>
              <w:spacing w:after="20"/>
              <w:rPr>
                <w:sz w:val="22"/>
              </w:rPr>
            </w:pPr>
            <w:r w:rsidRPr="00744159">
              <w:rPr>
                <w:b/>
                <w:sz w:val="22"/>
              </w:rPr>
              <w:t>4. Oksi-gaz kaynağında kaynak üflecinin görevi nedir? (10 Puan)</w:t>
            </w:r>
          </w:p>
          <w:p w14:paraId="2A0AEE1D" w14:textId="77777777" w:rsidR="002C3DDA" w:rsidRPr="00744159" w:rsidRDefault="00000000">
            <w:pPr>
              <w:rPr>
                <w:sz w:val="22"/>
              </w:rPr>
            </w:pPr>
            <w:r w:rsidRPr="00744159">
              <w:rPr>
                <w:sz w:val="22"/>
              </w:rPr>
              <w:t>Oksijen ile yanıcı gazı uygun oranda karıştırıp yakarak kaynak için gerekli alevi oluşturmaktır.</w:t>
            </w:r>
          </w:p>
        </w:tc>
      </w:tr>
      <w:tr w:rsidR="00550877" w14:paraId="42334BBB" w14:textId="77777777" w:rsidTr="00744159">
        <w:trPr>
          <w:trHeight w:val="707"/>
          <w:jc w:val="center"/>
        </w:trPr>
        <w:tc>
          <w:tcPr>
            <w:tcW w:w="10858" w:type="dxa"/>
          </w:tcPr>
          <w:p w14:paraId="22BB2BF0" w14:textId="77777777" w:rsidR="002C3DDA" w:rsidRPr="00744159" w:rsidRDefault="00000000">
            <w:pPr>
              <w:spacing w:after="20"/>
              <w:rPr>
                <w:sz w:val="22"/>
              </w:rPr>
            </w:pPr>
            <w:r w:rsidRPr="00744159">
              <w:rPr>
                <w:b/>
                <w:sz w:val="22"/>
              </w:rPr>
              <w:t>5. Elektrik ark kaynağında elektrodun görevi nedir? (10 Puan)</w:t>
            </w:r>
          </w:p>
          <w:p w14:paraId="01916744" w14:textId="77777777" w:rsidR="002C3DDA" w:rsidRPr="00744159" w:rsidRDefault="00000000">
            <w:pPr>
              <w:rPr>
                <w:sz w:val="22"/>
              </w:rPr>
            </w:pPr>
            <w:r w:rsidRPr="00744159">
              <w:rPr>
                <w:sz w:val="22"/>
              </w:rPr>
              <w:t>Elektrik arkının oluşmasını sağlar; elektrot türüne göre kaynak bölgesine ilave metal de sağlar.</w:t>
            </w:r>
          </w:p>
        </w:tc>
      </w:tr>
      <w:tr w:rsidR="00550877" w14:paraId="0BF51A63" w14:textId="77777777" w:rsidTr="00744159">
        <w:trPr>
          <w:trHeight w:val="707"/>
          <w:jc w:val="center"/>
        </w:trPr>
        <w:tc>
          <w:tcPr>
            <w:tcW w:w="10858" w:type="dxa"/>
          </w:tcPr>
          <w:p w14:paraId="44ED2F55" w14:textId="77777777" w:rsidR="002C3DDA" w:rsidRPr="00744159" w:rsidRDefault="00000000">
            <w:pPr>
              <w:spacing w:after="20"/>
              <w:rPr>
                <w:sz w:val="22"/>
              </w:rPr>
            </w:pPr>
            <w:r w:rsidRPr="00744159">
              <w:rPr>
                <w:b/>
                <w:sz w:val="22"/>
              </w:rPr>
              <w:t>6. Elektrik ark kaynak makinesinin temel görevi nedir? (10 Puan)</w:t>
            </w:r>
          </w:p>
          <w:p w14:paraId="5A3DB27C" w14:textId="77777777" w:rsidR="002C3DDA" w:rsidRPr="00744159" w:rsidRDefault="00000000">
            <w:pPr>
              <w:rPr>
                <w:sz w:val="22"/>
              </w:rPr>
            </w:pPr>
            <w:r w:rsidRPr="00744159">
              <w:rPr>
                <w:sz w:val="22"/>
              </w:rPr>
              <w:t>Kaynak için gerekli uygun akım ve gerilimi sağlayarak elektrot ile iş parçası arasında ark oluşmasını sağlamaktır.</w:t>
            </w:r>
          </w:p>
        </w:tc>
      </w:tr>
      <w:tr w:rsidR="00550877" w14:paraId="76775416" w14:textId="77777777" w:rsidTr="00744159">
        <w:trPr>
          <w:trHeight w:val="707"/>
          <w:jc w:val="center"/>
        </w:trPr>
        <w:tc>
          <w:tcPr>
            <w:tcW w:w="10858" w:type="dxa"/>
          </w:tcPr>
          <w:p w14:paraId="55020B8D" w14:textId="77777777" w:rsidR="002C3DDA" w:rsidRPr="00744159" w:rsidRDefault="00000000">
            <w:pPr>
              <w:spacing w:after="20"/>
              <w:rPr>
                <w:sz w:val="22"/>
              </w:rPr>
            </w:pPr>
            <w:r w:rsidRPr="00744159">
              <w:rPr>
                <w:b/>
                <w:sz w:val="22"/>
              </w:rPr>
              <w:t>7. Oksi-gaz kaynağında yakıcı gaz olarak .................... kullanılır. (10 Puan)</w:t>
            </w:r>
          </w:p>
          <w:p w14:paraId="4A81F3EB" w14:textId="77777777" w:rsidR="002C3DDA" w:rsidRPr="00744159" w:rsidRDefault="00000000">
            <w:pPr>
              <w:rPr>
                <w:sz w:val="22"/>
              </w:rPr>
            </w:pPr>
            <w:r w:rsidRPr="00744159">
              <w:rPr>
                <w:sz w:val="22"/>
              </w:rPr>
              <w:t>oksijen</w:t>
            </w:r>
          </w:p>
        </w:tc>
      </w:tr>
      <w:tr w:rsidR="00550877" w14:paraId="6A8BC95F" w14:textId="77777777" w:rsidTr="00744159">
        <w:trPr>
          <w:trHeight w:val="707"/>
          <w:jc w:val="center"/>
        </w:trPr>
        <w:tc>
          <w:tcPr>
            <w:tcW w:w="10858" w:type="dxa"/>
          </w:tcPr>
          <w:p w14:paraId="5AE1C867" w14:textId="77777777" w:rsidR="002C3DDA" w:rsidRPr="00744159" w:rsidRDefault="00000000">
            <w:pPr>
              <w:spacing w:after="20"/>
              <w:rPr>
                <w:sz w:val="22"/>
              </w:rPr>
            </w:pPr>
            <w:r w:rsidRPr="00744159">
              <w:rPr>
                <w:b/>
                <w:sz w:val="22"/>
              </w:rPr>
              <w:t>8. Elektrik ark kaynağında arkı oluşturan sarf malzemesine .................... denir. (10 Puan)</w:t>
            </w:r>
          </w:p>
          <w:p w14:paraId="22D1ED5D" w14:textId="77777777" w:rsidR="002C3DDA" w:rsidRPr="00744159" w:rsidRDefault="00000000">
            <w:pPr>
              <w:rPr>
                <w:sz w:val="22"/>
              </w:rPr>
            </w:pPr>
            <w:r w:rsidRPr="00744159">
              <w:rPr>
                <w:sz w:val="22"/>
              </w:rPr>
              <w:t>elektrot</w:t>
            </w:r>
          </w:p>
        </w:tc>
      </w:tr>
      <w:tr w:rsidR="00550877" w14:paraId="26601465" w14:textId="77777777" w:rsidTr="00744159">
        <w:trPr>
          <w:trHeight w:val="707"/>
          <w:jc w:val="center"/>
        </w:trPr>
        <w:tc>
          <w:tcPr>
            <w:tcW w:w="10858" w:type="dxa"/>
          </w:tcPr>
          <w:p w14:paraId="0FB93162" w14:textId="77777777" w:rsidR="002C3DDA" w:rsidRPr="00744159" w:rsidRDefault="00000000">
            <w:pPr>
              <w:spacing w:after="20"/>
              <w:rPr>
                <w:sz w:val="22"/>
              </w:rPr>
            </w:pPr>
            <w:r w:rsidRPr="00744159">
              <w:rPr>
                <w:b/>
                <w:sz w:val="22"/>
              </w:rPr>
              <w:t xml:space="preserve">9. </w:t>
            </w:r>
            <w:proofErr w:type="gramStart"/>
            <w:r w:rsidRPr="00744159">
              <w:rPr>
                <w:b/>
                <w:sz w:val="22"/>
              </w:rPr>
              <w:t xml:space="preserve">(  </w:t>
            </w:r>
            <w:proofErr w:type="gramEnd"/>
            <w:r w:rsidRPr="00744159">
              <w:rPr>
                <w:b/>
                <w:sz w:val="22"/>
              </w:rPr>
              <w:t xml:space="preserve"> ) Oksi-gaz kaynağında basınç düşürücü, tüp basıncını çalışma basıncına düşürür. (5 Puan)</w:t>
            </w:r>
          </w:p>
          <w:p w14:paraId="4EA83758" w14:textId="77777777" w:rsidR="002C3DDA" w:rsidRPr="00744159" w:rsidRDefault="00000000">
            <w:pPr>
              <w:rPr>
                <w:sz w:val="22"/>
              </w:rPr>
            </w:pPr>
            <w:r w:rsidRPr="00744159">
              <w:rPr>
                <w:sz w:val="22"/>
              </w:rPr>
              <w:t>Doğru</w:t>
            </w:r>
          </w:p>
        </w:tc>
      </w:tr>
      <w:tr w:rsidR="00550877" w14:paraId="726D35D1" w14:textId="77777777" w:rsidTr="00744159">
        <w:trPr>
          <w:trHeight w:val="707"/>
          <w:jc w:val="center"/>
        </w:trPr>
        <w:tc>
          <w:tcPr>
            <w:tcW w:w="10858" w:type="dxa"/>
          </w:tcPr>
          <w:p w14:paraId="4EFB2FF8" w14:textId="77777777" w:rsidR="002C3DDA" w:rsidRPr="00744159" w:rsidRDefault="00000000">
            <w:pPr>
              <w:spacing w:after="20"/>
              <w:rPr>
                <w:sz w:val="22"/>
              </w:rPr>
            </w:pPr>
            <w:r w:rsidRPr="00744159">
              <w:rPr>
                <w:b/>
                <w:sz w:val="22"/>
              </w:rPr>
              <w:t xml:space="preserve">10. </w:t>
            </w:r>
            <w:proofErr w:type="gramStart"/>
            <w:r w:rsidRPr="00744159">
              <w:rPr>
                <w:b/>
                <w:sz w:val="22"/>
              </w:rPr>
              <w:t xml:space="preserve">(  </w:t>
            </w:r>
            <w:proofErr w:type="gramEnd"/>
            <w:r w:rsidRPr="00744159">
              <w:rPr>
                <w:b/>
                <w:sz w:val="22"/>
              </w:rPr>
              <w:t xml:space="preserve"> ) Elektrik ark kaynağında şase bağlantısına ihtiyaç yoktur. (5 Puan)</w:t>
            </w:r>
          </w:p>
          <w:p w14:paraId="156C2FA9" w14:textId="77777777" w:rsidR="002C3DDA" w:rsidRPr="00744159" w:rsidRDefault="00000000">
            <w:pPr>
              <w:rPr>
                <w:sz w:val="22"/>
              </w:rPr>
            </w:pPr>
            <w:r w:rsidRPr="00744159">
              <w:rPr>
                <w:sz w:val="22"/>
              </w:rPr>
              <w:t>Yanlış</w:t>
            </w:r>
          </w:p>
        </w:tc>
      </w:tr>
    </w:tbl>
    <w:p w14:paraId="62B68171" w14:textId="77777777" w:rsidR="00DF3F4A" w:rsidRDefault="00DF3F4A"/>
    <w:sectPr w:rsidR="00DF3F4A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706743A"/>
    <w:multiLevelType w:val="hybridMultilevel"/>
    <w:tmpl w:val="61DA56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F317A"/>
    <w:multiLevelType w:val="hybridMultilevel"/>
    <w:tmpl w:val="94F61A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0"/>
  </w:num>
  <w:num w:numId="13" w16cid:durableId="769355775">
    <w:abstractNumId w:val="9"/>
  </w:num>
  <w:num w:numId="14" w16cid:durableId="9934883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39D"/>
    <w:rsid w:val="002C3DDA"/>
    <w:rsid w:val="002D6A66"/>
    <w:rsid w:val="00326F90"/>
    <w:rsid w:val="004D19F5"/>
    <w:rsid w:val="00550877"/>
    <w:rsid w:val="00595F84"/>
    <w:rsid w:val="006032C4"/>
    <w:rsid w:val="00744159"/>
    <w:rsid w:val="00AA1D8D"/>
    <w:rsid w:val="00B47730"/>
    <w:rsid w:val="00CA52EB"/>
    <w:rsid w:val="00CB0664"/>
    <w:rsid w:val="00DA68DD"/>
    <w:rsid w:val="00DF3F4A"/>
    <w:rsid w:val="00E42511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C54EC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2026-09-12T19:45:00Z</dcterms:modified>
  <cp:category/>
</cp:coreProperties>
</file>