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FCD6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0CA568F9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40B8DA05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TEKNOLOJİSİ DERSİ 2.DÖNEM 1.YAZILI YOKLAMASI</w:t>
      </w:r>
    </w:p>
    <w:p w14:paraId="0E90C930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proofErr w:type="gram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proofErr w:type="gramEnd"/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6382E1F8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F23D564" w14:textId="77777777" w:rsidR="002D6A66" w:rsidRPr="003D66EA" w:rsidRDefault="00000000" w:rsidP="003D66EA">
      <w:pPr>
        <w:spacing w:after="80" w:line="360" w:lineRule="auto"/>
        <w:rPr>
          <w:bCs/>
          <w:sz w:val="22"/>
        </w:rPr>
      </w:pPr>
      <w:r w:rsidRPr="003D66EA">
        <w:rPr>
          <w:sz w:val="22"/>
        </w:rPr>
        <w:t>1. Hava şartlandırıcısının temel bölümlerini ve görevlerini maddeler hâlinde yazınız. (15 Puan)</w:t>
      </w:r>
    </w:p>
    <w:p w14:paraId="0CBE1F32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2. Pnömatik gövde onarım ekipmanlarından beş tanesini yazınız. (15 Puan)</w:t>
      </w:r>
    </w:p>
    <w:p w14:paraId="74BF67AD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3. Pnömatik karoseri testeresinin görevi nedir? (10 Puan)</w:t>
      </w:r>
    </w:p>
    <w:p w14:paraId="6DF93F9F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4. Pnömatik punta çürütme cihazı veya frezesi ne amaçla kullanılır? (10 Puan)</w:t>
      </w:r>
    </w:p>
    <w:p w14:paraId="0E0AA6A2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5. Vakumlu pnömatik göçük çektirme makinesinin görevi nedir? (10 Puan)</w:t>
      </w:r>
    </w:p>
    <w:p w14:paraId="49A74FAC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6. Spiral taşlamanın otomotiv gövde onarımındaki görevi nedir? (10 Puan)</w:t>
      </w:r>
    </w:p>
    <w:p w14:paraId="32A84384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7. Basınçlı hava ile çalışan ekipmanlara .................... ekipman denir. (10 Puan)</w:t>
      </w:r>
    </w:p>
    <w:p w14:paraId="7C32E41C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>8. Delik delmek için kullanılan elektrikli tezgâha .................... tezgâhı denir. (10 Puan)</w:t>
      </w:r>
    </w:p>
    <w:p w14:paraId="4765F91D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 xml:space="preserve">9. </w:t>
      </w:r>
      <w:proofErr w:type="gramStart"/>
      <w:r w:rsidRPr="003D66EA">
        <w:rPr>
          <w:sz w:val="22"/>
        </w:rPr>
        <w:t xml:space="preserve">(  </w:t>
      </w:r>
      <w:proofErr w:type="gramEnd"/>
      <w:r w:rsidRPr="003D66EA">
        <w:rPr>
          <w:sz w:val="22"/>
        </w:rPr>
        <w:t xml:space="preserve"> ) Hava şartlandırıcısının filtre bölümü basınçlı havadaki kir ve suyun ayrılmasına yardımcı olur. (5 Puan)</w:t>
      </w:r>
    </w:p>
    <w:p w14:paraId="2E129997" w14:textId="77777777" w:rsidR="00550877" w:rsidRPr="003D66EA" w:rsidRDefault="00000000" w:rsidP="003D66EA">
      <w:pPr>
        <w:spacing w:after="80" w:line="360" w:lineRule="auto"/>
        <w:rPr>
          <w:sz w:val="22"/>
        </w:rPr>
      </w:pPr>
      <w:r w:rsidRPr="003D66EA">
        <w:rPr>
          <w:sz w:val="22"/>
        </w:rPr>
        <w:t xml:space="preserve">10. </w:t>
      </w:r>
      <w:proofErr w:type="gramStart"/>
      <w:r w:rsidRPr="003D66EA">
        <w:rPr>
          <w:sz w:val="22"/>
        </w:rPr>
        <w:t xml:space="preserve">(  </w:t>
      </w:r>
      <w:proofErr w:type="gramEnd"/>
      <w:r w:rsidRPr="003D66EA">
        <w:rPr>
          <w:sz w:val="22"/>
        </w:rPr>
        <w:t xml:space="preserve"> ) Pnömatik el aletleri elektrik enerjisi olmadan hiçbir enerji kaynağına ihtiyaç duymadan çalışır. (5 Puan)</w:t>
      </w:r>
    </w:p>
    <w:p w14:paraId="1A9AF758" w14:textId="77777777" w:rsidR="00595F84" w:rsidRDefault="00595F84">
      <w:pPr>
        <w:spacing w:after="80" w:line="240" w:lineRule="auto"/>
      </w:pPr>
    </w:p>
    <w:p w14:paraId="460FBB5E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6493DB2A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174BC82E" w14:textId="77777777" w:rsidR="002D6A66" w:rsidRDefault="00000000">
      <w:r>
        <w:br w:type="page"/>
      </w:r>
    </w:p>
    <w:p w14:paraId="514B5218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TEKNOLOJİSİ DERSİ 2.DÖNEM 1.YAZILI CEVAP ANAHTARI</w:t>
      </w:r>
    </w:p>
    <w:p w14:paraId="51994433" w14:textId="77777777" w:rsidR="00595F84" w:rsidRPr="003D66EA" w:rsidRDefault="00595F84" w:rsidP="003D66EA">
      <w:pPr>
        <w:spacing w:after="60" w:line="360" w:lineRule="auto"/>
        <w:jc w:val="center"/>
        <w:rPr>
          <w:sz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550877" w:rsidRPr="003D66EA" w14:paraId="13C01727" w14:textId="77777777">
        <w:trPr>
          <w:jc w:val="center"/>
        </w:trPr>
        <w:tc>
          <w:tcPr>
            <w:tcW w:w="10596" w:type="dxa"/>
          </w:tcPr>
          <w:p w14:paraId="7FDA3E6D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1. Hava şartlandırıcısının temel bölümlerini ve görevlerini maddeler hâlinde yazınız. (15 Puan)</w:t>
            </w:r>
          </w:p>
          <w:p w14:paraId="5C856165" w14:textId="77777777" w:rsid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b/>
                <w:bCs/>
                <w:sz w:val="22"/>
              </w:rPr>
              <w:t>Filtre:</w:t>
            </w:r>
            <w:r w:rsidRPr="003D66EA">
              <w:rPr>
                <w:sz w:val="22"/>
              </w:rPr>
              <w:t xml:space="preserve"> havadaki kir ve suyu ayırır. </w:t>
            </w:r>
          </w:p>
          <w:p w14:paraId="17604FB6" w14:textId="77777777" w:rsidR="003D66EA" w:rsidRDefault="00000000" w:rsidP="003D66EA">
            <w:p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b/>
                <w:bCs/>
                <w:sz w:val="22"/>
              </w:rPr>
              <w:t>Basınç</w:t>
            </w:r>
            <w:proofErr w:type="spellEnd"/>
            <w:r w:rsidRPr="003D66EA">
              <w:rPr>
                <w:b/>
                <w:bCs/>
                <w:sz w:val="22"/>
              </w:rPr>
              <w:t xml:space="preserve"> </w:t>
            </w:r>
            <w:proofErr w:type="spellStart"/>
            <w:r w:rsidRPr="003D66EA">
              <w:rPr>
                <w:b/>
                <w:bCs/>
                <w:sz w:val="22"/>
              </w:rPr>
              <w:t>ayarlayıcı</w:t>
            </w:r>
            <w:proofErr w:type="spellEnd"/>
            <w:r w:rsidRPr="003D66EA">
              <w:rPr>
                <w:b/>
                <w:bCs/>
                <w:sz w:val="22"/>
              </w:rPr>
              <w:t>:</w:t>
            </w:r>
            <w:r w:rsidRPr="003D66EA">
              <w:rPr>
                <w:sz w:val="22"/>
              </w:rPr>
              <w:t xml:space="preserve"> </w:t>
            </w:r>
            <w:proofErr w:type="spellStart"/>
            <w:r w:rsidRPr="003D66EA">
              <w:rPr>
                <w:sz w:val="22"/>
              </w:rPr>
              <w:t>çalışma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Pr="003D66EA">
              <w:rPr>
                <w:sz w:val="22"/>
              </w:rPr>
              <w:t>basıncını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Pr="003D66EA">
              <w:rPr>
                <w:sz w:val="22"/>
              </w:rPr>
              <w:t>düzenler</w:t>
            </w:r>
            <w:proofErr w:type="spellEnd"/>
            <w:r w:rsidRPr="003D66EA">
              <w:rPr>
                <w:sz w:val="22"/>
              </w:rPr>
              <w:t xml:space="preserve">. </w:t>
            </w:r>
          </w:p>
          <w:p w14:paraId="7299DCFF" w14:textId="03F6351D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b/>
                <w:bCs/>
                <w:sz w:val="22"/>
              </w:rPr>
              <w:t>Yağlayıcı</w:t>
            </w:r>
            <w:proofErr w:type="spellEnd"/>
            <w:r w:rsidRPr="003D66EA">
              <w:rPr>
                <w:b/>
                <w:bCs/>
                <w:sz w:val="22"/>
              </w:rPr>
              <w:t>:</w:t>
            </w:r>
            <w:r w:rsidRPr="003D66EA">
              <w:rPr>
                <w:sz w:val="22"/>
              </w:rPr>
              <w:t xml:space="preserve"> </w:t>
            </w:r>
            <w:proofErr w:type="spellStart"/>
            <w:r w:rsidRPr="003D66EA">
              <w:rPr>
                <w:sz w:val="22"/>
              </w:rPr>
              <w:t>gerekli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Pr="003D66EA">
              <w:rPr>
                <w:sz w:val="22"/>
              </w:rPr>
              <w:t>durumlarda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Pr="003D66EA">
              <w:rPr>
                <w:sz w:val="22"/>
              </w:rPr>
              <w:t>pnömatik</w:t>
            </w:r>
            <w:proofErr w:type="spellEnd"/>
            <w:r w:rsidRPr="003D66EA">
              <w:rPr>
                <w:sz w:val="22"/>
              </w:rPr>
              <w:t xml:space="preserve"> elemanlara yağ sağlar.</w:t>
            </w:r>
          </w:p>
        </w:tc>
      </w:tr>
      <w:tr w:rsidR="00550877" w:rsidRPr="003D66EA" w14:paraId="0B206C10" w14:textId="77777777">
        <w:trPr>
          <w:jc w:val="center"/>
        </w:trPr>
        <w:tc>
          <w:tcPr>
            <w:tcW w:w="10596" w:type="dxa"/>
          </w:tcPr>
          <w:p w14:paraId="4B44F807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2. Pnömatik gövde onarım ekipmanlarından beş tanesini yazınız. (15 Puan)</w:t>
            </w:r>
          </w:p>
          <w:p w14:paraId="4D6DAC6E" w14:textId="77777777" w:rsidR="003D66EA" w:rsidRPr="003D66EA" w:rsidRDefault="00000000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 xml:space="preserve">Pnömatik karoseri testeresi, </w:t>
            </w:r>
          </w:p>
          <w:p w14:paraId="68470319" w14:textId="2AB808D8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 xml:space="preserve">Punta </w:t>
            </w:r>
            <w:proofErr w:type="spellStart"/>
            <w:r w:rsidR="00000000" w:rsidRPr="003D66EA">
              <w:rPr>
                <w:sz w:val="22"/>
              </w:rPr>
              <w:t>çürütme</w:t>
            </w:r>
            <w:proofErr w:type="spellEnd"/>
            <w:r w:rsidR="00000000"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cihazı</w:t>
            </w:r>
            <w:proofErr w:type="spellEnd"/>
            <w:r w:rsidR="00000000" w:rsidRPr="003D66EA">
              <w:rPr>
                <w:sz w:val="22"/>
              </w:rPr>
              <w:t>/</w:t>
            </w:r>
            <w:proofErr w:type="spellStart"/>
            <w:r w:rsidR="00000000" w:rsidRPr="003D66EA">
              <w:rPr>
                <w:sz w:val="22"/>
              </w:rPr>
              <w:t>frezesi</w:t>
            </w:r>
            <w:proofErr w:type="spellEnd"/>
            <w:r w:rsidR="00000000" w:rsidRPr="003D66EA">
              <w:rPr>
                <w:sz w:val="22"/>
              </w:rPr>
              <w:t xml:space="preserve">, </w:t>
            </w:r>
          </w:p>
          <w:p w14:paraId="72B10C08" w14:textId="116D262D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 xml:space="preserve">Cam </w:t>
            </w:r>
            <w:proofErr w:type="spellStart"/>
            <w:r w:rsidR="00000000" w:rsidRPr="003D66EA">
              <w:rPr>
                <w:sz w:val="22"/>
              </w:rPr>
              <w:t>sökme</w:t>
            </w:r>
            <w:proofErr w:type="spellEnd"/>
            <w:r w:rsidR="00000000"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cihazı</w:t>
            </w:r>
            <w:proofErr w:type="spellEnd"/>
            <w:r w:rsidR="00000000" w:rsidRPr="003D66EA">
              <w:rPr>
                <w:sz w:val="22"/>
              </w:rPr>
              <w:t xml:space="preserve">, </w:t>
            </w:r>
          </w:p>
          <w:p w14:paraId="3E3D3E70" w14:textId="72B4C875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sz w:val="22"/>
              </w:rPr>
              <w:t>Avuç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taşlama</w:t>
            </w:r>
            <w:proofErr w:type="spellEnd"/>
            <w:r w:rsidR="00000000" w:rsidRPr="003D66EA">
              <w:rPr>
                <w:sz w:val="22"/>
              </w:rPr>
              <w:t xml:space="preserve">, </w:t>
            </w:r>
          </w:p>
          <w:p w14:paraId="32762D16" w14:textId="3CD4A3D4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 xml:space="preserve">El </w:t>
            </w:r>
            <w:proofErr w:type="spellStart"/>
            <w:r w:rsidR="00000000" w:rsidRPr="003D66EA">
              <w:rPr>
                <w:sz w:val="22"/>
              </w:rPr>
              <w:t>matkabı</w:t>
            </w:r>
            <w:proofErr w:type="spellEnd"/>
            <w:r w:rsidR="00000000" w:rsidRPr="003D66EA">
              <w:rPr>
                <w:sz w:val="22"/>
              </w:rPr>
              <w:t xml:space="preserve">, </w:t>
            </w:r>
          </w:p>
          <w:p w14:paraId="4487FA33" w14:textId="76BA5D60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Keski</w:t>
            </w:r>
            <w:r w:rsidR="00000000" w:rsidRPr="003D66EA">
              <w:rPr>
                <w:sz w:val="22"/>
              </w:rPr>
              <w:t xml:space="preserve">, </w:t>
            </w:r>
          </w:p>
          <w:p w14:paraId="35D7E956" w14:textId="32A31BC6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sz w:val="22"/>
              </w:rPr>
              <w:t>Perçin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tabancası</w:t>
            </w:r>
            <w:proofErr w:type="spellEnd"/>
            <w:r w:rsidR="00000000" w:rsidRPr="003D66EA">
              <w:rPr>
                <w:sz w:val="22"/>
              </w:rPr>
              <w:t xml:space="preserve">, </w:t>
            </w:r>
          </w:p>
          <w:p w14:paraId="49C35425" w14:textId="1C1A7293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sz w:val="22"/>
              </w:rPr>
              <w:t>Şeritli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zımpara</w:t>
            </w:r>
            <w:proofErr w:type="spellEnd"/>
            <w:r w:rsidR="00000000" w:rsidRPr="003D66EA">
              <w:rPr>
                <w:sz w:val="22"/>
              </w:rPr>
              <w:t xml:space="preserve">, </w:t>
            </w:r>
          </w:p>
          <w:p w14:paraId="74B752B9" w14:textId="47E1C908" w:rsidR="003D66EA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sz w:val="22"/>
              </w:rPr>
              <w:t>Havşa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açma</w:t>
            </w:r>
            <w:proofErr w:type="spellEnd"/>
            <w:r w:rsidR="00000000" w:rsidRPr="003D66EA">
              <w:rPr>
                <w:sz w:val="22"/>
              </w:rPr>
              <w:t xml:space="preserve"> </w:t>
            </w:r>
          </w:p>
          <w:p w14:paraId="2FEBFB9C" w14:textId="207D9E1E" w:rsidR="00D06A4D" w:rsidRPr="003D66EA" w:rsidRDefault="003D66EA" w:rsidP="003D66EA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3D66EA">
              <w:rPr>
                <w:sz w:val="22"/>
              </w:rPr>
              <w:t>Vakumlu</w:t>
            </w:r>
            <w:proofErr w:type="spellEnd"/>
            <w:r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göçük</w:t>
            </w:r>
            <w:proofErr w:type="spellEnd"/>
            <w:r w:rsidR="00000000" w:rsidRPr="003D66EA">
              <w:rPr>
                <w:sz w:val="22"/>
              </w:rPr>
              <w:t xml:space="preserve"> </w:t>
            </w:r>
            <w:proofErr w:type="spellStart"/>
            <w:r w:rsidR="00000000" w:rsidRPr="003D66EA">
              <w:rPr>
                <w:sz w:val="22"/>
              </w:rPr>
              <w:t>çektirme</w:t>
            </w:r>
            <w:proofErr w:type="spellEnd"/>
            <w:r w:rsidR="00000000" w:rsidRPr="003D66EA">
              <w:rPr>
                <w:sz w:val="22"/>
              </w:rPr>
              <w:t>.</w:t>
            </w:r>
          </w:p>
        </w:tc>
      </w:tr>
      <w:tr w:rsidR="00550877" w:rsidRPr="003D66EA" w14:paraId="6B594A20" w14:textId="77777777">
        <w:trPr>
          <w:jc w:val="center"/>
        </w:trPr>
        <w:tc>
          <w:tcPr>
            <w:tcW w:w="10596" w:type="dxa"/>
          </w:tcPr>
          <w:p w14:paraId="75DE53DD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3. Pnömatik karoseri testeresinin görevi nedir? (10 Puan)</w:t>
            </w:r>
          </w:p>
          <w:p w14:paraId="6D442C02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Karoseri sacı ve uygun gövde parçalarını kontrollü biçimde kesmek için kullanılır.</w:t>
            </w:r>
          </w:p>
        </w:tc>
      </w:tr>
      <w:tr w:rsidR="00550877" w:rsidRPr="003D66EA" w14:paraId="171DE542" w14:textId="77777777">
        <w:trPr>
          <w:jc w:val="center"/>
        </w:trPr>
        <w:tc>
          <w:tcPr>
            <w:tcW w:w="10596" w:type="dxa"/>
          </w:tcPr>
          <w:p w14:paraId="5B7DA223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4. Pnömatik punta çürütme cihazı veya frezesi ne amaçla kullanılır? (10 Puan)</w:t>
            </w:r>
          </w:p>
          <w:p w14:paraId="7DC203EF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Punta kaynaklı sac parçaları ayırmak için punta kaynak noktalarını kaldırmak veya delmek amacıyla kullanılır.</w:t>
            </w:r>
          </w:p>
        </w:tc>
      </w:tr>
      <w:tr w:rsidR="00550877" w:rsidRPr="003D66EA" w14:paraId="1B52782B" w14:textId="77777777">
        <w:trPr>
          <w:jc w:val="center"/>
        </w:trPr>
        <w:tc>
          <w:tcPr>
            <w:tcW w:w="10596" w:type="dxa"/>
          </w:tcPr>
          <w:p w14:paraId="70F0CB26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5. Vakumlu pnömatik göçük çektirme makinesinin görevi nedir? (10 Puan)</w:t>
            </w:r>
          </w:p>
          <w:p w14:paraId="60AE5728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Uygun göçükleri yüzeye vakumla tutunarak dışarı doğru çekip düzeltmeye yardımcı olmaktır.</w:t>
            </w:r>
          </w:p>
        </w:tc>
      </w:tr>
      <w:tr w:rsidR="00550877" w:rsidRPr="003D66EA" w14:paraId="274CC16F" w14:textId="77777777">
        <w:trPr>
          <w:jc w:val="center"/>
        </w:trPr>
        <w:tc>
          <w:tcPr>
            <w:tcW w:w="10596" w:type="dxa"/>
          </w:tcPr>
          <w:p w14:paraId="45D8CCE8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6. Spiral taşlamanın otomotiv gövde onarımındaki görevi nedir? (10 Puan)</w:t>
            </w:r>
          </w:p>
          <w:p w14:paraId="2939BE78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Metal yüzeylerde kesme, çapak alma, taşlama ve yüzey düzeltme işlemlerinde kullanılır.</w:t>
            </w:r>
          </w:p>
        </w:tc>
      </w:tr>
      <w:tr w:rsidR="00550877" w:rsidRPr="003D66EA" w14:paraId="3E288669" w14:textId="77777777">
        <w:trPr>
          <w:jc w:val="center"/>
        </w:trPr>
        <w:tc>
          <w:tcPr>
            <w:tcW w:w="10596" w:type="dxa"/>
          </w:tcPr>
          <w:p w14:paraId="46A58FDF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7. Basınçlı hava ile çalışan ekipmanlara .................... ekipman denir. (10 Puan)</w:t>
            </w:r>
          </w:p>
          <w:p w14:paraId="588D41F7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pnömatik</w:t>
            </w:r>
          </w:p>
        </w:tc>
      </w:tr>
      <w:tr w:rsidR="00550877" w:rsidRPr="003D66EA" w14:paraId="1429307E" w14:textId="77777777">
        <w:trPr>
          <w:jc w:val="center"/>
        </w:trPr>
        <w:tc>
          <w:tcPr>
            <w:tcW w:w="10596" w:type="dxa"/>
          </w:tcPr>
          <w:p w14:paraId="33B93047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>8. Delik delmek için kullanılan elektrikli tezgâha .................... tezgâhı denir. (10 Puan)</w:t>
            </w:r>
          </w:p>
          <w:p w14:paraId="627DEE3B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matkap</w:t>
            </w:r>
          </w:p>
        </w:tc>
      </w:tr>
      <w:tr w:rsidR="00550877" w:rsidRPr="003D66EA" w14:paraId="1E0638E9" w14:textId="77777777">
        <w:trPr>
          <w:jc w:val="center"/>
        </w:trPr>
        <w:tc>
          <w:tcPr>
            <w:tcW w:w="10596" w:type="dxa"/>
          </w:tcPr>
          <w:p w14:paraId="0B360A33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 xml:space="preserve">9. </w:t>
            </w:r>
            <w:proofErr w:type="gramStart"/>
            <w:r w:rsidRPr="003D66EA">
              <w:rPr>
                <w:b/>
                <w:sz w:val="22"/>
              </w:rPr>
              <w:t xml:space="preserve">(  </w:t>
            </w:r>
            <w:proofErr w:type="gramEnd"/>
            <w:r w:rsidRPr="003D66EA">
              <w:rPr>
                <w:b/>
                <w:sz w:val="22"/>
              </w:rPr>
              <w:t xml:space="preserve"> ) Hava şartlandırıcısının filtre bölümü basınçlı havadaki kir ve suyun ayrılmasına yardımcı olur. (5 Puan)</w:t>
            </w:r>
          </w:p>
          <w:p w14:paraId="3331F163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Doğru</w:t>
            </w:r>
          </w:p>
        </w:tc>
      </w:tr>
      <w:tr w:rsidR="00550877" w:rsidRPr="003D66EA" w14:paraId="66171127" w14:textId="77777777">
        <w:trPr>
          <w:jc w:val="center"/>
        </w:trPr>
        <w:tc>
          <w:tcPr>
            <w:tcW w:w="10596" w:type="dxa"/>
          </w:tcPr>
          <w:p w14:paraId="6FC2033B" w14:textId="77777777" w:rsidR="00D06A4D" w:rsidRPr="003D66EA" w:rsidRDefault="00000000" w:rsidP="003D66EA">
            <w:pPr>
              <w:spacing w:after="20" w:line="360" w:lineRule="auto"/>
              <w:rPr>
                <w:sz w:val="22"/>
              </w:rPr>
            </w:pPr>
            <w:r w:rsidRPr="003D66EA">
              <w:rPr>
                <w:b/>
                <w:sz w:val="22"/>
              </w:rPr>
              <w:t xml:space="preserve">10. </w:t>
            </w:r>
            <w:proofErr w:type="gramStart"/>
            <w:r w:rsidRPr="003D66EA">
              <w:rPr>
                <w:b/>
                <w:sz w:val="22"/>
              </w:rPr>
              <w:t xml:space="preserve">(  </w:t>
            </w:r>
            <w:proofErr w:type="gramEnd"/>
            <w:r w:rsidRPr="003D66EA">
              <w:rPr>
                <w:b/>
                <w:sz w:val="22"/>
              </w:rPr>
              <w:t xml:space="preserve"> ) Pnömatik el aletleri elektrik enerjisi olmadan hiçbir enerji kaynağına ihtiyaç duymadan çalışır. (5 Puan)</w:t>
            </w:r>
          </w:p>
          <w:p w14:paraId="0102DE4E" w14:textId="77777777" w:rsidR="00D06A4D" w:rsidRPr="003D66EA" w:rsidRDefault="00000000" w:rsidP="003D66EA">
            <w:pPr>
              <w:spacing w:line="360" w:lineRule="auto"/>
              <w:rPr>
                <w:sz w:val="22"/>
              </w:rPr>
            </w:pPr>
            <w:r w:rsidRPr="003D66EA">
              <w:rPr>
                <w:sz w:val="22"/>
              </w:rPr>
              <w:t>Yanlış</w:t>
            </w:r>
          </w:p>
        </w:tc>
      </w:tr>
    </w:tbl>
    <w:p w14:paraId="1DF9F590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3934F3"/>
    <w:multiLevelType w:val="hybridMultilevel"/>
    <w:tmpl w:val="F8D235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1"/>
  </w:num>
  <w:num w:numId="11" w16cid:durableId="549151816">
    <w:abstractNumId w:val="12"/>
  </w:num>
  <w:num w:numId="12" w16cid:durableId="184753285">
    <w:abstractNumId w:val="10"/>
  </w:num>
  <w:num w:numId="13" w16cid:durableId="19609189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3D66EA"/>
    <w:rsid w:val="004D19F5"/>
    <w:rsid w:val="00550877"/>
    <w:rsid w:val="00595F84"/>
    <w:rsid w:val="005F1DEA"/>
    <w:rsid w:val="006032C4"/>
    <w:rsid w:val="00AA1D8D"/>
    <w:rsid w:val="00B47730"/>
    <w:rsid w:val="00CB0664"/>
    <w:rsid w:val="00D06A4D"/>
    <w:rsid w:val="00DA68DD"/>
    <w:rsid w:val="00DF3F4A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62E8C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2026-09-12T19:50:00Z</dcterms:modified>
  <cp:category/>
</cp:coreProperties>
</file>