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2A624" w14:textId="77777777" w:rsidR="00EC26C5" w:rsidRDefault="00EC26C5" w:rsidP="00EC26C5">
      <w:pPr>
        <w:spacing w:before="40" w:after="20" w:line="360" w:lineRule="auto"/>
        <w:rPr>
          <w:rFonts w:ascii="Aptos" w:hAnsi="Aptos"/>
          <w:b/>
          <w:sz w:val="20"/>
        </w:rPr>
      </w:pPr>
    </w:p>
    <w:p w14:paraId="67BC0B96" w14:textId="307E71DD" w:rsidR="00EC26C5" w:rsidRDefault="00EC26C5" w:rsidP="00EC26C5">
      <w:pPr>
        <w:pStyle w:val="stBilgi"/>
        <w:spacing w:line="360" w:lineRule="auto"/>
        <w:jc w:val="center"/>
      </w:pPr>
      <w:r>
        <w:rPr>
          <w:rFonts w:ascii="Aptos" w:hAnsi="Aptos"/>
          <w:b/>
        </w:rPr>
        <w:t>YAHŞIHAN MESLEKI EĞITIM 2025-2026 EĞİTİM ÖĞRETİM YILI</w:t>
      </w:r>
    </w:p>
    <w:p w14:paraId="34155DD2" w14:textId="3A53DC40" w:rsidR="00EC26C5" w:rsidRDefault="00EC26C5" w:rsidP="00EC26C5">
      <w:pPr>
        <w:spacing w:line="360" w:lineRule="auto"/>
        <w:jc w:val="center"/>
      </w:pPr>
      <w:r>
        <w:rPr>
          <w:rFonts w:ascii="Aptos" w:hAnsi="Aptos"/>
          <w:b/>
        </w:rPr>
        <w:t>MOTORLU ARAÇLAR TEKNOLOJİSİ ALANI OTOMOTIV TEKNIK RESIM DERSİ 2. DÖNEM 1. YAZILI</w:t>
      </w:r>
    </w:p>
    <w:p w14:paraId="32BD2372" w14:textId="77777777" w:rsidR="00EC26C5" w:rsidRDefault="00EC26C5" w:rsidP="00EC26C5">
      <w:pPr>
        <w:tabs>
          <w:tab w:val="center" w:pos="5400"/>
          <w:tab w:val="right" w:pos="10800"/>
        </w:tabs>
      </w:pPr>
      <w:r>
        <w:rPr>
          <w:rFonts w:ascii="Aptos" w:hAnsi="Aptos"/>
          <w:b/>
        </w:rPr>
        <w:t>ADI SOYADI:</w:t>
      </w:r>
      <w:r>
        <w:rPr>
          <w:rFonts w:ascii="Aptos" w:hAnsi="Aptos"/>
          <w:b/>
        </w:rPr>
        <w:tab/>
        <w:t>SINIF / OKUL NO:</w:t>
      </w:r>
      <w:r>
        <w:rPr>
          <w:rFonts w:ascii="Aptos" w:hAnsi="Aptos"/>
          <w:b/>
        </w:rPr>
        <w:tab/>
        <w:t>PUAN:</w:t>
      </w:r>
    </w:p>
    <w:p w14:paraId="57BD9D8A" w14:textId="77777777" w:rsidR="00EC26C5" w:rsidRDefault="00EC26C5">
      <w:pPr>
        <w:spacing w:before="40" w:after="20" w:line="192" w:lineRule="auto"/>
        <w:rPr>
          <w:rFonts w:ascii="Aptos" w:hAnsi="Aptos"/>
          <w:b/>
          <w:sz w:val="20"/>
        </w:rPr>
      </w:pPr>
    </w:p>
    <w:p w14:paraId="7B46D73C" w14:textId="77777777" w:rsidR="00EC26C5" w:rsidRDefault="00EC26C5">
      <w:pPr>
        <w:spacing w:before="40" w:after="20" w:line="192" w:lineRule="auto"/>
        <w:rPr>
          <w:rFonts w:ascii="Aptos" w:hAnsi="Aptos"/>
          <w:b/>
          <w:sz w:val="20"/>
        </w:rPr>
      </w:pPr>
    </w:p>
    <w:p w14:paraId="506EE5DC" w14:textId="76CC68A3" w:rsidR="004A3098" w:rsidRDefault="00CE22DF">
      <w:pPr>
        <w:spacing w:before="40" w:after="20" w:line="192" w:lineRule="auto"/>
      </w:pPr>
      <w:r>
        <w:rPr>
          <w:rFonts w:ascii="Aptos" w:hAnsi="Aptos"/>
          <w:b/>
          <w:sz w:val="20"/>
        </w:rPr>
        <w:t xml:space="preserve">1.Dairenin </w:t>
      </w:r>
      <w:proofErr w:type="spellStart"/>
      <w:r>
        <w:rPr>
          <w:rFonts w:ascii="Aptos" w:hAnsi="Aptos"/>
          <w:b/>
          <w:sz w:val="20"/>
        </w:rPr>
        <w:t>merkezinden</w:t>
      </w:r>
      <w:proofErr w:type="spellEnd"/>
      <w:r w:rsidR="00EC26C5">
        <w:rPr>
          <w:rFonts w:ascii="Aptos" w:hAnsi="Aptos"/>
          <w:b/>
          <w:sz w:val="20"/>
        </w:rPr>
        <w:t xml:space="preserve"> </w:t>
      </w:r>
      <w:proofErr w:type="spellStart"/>
      <w:r>
        <w:rPr>
          <w:rFonts w:ascii="Aptos" w:hAnsi="Aptos"/>
          <w:b/>
          <w:sz w:val="20"/>
        </w:rPr>
        <w:t>geçen</w:t>
      </w:r>
      <w:proofErr w:type="spellEnd"/>
      <w:r>
        <w:rPr>
          <w:rFonts w:ascii="Aptos" w:hAnsi="Aptos"/>
          <w:b/>
          <w:sz w:val="20"/>
        </w:rPr>
        <w:t xml:space="preserve">, </w:t>
      </w:r>
      <w:proofErr w:type="spellStart"/>
      <w:r>
        <w:rPr>
          <w:rFonts w:ascii="Aptos" w:hAnsi="Aptos"/>
          <w:b/>
          <w:sz w:val="20"/>
        </w:rPr>
        <w:t>yatay</w:t>
      </w:r>
      <w:proofErr w:type="spellEnd"/>
      <w:r>
        <w:rPr>
          <w:rFonts w:ascii="Aptos" w:hAnsi="Aptos"/>
          <w:b/>
          <w:sz w:val="20"/>
        </w:rPr>
        <w:t xml:space="preserve"> </w:t>
      </w:r>
      <w:proofErr w:type="spellStart"/>
      <w:r>
        <w:rPr>
          <w:rFonts w:ascii="Aptos" w:hAnsi="Aptos"/>
          <w:b/>
          <w:sz w:val="20"/>
        </w:rPr>
        <w:t>ve</w:t>
      </w:r>
      <w:proofErr w:type="spellEnd"/>
      <w:r>
        <w:rPr>
          <w:rFonts w:ascii="Aptos" w:hAnsi="Aptos"/>
          <w:b/>
          <w:sz w:val="20"/>
        </w:rPr>
        <w:t xml:space="preserve"> </w:t>
      </w:r>
      <w:proofErr w:type="spellStart"/>
      <w:r>
        <w:rPr>
          <w:rFonts w:ascii="Aptos" w:hAnsi="Aptos"/>
          <w:b/>
          <w:sz w:val="20"/>
        </w:rPr>
        <w:t>düşey</w:t>
      </w:r>
      <w:proofErr w:type="spellEnd"/>
      <w:r>
        <w:rPr>
          <w:rFonts w:ascii="Aptos" w:hAnsi="Aptos"/>
          <w:b/>
          <w:sz w:val="20"/>
        </w:rPr>
        <w:t xml:space="preserve"> </w:t>
      </w:r>
      <w:proofErr w:type="spellStart"/>
      <w:r>
        <w:rPr>
          <w:rFonts w:ascii="Aptos" w:hAnsi="Aptos"/>
          <w:b/>
          <w:sz w:val="20"/>
        </w:rPr>
        <w:t>noktalı</w:t>
      </w:r>
      <w:proofErr w:type="spellEnd"/>
      <w:r>
        <w:rPr>
          <w:rFonts w:ascii="Aptos" w:hAnsi="Aptos"/>
          <w:b/>
          <w:sz w:val="20"/>
        </w:rPr>
        <w:t xml:space="preserve"> </w:t>
      </w:r>
      <w:proofErr w:type="spellStart"/>
      <w:r>
        <w:rPr>
          <w:rFonts w:ascii="Aptos" w:hAnsi="Aptos"/>
          <w:b/>
          <w:sz w:val="20"/>
        </w:rPr>
        <w:t>kesik</w:t>
      </w:r>
      <w:proofErr w:type="spellEnd"/>
      <w:r>
        <w:rPr>
          <w:rFonts w:ascii="Aptos" w:hAnsi="Aptos"/>
          <w:b/>
          <w:sz w:val="20"/>
        </w:rPr>
        <w:t xml:space="preserve"> </w:t>
      </w:r>
      <w:proofErr w:type="spellStart"/>
      <w:r>
        <w:rPr>
          <w:rFonts w:ascii="Aptos" w:hAnsi="Aptos"/>
          <w:b/>
          <w:sz w:val="20"/>
        </w:rPr>
        <w:t>çizgilere</w:t>
      </w:r>
      <w:proofErr w:type="spellEnd"/>
      <w:r>
        <w:rPr>
          <w:rFonts w:ascii="Aptos" w:hAnsi="Aptos"/>
          <w:b/>
          <w:sz w:val="20"/>
        </w:rPr>
        <w:t xml:space="preserve"> ne denir? (20 Puan)</w:t>
      </w:r>
    </w:p>
    <w:p w14:paraId="4974F9D8" w14:textId="1A0A0BFF" w:rsidR="004A3098" w:rsidRDefault="004A3098"/>
    <w:p w14:paraId="27A1B3E7" w14:textId="77777777" w:rsidR="004A3098" w:rsidRDefault="00CE22DF">
      <w:pPr>
        <w:spacing w:before="40" w:after="20" w:line="192" w:lineRule="auto"/>
      </w:pPr>
      <w:r>
        <w:rPr>
          <w:rFonts w:ascii="Aptos" w:hAnsi="Aptos"/>
          <w:b/>
          <w:sz w:val="20"/>
        </w:rPr>
        <w:t>2.Teknik Resim çizim aletlerinden 5 tanesini yazınız? (20 Puan)</w:t>
      </w:r>
    </w:p>
    <w:p w14:paraId="04C095BD" w14:textId="77777777" w:rsidR="00EC26C5" w:rsidRDefault="00CE22DF" w:rsidP="00EC26C5">
      <w:pPr>
        <w:rPr>
          <w:rFonts w:ascii="Aptos" w:hAnsi="Aptos"/>
          <w:b/>
          <w:sz w:val="20"/>
        </w:rPr>
      </w:pPr>
      <w:r>
        <w:br/>
      </w:r>
    </w:p>
    <w:p w14:paraId="11DE5948" w14:textId="203DFA85" w:rsidR="004A3098" w:rsidRDefault="00CE22DF" w:rsidP="00EC26C5">
      <w:r>
        <w:rPr>
          <w:rFonts w:ascii="Aptos" w:hAnsi="Aptos"/>
          <w:b/>
          <w:sz w:val="20"/>
        </w:rPr>
        <w:t xml:space="preserve">3.Üç </w:t>
      </w:r>
      <w:proofErr w:type="spellStart"/>
      <w:r>
        <w:rPr>
          <w:rFonts w:ascii="Aptos" w:hAnsi="Aptos"/>
          <w:b/>
          <w:sz w:val="20"/>
        </w:rPr>
        <w:t>görünüşü</w:t>
      </w:r>
      <w:proofErr w:type="spellEnd"/>
      <w:r>
        <w:rPr>
          <w:rFonts w:ascii="Aptos" w:hAnsi="Aptos"/>
          <w:b/>
          <w:sz w:val="20"/>
        </w:rPr>
        <w:t xml:space="preserve"> </w:t>
      </w:r>
      <w:proofErr w:type="spellStart"/>
      <w:r>
        <w:rPr>
          <w:rFonts w:ascii="Aptos" w:hAnsi="Aptos"/>
          <w:b/>
          <w:sz w:val="20"/>
        </w:rPr>
        <w:t>verilen</w:t>
      </w:r>
      <w:proofErr w:type="spellEnd"/>
      <w:r>
        <w:rPr>
          <w:rFonts w:ascii="Aptos" w:hAnsi="Aptos"/>
          <w:b/>
          <w:sz w:val="20"/>
        </w:rPr>
        <w:t xml:space="preserve"> </w:t>
      </w:r>
      <w:proofErr w:type="spellStart"/>
      <w:r>
        <w:rPr>
          <w:rFonts w:ascii="Aptos" w:hAnsi="Aptos"/>
          <w:b/>
          <w:sz w:val="20"/>
        </w:rPr>
        <w:t>parçanın</w:t>
      </w:r>
      <w:proofErr w:type="spellEnd"/>
      <w:r>
        <w:rPr>
          <w:rFonts w:ascii="Aptos" w:hAnsi="Aptos"/>
          <w:b/>
          <w:sz w:val="20"/>
        </w:rPr>
        <w:t xml:space="preserve"> </w:t>
      </w:r>
      <w:proofErr w:type="spellStart"/>
      <w:r>
        <w:rPr>
          <w:rFonts w:ascii="Aptos" w:hAnsi="Aptos"/>
          <w:b/>
          <w:sz w:val="20"/>
        </w:rPr>
        <w:t>izometrik</w:t>
      </w:r>
      <w:proofErr w:type="spellEnd"/>
      <w:r>
        <w:rPr>
          <w:rFonts w:ascii="Aptos" w:hAnsi="Aptos"/>
          <w:b/>
          <w:sz w:val="20"/>
        </w:rPr>
        <w:t xml:space="preserve"> perspektif resmini çiziniz? (</w:t>
      </w:r>
      <w:r w:rsidR="00EC26C5">
        <w:rPr>
          <w:rFonts w:ascii="Aptos" w:hAnsi="Aptos"/>
          <w:b/>
          <w:sz w:val="20"/>
        </w:rPr>
        <w:t>30</w:t>
      </w:r>
      <w:r>
        <w:rPr>
          <w:rFonts w:ascii="Aptos" w:hAnsi="Aptos"/>
          <w:b/>
          <w:sz w:val="20"/>
        </w:rPr>
        <w:t xml:space="preserve"> Puan)</w:t>
      </w:r>
    </w:p>
    <w:p w14:paraId="1A13E7FE" w14:textId="77777777" w:rsidR="004A3098" w:rsidRDefault="00CE22DF">
      <w:r>
        <w:rPr>
          <w:noProof/>
          <w:lang w:val="tr-TR" w:eastAsia="tr-TR"/>
        </w:rPr>
        <w:drawing>
          <wp:inline distT="0" distB="0" distL="0" distR="0" wp14:anchorId="78FF9C21" wp14:editId="4980F700">
            <wp:extent cx="2329543" cy="261382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_MflH24L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69981" cy="2659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2B0C5" w14:textId="06C2651D" w:rsidR="004A3098" w:rsidRDefault="00CE22DF" w:rsidP="00EC26C5">
      <w:r>
        <w:rPr>
          <w:rFonts w:ascii="Aptos" w:hAnsi="Aptos"/>
          <w:b/>
          <w:sz w:val="20"/>
        </w:rPr>
        <w:t xml:space="preserve">4.Aşağıda </w:t>
      </w:r>
      <w:proofErr w:type="spellStart"/>
      <w:r>
        <w:rPr>
          <w:rFonts w:ascii="Aptos" w:hAnsi="Aptos"/>
          <w:b/>
          <w:sz w:val="20"/>
        </w:rPr>
        <w:t>verilen</w:t>
      </w:r>
      <w:proofErr w:type="spellEnd"/>
      <w:r>
        <w:rPr>
          <w:rFonts w:ascii="Aptos" w:hAnsi="Aptos"/>
          <w:b/>
          <w:sz w:val="20"/>
        </w:rPr>
        <w:t xml:space="preserve"> </w:t>
      </w:r>
      <w:proofErr w:type="spellStart"/>
      <w:r>
        <w:rPr>
          <w:rFonts w:ascii="Aptos" w:hAnsi="Aptos"/>
          <w:b/>
          <w:sz w:val="20"/>
        </w:rPr>
        <w:t>perspektiften</w:t>
      </w:r>
      <w:proofErr w:type="spellEnd"/>
      <w:r>
        <w:rPr>
          <w:rFonts w:ascii="Aptos" w:hAnsi="Aptos"/>
          <w:b/>
          <w:sz w:val="20"/>
        </w:rPr>
        <w:t xml:space="preserve"> </w:t>
      </w:r>
      <w:proofErr w:type="spellStart"/>
      <w:r>
        <w:rPr>
          <w:rFonts w:ascii="Aptos" w:hAnsi="Aptos"/>
          <w:b/>
          <w:sz w:val="20"/>
        </w:rPr>
        <w:t>çıkarılan</w:t>
      </w:r>
      <w:proofErr w:type="spellEnd"/>
      <w:r>
        <w:rPr>
          <w:rFonts w:ascii="Aptos" w:hAnsi="Aptos"/>
          <w:b/>
          <w:sz w:val="20"/>
        </w:rPr>
        <w:t xml:space="preserve"> </w:t>
      </w:r>
      <w:proofErr w:type="spellStart"/>
      <w:r>
        <w:rPr>
          <w:rFonts w:ascii="Aptos" w:hAnsi="Aptos"/>
          <w:b/>
          <w:sz w:val="20"/>
        </w:rPr>
        <w:t>üç</w:t>
      </w:r>
      <w:proofErr w:type="spellEnd"/>
      <w:r>
        <w:rPr>
          <w:rFonts w:ascii="Aptos" w:hAnsi="Aptos"/>
          <w:b/>
          <w:sz w:val="20"/>
        </w:rPr>
        <w:t xml:space="preserve"> görünüşteki eksikleri tamamlayınız? (</w:t>
      </w:r>
      <w:r w:rsidR="00EC26C5">
        <w:rPr>
          <w:rFonts w:ascii="Aptos" w:hAnsi="Aptos"/>
          <w:b/>
          <w:sz w:val="20"/>
        </w:rPr>
        <w:t>30</w:t>
      </w:r>
      <w:r>
        <w:rPr>
          <w:rFonts w:ascii="Aptos" w:hAnsi="Aptos"/>
          <w:b/>
          <w:sz w:val="20"/>
        </w:rPr>
        <w:t xml:space="preserve"> Puan)</w:t>
      </w:r>
    </w:p>
    <w:p w14:paraId="2F55B609" w14:textId="3D521782" w:rsidR="00EC26C5" w:rsidRDefault="00D7634F" w:rsidP="00EC26C5">
      <w:pPr>
        <w:ind w:left="5954" w:hanging="5761"/>
      </w:pPr>
      <w:r>
        <w:rPr>
          <w:noProof/>
        </w:rPr>
        <w:drawing>
          <wp:inline distT="0" distB="0" distL="0" distR="0" wp14:anchorId="115CB829" wp14:editId="147C48BB">
            <wp:extent cx="3419107" cy="2884714"/>
            <wp:effectExtent l="0" t="0" r="0" b="0"/>
            <wp:docPr id="959247017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247017" name="Resim 95924701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34145" cy="2897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26C5">
        <w:tab/>
      </w:r>
      <w:r w:rsidR="00EC26C5">
        <w:tab/>
      </w:r>
      <w:r w:rsidR="00EC26C5">
        <w:tab/>
      </w:r>
      <w:r w:rsidR="00EC26C5">
        <w:tab/>
      </w:r>
      <w:r w:rsidR="00EC26C5">
        <w:tab/>
        <w:t>Abdullah YANIK</w:t>
      </w:r>
      <w:r w:rsidR="00EC26C5">
        <w:br/>
        <w:t xml:space="preserve">                                                            BAŞARILAR</w:t>
      </w:r>
    </w:p>
    <w:p w14:paraId="43D7AEFA" w14:textId="77777777" w:rsidR="00EC26C5" w:rsidRDefault="00EC26C5" w:rsidP="00EC26C5">
      <w:pPr>
        <w:spacing w:after="0"/>
      </w:pPr>
    </w:p>
    <w:p w14:paraId="3A7A3F17" w14:textId="77777777" w:rsidR="00EC26C5" w:rsidRDefault="00EC26C5" w:rsidP="00EC26C5">
      <w:pPr>
        <w:pStyle w:val="stBilgi"/>
        <w:spacing w:line="360" w:lineRule="auto"/>
        <w:jc w:val="center"/>
      </w:pPr>
      <w:r>
        <w:rPr>
          <w:rFonts w:ascii="Aptos" w:hAnsi="Aptos"/>
          <w:b/>
        </w:rPr>
        <w:lastRenderedPageBreak/>
        <w:t>YAHŞIHAN MESLEKI EĞITIM 2025-2026 EĞİTİM ÖĞRETİM YILI</w:t>
      </w:r>
    </w:p>
    <w:p w14:paraId="7ED32659" w14:textId="77777777" w:rsidR="00EC26C5" w:rsidRDefault="00EC26C5" w:rsidP="00EC26C5">
      <w:pPr>
        <w:spacing w:after="0" w:line="360" w:lineRule="auto"/>
        <w:jc w:val="center"/>
        <w:rPr>
          <w:rFonts w:ascii="Aptos" w:hAnsi="Aptos"/>
          <w:b/>
        </w:rPr>
      </w:pPr>
      <w:r>
        <w:rPr>
          <w:rFonts w:ascii="Aptos" w:hAnsi="Aptos"/>
          <w:b/>
        </w:rPr>
        <w:t>MOTORLU ARAÇLAR TEKNOLOJİSİ ALANI OTOMOTIV TEKNIK RESIM DERSİ 2. DÖNEM 1. YAZILI</w:t>
      </w:r>
    </w:p>
    <w:p w14:paraId="4634B1E7" w14:textId="4B238F6F" w:rsidR="00EC26C5" w:rsidRDefault="00EC26C5" w:rsidP="00EC26C5">
      <w:pPr>
        <w:spacing w:after="0" w:line="360" w:lineRule="auto"/>
        <w:jc w:val="center"/>
      </w:pPr>
      <w:r>
        <w:rPr>
          <w:rFonts w:ascii="Aptos" w:hAnsi="Aptos"/>
          <w:b/>
        </w:rPr>
        <w:t>CEVAP ANAHTARI</w:t>
      </w:r>
    </w:p>
    <w:p w14:paraId="2D7F47EC" w14:textId="77777777" w:rsidR="004A3098" w:rsidRDefault="00CE22DF">
      <w:r>
        <w:t xml:space="preserve">1) </w:t>
      </w:r>
      <w:proofErr w:type="spellStart"/>
      <w:r>
        <w:t>Eksen</w:t>
      </w:r>
      <w:proofErr w:type="spellEnd"/>
      <w:r>
        <w:t xml:space="preserve"> </w:t>
      </w:r>
      <w:proofErr w:type="spellStart"/>
      <w:r>
        <w:t>çizgisi</w:t>
      </w:r>
      <w:proofErr w:type="spellEnd"/>
    </w:p>
    <w:p w14:paraId="06F6F76A" w14:textId="77777777" w:rsidR="004A3098" w:rsidRDefault="00CE22DF">
      <w:r>
        <w:t xml:space="preserve">2) 1- </w:t>
      </w:r>
      <w:proofErr w:type="spellStart"/>
      <w:r>
        <w:t>Cetvel</w:t>
      </w:r>
      <w:proofErr w:type="spellEnd"/>
      <w:r>
        <w:t xml:space="preserve">    2- </w:t>
      </w:r>
      <w:proofErr w:type="spellStart"/>
      <w:r>
        <w:t>Gönyeler</w:t>
      </w:r>
      <w:proofErr w:type="spellEnd"/>
      <w:r>
        <w:t xml:space="preserve">   3- </w:t>
      </w:r>
      <w:proofErr w:type="spellStart"/>
      <w:r>
        <w:t>Açı</w:t>
      </w:r>
      <w:proofErr w:type="spellEnd"/>
      <w:r>
        <w:t xml:space="preserve"> </w:t>
      </w:r>
      <w:proofErr w:type="spellStart"/>
      <w:r>
        <w:t>Ölçer</w:t>
      </w:r>
      <w:proofErr w:type="spellEnd"/>
      <w:r>
        <w:t xml:space="preserve">      4- T </w:t>
      </w:r>
      <w:proofErr w:type="spellStart"/>
      <w:r>
        <w:t>Cetveli</w:t>
      </w:r>
      <w:proofErr w:type="spellEnd"/>
      <w:r>
        <w:t xml:space="preserve">      5- Pergel</w:t>
      </w:r>
    </w:p>
    <w:p w14:paraId="4B7E51D8" w14:textId="77777777" w:rsidR="007F4D5E" w:rsidRDefault="007F4D5E"/>
    <w:p w14:paraId="4816B3BB" w14:textId="77777777" w:rsidR="004A3098" w:rsidRDefault="00136D5A">
      <w:r>
        <w:rPr>
          <w:noProof/>
          <w:lang w:val="tr-TR" w:eastAsia="tr-TR"/>
        </w:rPr>
        <w:drawing>
          <wp:anchor distT="0" distB="0" distL="114300" distR="114300" simplePos="0" relativeHeight="251659264" behindDoc="1" locked="0" layoutInCell="1" allowOverlap="1" wp14:anchorId="53250C82" wp14:editId="4F5DB6E9">
            <wp:simplePos x="0" y="0"/>
            <wp:positionH relativeFrom="column">
              <wp:posOffset>209550</wp:posOffset>
            </wp:positionH>
            <wp:positionV relativeFrom="paragraph">
              <wp:posOffset>76835</wp:posOffset>
            </wp:positionV>
            <wp:extent cx="3039110" cy="2562225"/>
            <wp:effectExtent l="0" t="0" r="8890" b="9525"/>
            <wp:wrapNone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sız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911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22DF">
        <w:t xml:space="preserve">3) </w:t>
      </w:r>
    </w:p>
    <w:p w14:paraId="29F9F071" w14:textId="77777777" w:rsidR="00136D5A" w:rsidRDefault="00136D5A"/>
    <w:p w14:paraId="7489DAEA" w14:textId="77777777" w:rsidR="00136D5A" w:rsidRDefault="00136D5A"/>
    <w:p w14:paraId="67A0483A" w14:textId="77777777" w:rsidR="00136D5A" w:rsidRDefault="00136D5A"/>
    <w:p w14:paraId="0AFFD7C7" w14:textId="77777777" w:rsidR="00136D5A" w:rsidRDefault="00136D5A"/>
    <w:p w14:paraId="1405A6B1" w14:textId="77777777" w:rsidR="00136D5A" w:rsidRDefault="00136D5A"/>
    <w:p w14:paraId="37D88D06" w14:textId="77777777" w:rsidR="00136D5A" w:rsidRDefault="00136D5A"/>
    <w:p w14:paraId="09A6E5EA" w14:textId="77777777" w:rsidR="00136D5A" w:rsidRDefault="00136D5A"/>
    <w:p w14:paraId="62CF0777" w14:textId="7F8751DA" w:rsidR="00136D5A" w:rsidRDefault="00136D5A"/>
    <w:p w14:paraId="0F69AE63" w14:textId="766D6A73" w:rsidR="00EC26C5" w:rsidRDefault="00EC26C5"/>
    <w:p w14:paraId="7C799CFF" w14:textId="4944862E" w:rsidR="00EC26C5" w:rsidRDefault="00EC26C5"/>
    <w:p w14:paraId="3B5E48AE" w14:textId="2B733B25" w:rsidR="004A3098" w:rsidRDefault="00CE22DF">
      <w:r>
        <w:t xml:space="preserve">4) </w:t>
      </w:r>
    </w:p>
    <w:p w14:paraId="43D830DC" w14:textId="565C100F" w:rsidR="007F4D5E" w:rsidRDefault="00D7634F">
      <w:r>
        <w:rPr>
          <w:noProof/>
        </w:rPr>
        <w:drawing>
          <wp:inline distT="0" distB="0" distL="0" distR="0" wp14:anchorId="17CC251C" wp14:editId="7EF5CD9E">
            <wp:extent cx="3918857" cy="3306354"/>
            <wp:effectExtent l="0" t="0" r="5715" b="8890"/>
            <wp:docPr id="111863494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634945" name="Resim 111863494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24333" cy="3310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7485A" w14:textId="77777777" w:rsidR="007F4D5E" w:rsidRDefault="007F4D5E"/>
    <w:sectPr w:rsidR="007F4D5E" w:rsidSect="00EC26C5">
      <w:pgSz w:w="12240" w:h="15840"/>
      <w:pgMar w:top="142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E8230" w14:textId="77777777" w:rsidR="00A724D0" w:rsidRDefault="00A724D0">
      <w:pPr>
        <w:spacing w:after="0" w:line="240" w:lineRule="auto"/>
      </w:pPr>
      <w:r>
        <w:separator/>
      </w:r>
    </w:p>
  </w:endnote>
  <w:endnote w:type="continuationSeparator" w:id="0">
    <w:p w14:paraId="0E90E0A6" w14:textId="77777777" w:rsidR="00A724D0" w:rsidRDefault="00A72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9E567" w14:textId="77777777" w:rsidR="00A724D0" w:rsidRDefault="00A724D0">
      <w:pPr>
        <w:spacing w:after="0" w:line="240" w:lineRule="auto"/>
      </w:pPr>
      <w:r>
        <w:separator/>
      </w:r>
    </w:p>
  </w:footnote>
  <w:footnote w:type="continuationSeparator" w:id="0">
    <w:p w14:paraId="5021372F" w14:textId="77777777" w:rsidR="00A724D0" w:rsidRDefault="00A724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2462024">
    <w:abstractNumId w:val="8"/>
  </w:num>
  <w:num w:numId="2" w16cid:durableId="372265406">
    <w:abstractNumId w:val="6"/>
  </w:num>
  <w:num w:numId="3" w16cid:durableId="1293706973">
    <w:abstractNumId w:val="5"/>
  </w:num>
  <w:num w:numId="4" w16cid:durableId="341392904">
    <w:abstractNumId w:val="4"/>
  </w:num>
  <w:num w:numId="5" w16cid:durableId="570195090">
    <w:abstractNumId w:val="7"/>
  </w:num>
  <w:num w:numId="6" w16cid:durableId="508299989">
    <w:abstractNumId w:val="3"/>
  </w:num>
  <w:num w:numId="7" w16cid:durableId="1320111713">
    <w:abstractNumId w:val="2"/>
  </w:num>
  <w:num w:numId="8" w16cid:durableId="311448912">
    <w:abstractNumId w:val="1"/>
  </w:num>
  <w:num w:numId="9" w16cid:durableId="2036152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6D5A"/>
    <w:rsid w:val="0015074B"/>
    <w:rsid w:val="0029639D"/>
    <w:rsid w:val="00326F90"/>
    <w:rsid w:val="004A3098"/>
    <w:rsid w:val="00690565"/>
    <w:rsid w:val="007F4D5E"/>
    <w:rsid w:val="00A724D0"/>
    <w:rsid w:val="00A850C7"/>
    <w:rsid w:val="00AA1D8D"/>
    <w:rsid w:val="00B47730"/>
    <w:rsid w:val="00CB0664"/>
    <w:rsid w:val="00CC7BB5"/>
    <w:rsid w:val="00CE22DF"/>
    <w:rsid w:val="00D7634F"/>
    <w:rsid w:val="00DF0458"/>
    <w:rsid w:val="00EC26C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97F187"/>
  <w14:defaultImageDpi w14:val="300"/>
  <w15:docId w15:val="{52C6D825-1FBE-4DFC-929E-76F24E89D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7F4D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F4D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69839C0-EFB8-4F0C-8F06-E5BC41966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128</Words>
  <Characters>731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Abdullah Yanik</cp:lastModifiedBy>
  <cp:revision>4</cp:revision>
  <cp:lastPrinted>2026-04-02T07:52:00Z</cp:lastPrinted>
  <dcterms:created xsi:type="dcterms:W3CDTF">2026-04-02T07:55:00Z</dcterms:created>
  <dcterms:modified xsi:type="dcterms:W3CDTF">2026-06-18T16:04:00Z</dcterms:modified>
</cp:coreProperties>
</file>