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A448DB" w14:textId="77777777" w:rsidR="007E307B" w:rsidRDefault="00000000">
      <w:pPr>
        <w:spacing w:after="60" w:line="240" w:lineRule="auto"/>
        <w:jc w:val="center"/>
      </w:pPr>
      <w:r>
        <w:rPr>
          <w:b/>
        </w:rPr>
        <w:t>YAHŞİHAN MESLEKİ EĞİTİM MERKEZİ</w:t>
      </w:r>
    </w:p>
    <w:p w14:paraId="5F8BE022" w14:textId="77777777" w:rsidR="007E307B" w:rsidRDefault="00000000">
      <w:pPr>
        <w:spacing w:after="60" w:line="240" w:lineRule="auto"/>
        <w:jc w:val="center"/>
      </w:pPr>
      <w:r>
        <w:rPr>
          <w:b/>
        </w:rPr>
        <w:t>2026/2027 EĞİTİM ÖĞRETİM YILI MOTORLU ARAÇLAR TEKNOLOJİSİ ALANI</w:t>
      </w:r>
    </w:p>
    <w:p w14:paraId="14226BBE" w14:textId="192CAC02" w:rsidR="007E307B" w:rsidRDefault="00195877">
      <w:pPr>
        <w:spacing w:line="240" w:lineRule="auto"/>
        <w:jc w:val="center"/>
      </w:pPr>
      <w:r>
        <w:rPr>
          <w:b/>
        </w:rPr>
        <w:t>SİLİNDİR</w:t>
      </w:r>
      <w:r w:rsidR="00000000">
        <w:rPr>
          <w:b/>
        </w:rPr>
        <w:t xml:space="preserve"> YENİLEŞTİRME DERSİ </w:t>
      </w:r>
      <w:proofErr w:type="gramStart"/>
      <w:r w:rsidR="00000000">
        <w:rPr>
          <w:b/>
        </w:rPr>
        <w:t>2.DÖNEM</w:t>
      </w:r>
      <w:proofErr w:type="gramEnd"/>
      <w:r w:rsidR="00000000">
        <w:rPr>
          <w:b/>
        </w:rPr>
        <w:t xml:space="preserve"> </w:t>
      </w:r>
      <w:proofErr w:type="gramStart"/>
      <w:r w:rsidR="00000000">
        <w:rPr>
          <w:b/>
        </w:rPr>
        <w:t>1.YAZILI</w:t>
      </w:r>
      <w:proofErr w:type="gramEnd"/>
      <w:r w:rsidR="00000000">
        <w:rPr>
          <w:b/>
        </w:rPr>
        <w:t xml:space="preserve"> YOKLAMASI</w:t>
      </w:r>
    </w:p>
    <w:p w14:paraId="078C2760" w14:textId="77777777" w:rsidR="007E307B" w:rsidRDefault="00000000">
      <w:pPr>
        <w:spacing w:after="160" w:line="240" w:lineRule="auto"/>
      </w:pPr>
      <w:r>
        <w:rPr>
          <w:b/>
        </w:rPr>
        <w:t>Adı Soyadı</w:t>
      </w:r>
      <w:r>
        <w:rPr>
          <w:b/>
        </w:rPr>
        <w:tab/>
        <w:t>: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Sınıfı/No: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Aldığı Not:</w:t>
      </w:r>
    </w:p>
    <w:p w14:paraId="26CF4F11" w14:textId="77777777" w:rsidR="007E307B" w:rsidRPr="00195877" w:rsidRDefault="00000000">
      <w:pPr>
        <w:spacing w:after="160" w:line="240" w:lineRule="auto"/>
        <w:jc w:val="center"/>
        <w:rPr>
          <w:b/>
          <w:bCs/>
        </w:rPr>
      </w:pPr>
      <w:r w:rsidRPr="00195877">
        <w:rPr>
          <w:b/>
          <w:bCs/>
        </w:rPr>
        <w:t>SORULAR</w:t>
      </w:r>
    </w:p>
    <w:p w14:paraId="7A18F3B3" w14:textId="77777777" w:rsidR="007E307B" w:rsidRDefault="00000000" w:rsidP="00195877">
      <w:pPr>
        <w:spacing w:after="180" w:line="360" w:lineRule="auto"/>
        <w:jc w:val="both"/>
      </w:pPr>
      <w:r>
        <w:rPr>
          <w:b/>
        </w:rPr>
        <w:t xml:space="preserve">1. </w:t>
      </w:r>
      <w:r>
        <w:t>Gömleklerin motor soğutma suyuna temas eden tiplerine …………………………</w:t>
      </w:r>
      <w:proofErr w:type="gramStart"/>
      <w:r>
        <w:t>…..</w:t>
      </w:r>
      <w:proofErr w:type="gramEnd"/>
      <w:r>
        <w:t xml:space="preserve"> denir. (10 Puan)</w:t>
      </w:r>
    </w:p>
    <w:p w14:paraId="2A4A0088" w14:textId="77777777" w:rsidR="007E307B" w:rsidRDefault="00000000" w:rsidP="00195877">
      <w:pPr>
        <w:spacing w:after="140" w:line="360" w:lineRule="auto"/>
        <w:jc w:val="both"/>
      </w:pPr>
      <w:r>
        <w:rPr>
          <w:b/>
        </w:rPr>
        <w:t xml:space="preserve">2. </w:t>
      </w:r>
      <w:r>
        <w:t>Kuru gömlekler silindire sıkı geçme esasına göre geçirilir. Bu nedenle, silindirler gömlek çapından …………………… daha küçük delinir. (10 Puan)</w:t>
      </w:r>
    </w:p>
    <w:p w14:paraId="74032776" w14:textId="77777777" w:rsidR="007E307B" w:rsidRDefault="00000000" w:rsidP="00195877">
      <w:pPr>
        <w:spacing w:after="180" w:line="360" w:lineRule="auto"/>
        <w:jc w:val="both"/>
      </w:pPr>
      <w:r>
        <w:rPr>
          <w:b/>
        </w:rPr>
        <w:t xml:space="preserve">3. </w:t>
      </w:r>
      <w:r>
        <w:t>Kuru silindir gömlekleri presle takılabilmesi için ……………….. lık sıkıştırma basıncı yeterlidir. (10 Puan)</w:t>
      </w:r>
    </w:p>
    <w:p w14:paraId="380DD3B4" w14:textId="77777777" w:rsidR="007E307B" w:rsidRDefault="00000000" w:rsidP="00195877">
      <w:pPr>
        <w:spacing w:after="180" w:line="360" w:lineRule="auto"/>
        <w:jc w:val="both"/>
      </w:pPr>
      <w:r>
        <w:rPr>
          <w:b/>
        </w:rPr>
        <w:t xml:space="preserve">4. </w:t>
      </w:r>
      <w:r>
        <w:t>Gömlek takılacak silindirlerde ovallik ve koniklik …………….. aşmamalıdır ve yüzeyler iyice temizlenmelidir. (10 Puan)</w:t>
      </w:r>
    </w:p>
    <w:p w14:paraId="057F615B" w14:textId="77777777" w:rsidR="007E307B" w:rsidRDefault="00000000" w:rsidP="00195877">
      <w:pPr>
        <w:spacing w:after="180" w:line="360" w:lineRule="auto"/>
        <w:jc w:val="both"/>
      </w:pPr>
      <w:r>
        <w:rPr>
          <w:b/>
        </w:rPr>
        <w:t xml:space="preserve">5. </w:t>
      </w:r>
      <w:r>
        <w:t>Silindirleri son kademeye (6.kademe) rektifiye edildikten sonra aşınan silindir bloklarına, ……………….. geçirilir. (10 Puan)</w:t>
      </w:r>
    </w:p>
    <w:p w14:paraId="02C6A60C" w14:textId="77777777" w:rsidR="007E307B" w:rsidRDefault="00000000" w:rsidP="00195877">
      <w:pPr>
        <w:spacing w:after="180" w:line="360" w:lineRule="auto"/>
        <w:jc w:val="both"/>
      </w:pPr>
      <w:r>
        <w:rPr>
          <w:b/>
        </w:rPr>
        <w:t xml:space="preserve">6. </w:t>
      </w:r>
      <w:r>
        <w:t>Silindir gömleği nedir? (15 Puan)</w:t>
      </w:r>
    </w:p>
    <w:p w14:paraId="19DCC080" w14:textId="77777777" w:rsidR="007E307B" w:rsidRDefault="00000000" w:rsidP="00195877">
      <w:pPr>
        <w:spacing w:after="180" w:line="360" w:lineRule="auto"/>
        <w:jc w:val="both"/>
      </w:pPr>
      <w:r>
        <w:rPr>
          <w:b/>
        </w:rPr>
        <w:t xml:space="preserve">7. </w:t>
      </w:r>
      <w:r>
        <w:t>Gömlek çeşitleri nelerdir? (15 Puan)</w:t>
      </w:r>
    </w:p>
    <w:p w14:paraId="44D1B370" w14:textId="77777777" w:rsidR="007E307B" w:rsidRDefault="00000000" w:rsidP="00195877">
      <w:pPr>
        <w:spacing w:after="180" w:line="360" w:lineRule="auto"/>
        <w:jc w:val="both"/>
      </w:pPr>
      <w:r>
        <w:rPr>
          <w:b/>
        </w:rPr>
        <w:t xml:space="preserve">8. </w:t>
      </w:r>
      <w:r>
        <w:t>Yaş gömlekleri değiştirmek için aşınmış eski gömlek nasıl çıkarılır? (20 Puan)</w:t>
      </w:r>
    </w:p>
    <w:p w14:paraId="3BDD9E5D" w14:textId="77777777" w:rsidR="007E307B" w:rsidRDefault="007E307B">
      <w:pPr>
        <w:spacing w:after="0" w:line="240" w:lineRule="auto"/>
      </w:pPr>
    </w:p>
    <w:p w14:paraId="401124FC" w14:textId="77777777" w:rsidR="007E307B" w:rsidRDefault="007E307B">
      <w:pPr>
        <w:spacing w:after="0" w:line="240" w:lineRule="auto"/>
      </w:pPr>
    </w:p>
    <w:p w14:paraId="6CC4B129" w14:textId="5457A826" w:rsidR="007E307B" w:rsidRDefault="00000000">
      <w:pPr>
        <w:spacing w:before="80" w:after="0" w:line="240" w:lineRule="auto"/>
        <w:jc w:val="both"/>
      </w:pPr>
      <w:proofErr w:type="spellStart"/>
      <w:r>
        <w:t>Süre</w:t>
      </w:r>
      <w:proofErr w:type="spellEnd"/>
      <w:r>
        <w:t xml:space="preserve"> : 40 Dk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195877">
        <w:tab/>
      </w:r>
      <w:r w:rsidR="00195877">
        <w:tab/>
      </w:r>
      <w:r w:rsidR="00195877">
        <w:tab/>
        <w:t xml:space="preserve">     </w:t>
      </w:r>
      <w:proofErr w:type="spellStart"/>
      <w:r>
        <w:t>Başarılar</w:t>
      </w:r>
      <w:proofErr w:type="spellEnd"/>
    </w:p>
    <w:p w14:paraId="50CD5506" w14:textId="77777777" w:rsidR="007E307B" w:rsidRDefault="00000000">
      <w:pPr>
        <w:spacing w:after="0" w:line="240" w:lineRule="auto"/>
        <w:jc w:val="right"/>
      </w:pPr>
      <w:r>
        <w:t>Mot.Arç.Tekn Öğrt Abdullah YANIK</w:t>
      </w:r>
    </w:p>
    <w:p w14:paraId="7043AD01" w14:textId="77777777" w:rsidR="007E307B" w:rsidRDefault="00000000">
      <w:r>
        <w:br w:type="page"/>
      </w:r>
    </w:p>
    <w:p w14:paraId="6F50F9CB" w14:textId="16B67DC4" w:rsidR="007E307B" w:rsidRDefault="00000000">
      <w:pPr>
        <w:spacing w:line="240" w:lineRule="auto"/>
        <w:jc w:val="center"/>
      </w:pPr>
      <w:r>
        <w:rPr>
          <w:b/>
        </w:rPr>
        <w:lastRenderedPageBreak/>
        <w:t xml:space="preserve">2026/2027 </w:t>
      </w:r>
      <w:r w:rsidR="00195877">
        <w:rPr>
          <w:b/>
        </w:rPr>
        <w:t xml:space="preserve">SİLİNDİR YENİLEŞTİRME DERSİ </w:t>
      </w:r>
      <w:proofErr w:type="gramStart"/>
      <w:r>
        <w:rPr>
          <w:b/>
        </w:rPr>
        <w:t>2.DÖNEM</w:t>
      </w:r>
      <w:proofErr w:type="gramEnd"/>
      <w:r>
        <w:rPr>
          <w:b/>
        </w:rPr>
        <w:t xml:space="preserve"> </w:t>
      </w:r>
      <w:proofErr w:type="gramStart"/>
      <w:r>
        <w:rPr>
          <w:b/>
        </w:rPr>
        <w:t>1.YAZILI</w:t>
      </w:r>
      <w:proofErr w:type="gramEnd"/>
      <w:r>
        <w:rPr>
          <w:b/>
        </w:rPr>
        <w:t xml:space="preserve"> CEVAP ANAHTARI</w:t>
      </w:r>
    </w:p>
    <w:p w14:paraId="108BD975" w14:textId="77777777" w:rsidR="007E307B" w:rsidRDefault="00000000" w:rsidP="00195877">
      <w:pPr>
        <w:spacing w:before="40" w:after="20" w:line="360" w:lineRule="auto"/>
        <w:jc w:val="both"/>
      </w:pPr>
      <w:r w:rsidRPr="00195877">
        <w:rPr>
          <w:b/>
          <w:bCs/>
          <w:sz w:val="19"/>
        </w:rPr>
        <w:t>1.</w:t>
      </w:r>
      <w:r>
        <w:rPr>
          <w:sz w:val="19"/>
        </w:rPr>
        <w:t xml:space="preserve"> Gömleklerin motor soğutma suyuna temas eden tiplerine …………………………</w:t>
      </w:r>
      <w:proofErr w:type="gramStart"/>
      <w:r>
        <w:rPr>
          <w:sz w:val="19"/>
        </w:rPr>
        <w:t>…..</w:t>
      </w:r>
      <w:proofErr w:type="gramEnd"/>
      <w:r>
        <w:rPr>
          <w:sz w:val="19"/>
        </w:rPr>
        <w:t xml:space="preserve"> denir. (10 Puan)</w:t>
      </w:r>
    </w:p>
    <w:p w14:paraId="602228F4" w14:textId="77777777" w:rsidR="007E307B" w:rsidRDefault="00000000" w:rsidP="00195877">
      <w:pPr>
        <w:spacing w:after="20" w:line="360" w:lineRule="auto"/>
        <w:rPr>
          <w:sz w:val="19"/>
        </w:rPr>
      </w:pPr>
      <w:r>
        <w:rPr>
          <w:sz w:val="19"/>
        </w:rPr>
        <w:t>Sulu (</w:t>
      </w:r>
      <w:proofErr w:type="spellStart"/>
      <w:r>
        <w:rPr>
          <w:sz w:val="19"/>
        </w:rPr>
        <w:t>yaş</w:t>
      </w:r>
      <w:proofErr w:type="spellEnd"/>
      <w:r>
        <w:rPr>
          <w:sz w:val="19"/>
        </w:rPr>
        <w:t xml:space="preserve">) </w:t>
      </w:r>
      <w:proofErr w:type="spellStart"/>
      <w:r>
        <w:rPr>
          <w:sz w:val="19"/>
        </w:rPr>
        <w:t>gömlek</w:t>
      </w:r>
      <w:proofErr w:type="spellEnd"/>
    </w:p>
    <w:p w14:paraId="2DF8352B" w14:textId="77777777" w:rsidR="00195877" w:rsidRDefault="00195877" w:rsidP="00195877">
      <w:pPr>
        <w:spacing w:after="20" w:line="360" w:lineRule="auto"/>
      </w:pPr>
    </w:p>
    <w:p w14:paraId="198A1579" w14:textId="77777777" w:rsidR="007E307B" w:rsidRDefault="00000000" w:rsidP="00195877">
      <w:pPr>
        <w:spacing w:before="40" w:after="20" w:line="360" w:lineRule="auto"/>
        <w:jc w:val="both"/>
      </w:pPr>
      <w:r w:rsidRPr="00195877">
        <w:rPr>
          <w:b/>
          <w:bCs/>
          <w:sz w:val="19"/>
        </w:rPr>
        <w:t>2.</w:t>
      </w:r>
      <w:r>
        <w:rPr>
          <w:sz w:val="19"/>
        </w:rPr>
        <w:t xml:space="preserve"> Kuru gömlekler silindire sıkı geçme esasına göre geçirilir. Bu nedenle, silindirler gömlek çapından …………………… daha küçük delinir. (10 Puan)</w:t>
      </w:r>
    </w:p>
    <w:p w14:paraId="61668DF5" w14:textId="77777777" w:rsidR="007E307B" w:rsidRDefault="00000000" w:rsidP="00195877">
      <w:pPr>
        <w:spacing w:after="20" w:line="360" w:lineRule="auto"/>
        <w:rPr>
          <w:sz w:val="19"/>
        </w:rPr>
      </w:pPr>
      <w:r>
        <w:rPr>
          <w:sz w:val="19"/>
        </w:rPr>
        <w:t>0,025-0,050 mm</w:t>
      </w:r>
    </w:p>
    <w:p w14:paraId="30ACD7E2" w14:textId="77777777" w:rsidR="00195877" w:rsidRDefault="00195877" w:rsidP="00195877">
      <w:pPr>
        <w:spacing w:after="20" w:line="360" w:lineRule="auto"/>
      </w:pPr>
    </w:p>
    <w:p w14:paraId="3660E963" w14:textId="77777777" w:rsidR="007E307B" w:rsidRDefault="00000000" w:rsidP="00195877">
      <w:pPr>
        <w:spacing w:before="40" w:after="20" w:line="360" w:lineRule="auto"/>
        <w:jc w:val="both"/>
      </w:pPr>
      <w:r w:rsidRPr="00195877">
        <w:rPr>
          <w:b/>
          <w:bCs/>
          <w:sz w:val="19"/>
        </w:rPr>
        <w:t>3.</w:t>
      </w:r>
      <w:r>
        <w:rPr>
          <w:sz w:val="19"/>
        </w:rPr>
        <w:t xml:space="preserve"> Kuru silindir gömlekleri presle takılabilmesi için ……………</w:t>
      </w:r>
      <w:proofErr w:type="gramStart"/>
      <w:r>
        <w:rPr>
          <w:sz w:val="19"/>
        </w:rPr>
        <w:t>…..</w:t>
      </w:r>
      <w:proofErr w:type="gramEnd"/>
      <w:r>
        <w:rPr>
          <w:sz w:val="19"/>
        </w:rPr>
        <w:t xml:space="preserve"> lık sıkıştırma basıncı yeterlidir. (10 Puan)</w:t>
      </w:r>
    </w:p>
    <w:p w14:paraId="3EE65EB2" w14:textId="77777777" w:rsidR="007E307B" w:rsidRDefault="00000000" w:rsidP="00195877">
      <w:pPr>
        <w:spacing w:after="20" w:line="360" w:lineRule="auto"/>
        <w:rPr>
          <w:sz w:val="19"/>
        </w:rPr>
      </w:pPr>
      <w:r>
        <w:rPr>
          <w:sz w:val="19"/>
        </w:rPr>
        <w:t>3000-5000 kg</w:t>
      </w:r>
    </w:p>
    <w:p w14:paraId="26757135" w14:textId="77777777" w:rsidR="00195877" w:rsidRDefault="00195877" w:rsidP="00195877">
      <w:pPr>
        <w:spacing w:after="20" w:line="360" w:lineRule="auto"/>
      </w:pPr>
    </w:p>
    <w:p w14:paraId="26CBA370" w14:textId="77777777" w:rsidR="007E307B" w:rsidRDefault="00000000" w:rsidP="00195877">
      <w:pPr>
        <w:spacing w:before="40" w:after="20" w:line="360" w:lineRule="auto"/>
        <w:jc w:val="both"/>
      </w:pPr>
      <w:r w:rsidRPr="00195877">
        <w:rPr>
          <w:b/>
          <w:bCs/>
          <w:sz w:val="19"/>
        </w:rPr>
        <w:t>4.</w:t>
      </w:r>
      <w:r>
        <w:rPr>
          <w:sz w:val="19"/>
        </w:rPr>
        <w:t xml:space="preserve"> Gömlek takılacak silindirlerde ovallik ve koniklik …………</w:t>
      </w:r>
      <w:proofErr w:type="gramStart"/>
      <w:r>
        <w:rPr>
          <w:sz w:val="19"/>
        </w:rPr>
        <w:t>…..</w:t>
      </w:r>
      <w:proofErr w:type="gramEnd"/>
      <w:r>
        <w:rPr>
          <w:sz w:val="19"/>
        </w:rPr>
        <w:t xml:space="preserve"> aşmamalıdır ve yüzeyler iyice temizlenmelidir. (10 Puan)</w:t>
      </w:r>
    </w:p>
    <w:p w14:paraId="6D49D22E" w14:textId="77777777" w:rsidR="007E307B" w:rsidRDefault="00000000" w:rsidP="00195877">
      <w:pPr>
        <w:spacing w:after="20" w:line="360" w:lineRule="auto"/>
        <w:rPr>
          <w:sz w:val="19"/>
        </w:rPr>
      </w:pPr>
      <w:r>
        <w:rPr>
          <w:sz w:val="19"/>
        </w:rPr>
        <w:t>0,025 mm</w:t>
      </w:r>
    </w:p>
    <w:p w14:paraId="39860EE1" w14:textId="77777777" w:rsidR="00195877" w:rsidRDefault="00195877" w:rsidP="00195877">
      <w:pPr>
        <w:spacing w:after="20" w:line="360" w:lineRule="auto"/>
      </w:pPr>
    </w:p>
    <w:p w14:paraId="44112E64" w14:textId="77777777" w:rsidR="007E307B" w:rsidRDefault="00000000" w:rsidP="00195877">
      <w:pPr>
        <w:spacing w:before="40" w:after="20" w:line="360" w:lineRule="auto"/>
        <w:jc w:val="both"/>
      </w:pPr>
      <w:r w:rsidRPr="00195877">
        <w:rPr>
          <w:b/>
          <w:bCs/>
          <w:sz w:val="19"/>
        </w:rPr>
        <w:t>5.</w:t>
      </w:r>
      <w:r>
        <w:rPr>
          <w:sz w:val="19"/>
        </w:rPr>
        <w:t xml:space="preserve"> Silindirleri son kademeye (</w:t>
      </w:r>
      <w:proofErr w:type="gramStart"/>
      <w:r>
        <w:rPr>
          <w:sz w:val="19"/>
        </w:rPr>
        <w:t>6.kademe</w:t>
      </w:r>
      <w:proofErr w:type="gramEnd"/>
      <w:r>
        <w:rPr>
          <w:sz w:val="19"/>
        </w:rPr>
        <w:t>) rektifiye edildikten sonra aşınan silindir bloklarına, ……………</w:t>
      </w:r>
      <w:proofErr w:type="gramStart"/>
      <w:r>
        <w:rPr>
          <w:sz w:val="19"/>
        </w:rPr>
        <w:t>…..</w:t>
      </w:r>
      <w:proofErr w:type="gramEnd"/>
      <w:r>
        <w:rPr>
          <w:sz w:val="19"/>
        </w:rPr>
        <w:t xml:space="preserve"> geçirilir. (10 Puan)</w:t>
      </w:r>
    </w:p>
    <w:p w14:paraId="622D7995" w14:textId="77777777" w:rsidR="007E307B" w:rsidRDefault="00000000" w:rsidP="00195877">
      <w:pPr>
        <w:spacing w:after="20" w:line="360" w:lineRule="auto"/>
        <w:rPr>
          <w:sz w:val="19"/>
        </w:rPr>
      </w:pPr>
      <w:r>
        <w:rPr>
          <w:sz w:val="19"/>
        </w:rPr>
        <w:t>GÖMLEK</w:t>
      </w:r>
    </w:p>
    <w:p w14:paraId="78D48551" w14:textId="77777777" w:rsidR="00195877" w:rsidRDefault="00195877" w:rsidP="00195877">
      <w:pPr>
        <w:spacing w:after="20" w:line="360" w:lineRule="auto"/>
      </w:pPr>
    </w:p>
    <w:p w14:paraId="059E3F5F" w14:textId="77777777" w:rsidR="007E307B" w:rsidRDefault="00000000" w:rsidP="00195877">
      <w:pPr>
        <w:spacing w:before="40" w:after="20" w:line="360" w:lineRule="auto"/>
        <w:jc w:val="both"/>
      </w:pPr>
      <w:r w:rsidRPr="00195877">
        <w:rPr>
          <w:b/>
          <w:bCs/>
          <w:sz w:val="19"/>
        </w:rPr>
        <w:t>6.</w:t>
      </w:r>
      <w:r>
        <w:rPr>
          <w:sz w:val="19"/>
        </w:rPr>
        <w:t xml:space="preserve"> Silindir gömleği nedir? (15 Puan)</w:t>
      </w:r>
    </w:p>
    <w:p w14:paraId="22F1C4C1" w14:textId="77777777" w:rsidR="007E307B" w:rsidRDefault="00000000" w:rsidP="00195877">
      <w:pPr>
        <w:spacing w:after="20" w:line="360" w:lineRule="auto"/>
        <w:rPr>
          <w:sz w:val="19"/>
        </w:rPr>
      </w:pPr>
      <w:r>
        <w:rPr>
          <w:sz w:val="19"/>
        </w:rPr>
        <w:t xml:space="preserve">Silindir bloğuna takılan ve pistonlara yataklık yapan </w:t>
      </w:r>
      <w:proofErr w:type="spellStart"/>
      <w:r>
        <w:rPr>
          <w:sz w:val="19"/>
        </w:rPr>
        <w:t>kır</w:t>
      </w:r>
      <w:proofErr w:type="spellEnd"/>
      <w:r>
        <w:rPr>
          <w:sz w:val="19"/>
        </w:rPr>
        <w:t xml:space="preserve"> </w:t>
      </w:r>
      <w:proofErr w:type="spellStart"/>
      <w:r>
        <w:rPr>
          <w:sz w:val="19"/>
        </w:rPr>
        <w:t>döküm</w:t>
      </w:r>
      <w:proofErr w:type="spellEnd"/>
      <w:r>
        <w:rPr>
          <w:sz w:val="19"/>
        </w:rPr>
        <w:t xml:space="preserve"> motor </w:t>
      </w:r>
      <w:proofErr w:type="spellStart"/>
      <w:r>
        <w:rPr>
          <w:sz w:val="19"/>
        </w:rPr>
        <w:t>parçasıdır</w:t>
      </w:r>
      <w:proofErr w:type="spellEnd"/>
      <w:r>
        <w:rPr>
          <w:sz w:val="19"/>
        </w:rPr>
        <w:t>.</w:t>
      </w:r>
    </w:p>
    <w:p w14:paraId="2E60B7FE" w14:textId="77777777" w:rsidR="00195877" w:rsidRDefault="00195877" w:rsidP="00195877">
      <w:pPr>
        <w:spacing w:after="20" w:line="360" w:lineRule="auto"/>
      </w:pPr>
    </w:p>
    <w:p w14:paraId="3015DE28" w14:textId="77777777" w:rsidR="007E307B" w:rsidRDefault="00000000" w:rsidP="00195877">
      <w:pPr>
        <w:spacing w:before="40" w:after="20" w:line="360" w:lineRule="auto"/>
        <w:jc w:val="both"/>
      </w:pPr>
      <w:r w:rsidRPr="00195877">
        <w:rPr>
          <w:b/>
          <w:bCs/>
          <w:sz w:val="19"/>
        </w:rPr>
        <w:t>7.</w:t>
      </w:r>
      <w:r>
        <w:rPr>
          <w:sz w:val="19"/>
        </w:rPr>
        <w:t xml:space="preserve"> Gömlek çeşitleri nelerdir? (15 Puan)</w:t>
      </w:r>
    </w:p>
    <w:p w14:paraId="51F8674B" w14:textId="77777777" w:rsidR="007E307B" w:rsidRDefault="00000000" w:rsidP="00195877">
      <w:pPr>
        <w:spacing w:after="20" w:line="360" w:lineRule="auto"/>
        <w:rPr>
          <w:sz w:val="19"/>
        </w:rPr>
      </w:pPr>
      <w:r>
        <w:rPr>
          <w:sz w:val="19"/>
        </w:rPr>
        <w:t xml:space="preserve">Kuru </w:t>
      </w:r>
      <w:proofErr w:type="spellStart"/>
      <w:r>
        <w:rPr>
          <w:sz w:val="19"/>
        </w:rPr>
        <w:t>gömlek</w:t>
      </w:r>
      <w:proofErr w:type="spellEnd"/>
      <w:r>
        <w:rPr>
          <w:sz w:val="19"/>
        </w:rPr>
        <w:t>, Sulu (</w:t>
      </w:r>
      <w:proofErr w:type="spellStart"/>
      <w:r>
        <w:rPr>
          <w:sz w:val="19"/>
        </w:rPr>
        <w:t>yaş</w:t>
      </w:r>
      <w:proofErr w:type="spellEnd"/>
      <w:r>
        <w:rPr>
          <w:sz w:val="19"/>
        </w:rPr>
        <w:t xml:space="preserve">) </w:t>
      </w:r>
      <w:proofErr w:type="spellStart"/>
      <w:r>
        <w:rPr>
          <w:sz w:val="19"/>
        </w:rPr>
        <w:t>gömlek</w:t>
      </w:r>
      <w:proofErr w:type="spellEnd"/>
    </w:p>
    <w:p w14:paraId="63E40BE3" w14:textId="77777777" w:rsidR="00195877" w:rsidRDefault="00195877" w:rsidP="00195877">
      <w:pPr>
        <w:spacing w:after="20" w:line="360" w:lineRule="auto"/>
      </w:pPr>
    </w:p>
    <w:p w14:paraId="419F7C04" w14:textId="77777777" w:rsidR="007E307B" w:rsidRDefault="00000000" w:rsidP="00195877">
      <w:pPr>
        <w:spacing w:before="40" w:after="20" w:line="360" w:lineRule="auto"/>
        <w:jc w:val="both"/>
      </w:pPr>
      <w:r w:rsidRPr="00195877">
        <w:rPr>
          <w:b/>
          <w:bCs/>
          <w:sz w:val="19"/>
        </w:rPr>
        <w:t>8.</w:t>
      </w:r>
      <w:r>
        <w:rPr>
          <w:sz w:val="19"/>
        </w:rPr>
        <w:t xml:space="preserve"> Yaş gömlekleri değiştirmek için aşınmış eski gömlek nasıl çıkarılır? (20 Puan)</w:t>
      </w:r>
    </w:p>
    <w:p w14:paraId="1E658224" w14:textId="77777777" w:rsidR="007E307B" w:rsidRDefault="00000000" w:rsidP="00195877">
      <w:pPr>
        <w:spacing w:after="20" w:line="360" w:lineRule="auto"/>
      </w:pPr>
      <w:r>
        <w:rPr>
          <w:sz w:val="19"/>
        </w:rPr>
        <w:t>Çektirme ile ya da alttan vurularak çıkarılır.</w:t>
      </w:r>
    </w:p>
    <w:sectPr w:rsidR="007E307B" w:rsidSect="00034616">
      <w:pgSz w:w="11906" w:h="16838"/>
      <w:pgMar w:top="397" w:right="567" w:bottom="397" w:left="567" w:header="170" w:footer="17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ara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ara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Madde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Madde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ara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Madde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758281625">
    <w:abstractNumId w:val="8"/>
  </w:num>
  <w:num w:numId="2" w16cid:durableId="1088690607">
    <w:abstractNumId w:val="6"/>
  </w:num>
  <w:num w:numId="3" w16cid:durableId="708410486">
    <w:abstractNumId w:val="5"/>
  </w:num>
  <w:num w:numId="4" w16cid:durableId="1944458669">
    <w:abstractNumId w:val="4"/>
  </w:num>
  <w:num w:numId="5" w16cid:durableId="1674798293">
    <w:abstractNumId w:val="7"/>
  </w:num>
  <w:num w:numId="6" w16cid:durableId="900168635">
    <w:abstractNumId w:val="3"/>
  </w:num>
  <w:num w:numId="7" w16cid:durableId="1638802117">
    <w:abstractNumId w:val="2"/>
  </w:num>
  <w:num w:numId="8" w16cid:durableId="1096825549">
    <w:abstractNumId w:val="1"/>
  </w:num>
  <w:num w:numId="9" w16cid:durableId="158263607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195877"/>
    <w:rsid w:val="0029639D"/>
    <w:rsid w:val="00326F90"/>
    <w:rsid w:val="007E307B"/>
    <w:rsid w:val="007F52CF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2C1C039"/>
  <w14:defaultImageDpi w14:val="300"/>
  <w15:docId w15:val="{4D67B5D9-B491-4F7F-97EF-9864E01433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Tahoma" w:eastAsia="Tahoma" w:hAnsi="Tahoma"/>
      <w:sz w:val="20"/>
    </w:rPr>
  </w:style>
  <w:style w:type="paragraph" w:styleId="Balk1">
    <w:name w:val="heading 1"/>
    <w:basedOn w:val="Normal"/>
    <w:next w:val="Normal"/>
    <w:link w:val="Balk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618BF"/>
  </w:style>
  <w:style w:type="paragraph" w:styleId="AltBilgi">
    <w:name w:val="footer"/>
    <w:basedOn w:val="Normal"/>
    <w:link w:val="Al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E618BF"/>
  </w:style>
  <w:style w:type="paragraph" w:styleId="AralkYok">
    <w:name w:val="No Spacing"/>
    <w:uiPriority w:val="1"/>
    <w:qFormat/>
    <w:rsid w:val="00FC693F"/>
    <w:pPr>
      <w:spacing w:after="0" w:line="240" w:lineRule="auto"/>
    </w:pPr>
  </w:style>
  <w:style w:type="character" w:customStyle="1" w:styleId="Balk1Char">
    <w:name w:val="Başlık 1 Char"/>
    <w:basedOn w:val="VarsaylanParagrafYazTipi"/>
    <w:link w:val="Bal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nuBal">
    <w:name w:val="Title"/>
    <w:basedOn w:val="Normal"/>
    <w:next w:val="Normal"/>
    <w:link w:val="KonuBal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tyaz">
    <w:name w:val="Subtitle"/>
    <w:basedOn w:val="Normal"/>
    <w:next w:val="Normal"/>
    <w:link w:val="Altyaz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yazChar">
    <w:name w:val="Altyazı Char"/>
    <w:basedOn w:val="VarsaylanParagrafYazTipi"/>
    <w:link w:val="Altyaz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GvdeMetni">
    <w:name w:val="Body Text"/>
    <w:basedOn w:val="Normal"/>
    <w:link w:val="GvdeMetniChar"/>
    <w:uiPriority w:val="99"/>
    <w:unhideWhenUsed/>
    <w:rsid w:val="00AA1D8D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rsid w:val="00AA1D8D"/>
  </w:style>
  <w:style w:type="paragraph" w:styleId="GvdeMetni2">
    <w:name w:val="Body Text 2"/>
    <w:basedOn w:val="Normal"/>
    <w:link w:val="GvdeMetni2Char"/>
    <w:uiPriority w:val="99"/>
    <w:unhideWhenUsed/>
    <w:rsid w:val="00AA1D8D"/>
    <w:pPr>
      <w:spacing w:after="120" w:line="480" w:lineRule="auto"/>
    </w:pPr>
  </w:style>
  <w:style w:type="character" w:customStyle="1" w:styleId="GvdeMetni2Char">
    <w:name w:val="Gövde Metni 2 Char"/>
    <w:basedOn w:val="VarsaylanParagrafYazTipi"/>
    <w:link w:val="GvdeMetni2"/>
    <w:uiPriority w:val="99"/>
    <w:rsid w:val="00AA1D8D"/>
  </w:style>
  <w:style w:type="paragraph" w:styleId="GvdeMetni3">
    <w:name w:val="Body Text 3"/>
    <w:basedOn w:val="Normal"/>
    <w:link w:val="GvdeMetni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Maddem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Maddem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Maddem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ara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ara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ara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Devam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Devam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Devam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Metni">
    <w:name w:val="macro"/>
    <w:link w:val="MakroMetni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MetniChar">
    <w:name w:val="Makro Metni Char"/>
    <w:basedOn w:val="VarsaylanParagrafYazTipi"/>
    <w:link w:val="MakroMetni"/>
    <w:uiPriority w:val="99"/>
    <w:rsid w:val="0029639D"/>
    <w:rPr>
      <w:rFonts w:ascii="Courier" w:hAnsi="Courier"/>
      <w:sz w:val="20"/>
      <w:szCs w:val="20"/>
    </w:rPr>
  </w:style>
  <w:style w:type="paragraph" w:styleId="Alnt">
    <w:name w:val="Quote"/>
    <w:basedOn w:val="Normal"/>
    <w:next w:val="Normal"/>
    <w:link w:val="AlntChar"/>
    <w:uiPriority w:val="29"/>
    <w:qFormat/>
    <w:rsid w:val="00FC693F"/>
    <w:rPr>
      <w:i/>
      <w:iCs/>
      <w:color w:val="000000" w:themeColor="text1"/>
    </w:rPr>
  </w:style>
  <w:style w:type="character" w:customStyle="1" w:styleId="AlntChar">
    <w:name w:val="Alıntı Char"/>
    <w:basedOn w:val="VarsaylanParagrafYazTipi"/>
    <w:link w:val="Alnt"/>
    <w:uiPriority w:val="29"/>
    <w:rsid w:val="00FC693F"/>
    <w:rPr>
      <w:i/>
      <w:iCs/>
      <w:color w:val="000000" w:themeColor="text1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Gl">
    <w:name w:val="Strong"/>
    <w:basedOn w:val="VarsaylanParagrafYazTipi"/>
    <w:uiPriority w:val="22"/>
    <w:qFormat/>
    <w:rsid w:val="00FC693F"/>
    <w:rPr>
      <w:b/>
      <w:bCs/>
    </w:rPr>
  </w:style>
  <w:style w:type="character" w:styleId="Vurgu">
    <w:name w:val="Emphasis"/>
    <w:basedOn w:val="VarsaylanParagrafYazTipi"/>
    <w:uiPriority w:val="20"/>
    <w:qFormat/>
    <w:rsid w:val="00FC693F"/>
    <w:rPr>
      <w:i/>
      <w:iCs/>
    </w:rPr>
  </w:style>
  <w:style w:type="paragraph" w:styleId="GlAlnt">
    <w:name w:val="Intense Quote"/>
    <w:basedOn w:val="Normal"/>
    <w:next w:val="Normal"/>
    <w:link w:val="GlAln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GlAlntChar">
    <w:name w:val="Güçlü Alıntı Char"/>
    <w:basedOn w:val="VarsaylanParagrafYazTipi"/>
    <w:link w:val="GlAlnt"/>
    <w:uiPriority w:val="30"/>
    <w:rsid w:val="00FC693F"/>
    <w:rPr>
      <w:b/>
      <w:bCs/>
      <w:i/>
      <w:iCs/>
      <w:color w:val="4F81BD" w:themeColor="accent1"/>
    </w:rPr>
  </w:style>
  <w:style w:type="character" w:styleId="HafifVurgulama">
    <w:name w:val="Subtle Emphasis"/>
    <w:basedOn w:val="VarsaylanParagrafYazTipi"/>
    <w:uiPriority w:val="19"/>
    <w:qFormat/>
    <w:rsid w:val="00FC693F"/>
    <w:rPr>
      <w:i/>
      <w:iCs/>
      <w:color w:val="808080" w:themeColor="text1" w:themeTint="7F"/>
    </w:rPr>
  </w:style>
  <w:style w:type="character" w:styleId="GlVurgulama">
    <w:name w:val="Intense Emphasis"/>
    <w:basedOn w:val="VarsaylanParagrafYazTipi"/>
    <w:uiPriority w:val="21"/>
    <w:qFormat/>
    <w:rsid w:val="00FC693F"/>
    <w:rPr>
      <w:b/>
      <w:bCs/>
      <w:i/>
      <w:iCs/>
      <w:color w:val="4F81BD" w:themeColor="accent1"/>
    </w:rPr>
  </w:style>
  <w:style w:type="character" w:styleId="HafifBavuru">
    <w:name w:val="Subtle Reference"/>
    <w:basedOn w:val="VarsaylanParagrafYazTipi"/>
    <w:uiPriority w:val="31"/>
    <w:qFormat/>
    <w:rsid w:val="00FC693F"/>
    <w:rPr>
      <w:smallCaps/>
      <w:color w:val="C0504D" w:themeColor="accent2"/>
      <w:u w:val="single"/>
    </w:rPr>
  </w:style>
  <w:style w:type="character" w:styleId="GlBavuru">
    <w:name w:val="Intense Reference"/>
    <w:basedOn w:val="VarsaylanParagrafYazTipi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itapBal">
    <w:name w:val="Book Title"/>
    <w:basedOn w:val="VarsaylanParagrafYazTipi"/>
    <w:uiPriority w:val="33"/>
    <w:qFormat/>
    <w:rsid w:val="00FC693F"/>
    <w:rPr>
      <w:b/>
      <w:bCs/>
      <w:smallCaps/>
      <w:spacing w:val="5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FC693F"/>
    <w:pPr>
      <w:outlineLvl w:val="9"/>
    </w:pPr>
  </w:style>
  <w:style w:type="table" w:styleId="TabloKlavuzu">
    <w:name w:val="Table Grid"/>
    <w:basedOn w:val="NormalTablo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kGlgeleme">
    <w:name w:val="Light Shading"/>
    <w:basedOn w:val="NormalTablo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kGlgeleme-Vurgu1">
    <w:name w:val="Light Shading Accent 1"/>
    <w:basedOn w:val="NormalTablo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kGlgeleme-Vurgu2">
    <w:name w:val="Light Shading Accent 2"/>
    <w:basedOn w:val="NormalTablo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AkGlgeleme-Vurgu3">
    <w:name w:val="Light Shading Accent 3"/>
    <w:basedOn w:val="NormalTablo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4">
    <w:name w:val="Light Shading Accent 4"/>
    <w:basedOn w:val="NormalTablo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AkGlgeleme-Vurgu5">
    <w:name w:val="Light Shading Accent 5"/>
    <w:basedOn w:val="NormalTablo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AkGlgeleme-Vurgu6">
    <w:name w:val="Light Shading Accent 6"/>
    <w:basedOn w:val="NormalTablo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kListe">
    <w:name w:val="Light List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AkListe-Vurgu1">
    <w:name w:val="Light List Accent 1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AkListe-Vurgu2">
    <w:name w:val="Light List Accent 2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AkListe-Vurgu3">
    <w:name w:val="Light List Accent 3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AkListe-Vurgu4">
    <w:name w:val="Light List Accent 4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AkListe-Vurgu5">
    <w:name w:val="Light List Accent 5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AkListe-Vurgu6">
    <w:name w:val="Light List Accent 6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kKlavuz">
    <w:name w:val="Light Grid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Klavuz-Vurgu1">
    <w:name w:val="Light Grid Accent 1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AkKlavuz-Vurgu2">
    <w:name w:val="Light Grid Accent 2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AkKlavuz-Vurgu3">
    <w:name w:val="Light Grid Accent 3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AkKlavuz-Vurgu4">
    <w:name w:val="Light Grid Accent 4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AkKlavuz-Vurgu5">
    <w:name w:val="Light Grid Accent 5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AkKlavuz-Vurgu6">
    <w:name w:val="Light Grid Accent 6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OrtaGlgeleme1">
    <w:name w:val="Medium Shading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2">
    <w:name w:val="Medium Shading 1 Accent 2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3">
    <w:name w:val="Medium Shading 1 Accent 3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4">
    <w:name w:val="Medium Shading 1 Accent 4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5">
    <w:name w:val="Medium Shading 1 Accent 5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6">
    <w:name w:val="Medium Shading 1 Accent 6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1">
    <w:name w:val="Medium Shading 2 Accent 1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2">
    <w:name w:val="Medium Shading 2 Accent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3">
    <w:name w:val="Medium Shading 2 Accent 3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4">
    <w:name w:val="Medium Shading 2 Accent 4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6">
    <w:name w:val="Medium Shading 2 Accent 6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Liste1">
    <w:name w:val="Medium Lis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OrtaListe1-Vurgu1">
    <w:name w:val="Medium List 1 Accen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OrtaListe1-Vurgu2">
    <w:name w:val="Medium List 1 Accent 2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OrtaListe1-Vurgu3">
    <w:name w:val="Medium List 1 Accent 3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OrtaListe1-Vurgu4">
    <w:name w:val="Medium List 1 Accent 4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OrtaListe1-Vurgu5">
    <w:name w:val="Medium List 1 Accent 5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OrtaListe1-Vurgu6">
    <w:name w:val="Medium List 1 Accent 6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OrtaListe2">
    <w:name w:val="Medium Lis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2">
    <w:name w:val="Medium List 2 Accen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3">
    <w:name w:val="Medium List 2 Accent 3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4">
    <w:name w:val="Medium List 2 Accent 4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5">
    <w:name w:val="Medium List 2 Accent 5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6">
    <w:name w:val="Medium List 2 Accent 6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Klavuz1">
    <w:name w:val="Medium Grid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Klavuz1-Vurgu1">
    <w:name w:val="Medium Grid 1 Accent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rtaKlavuz1-Vurgu2">
    <w:name w:val="Medium Grid 1 Accent 2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rtaKlavuz1-Vurgu3">
    <w:name w:val="Medium Grid 1 Accent 3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rtaKlavuz1-Vurgu4">
    <w:name w:val="Medium Grid 1 Accent 4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rtaKlavuz1-Vurgu5">
    <w:name w:val="Medium Grid 1 Accent 5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rtaKlavuz1-Vurgu6">
    <w:name w:val="Medium Grid 1 Accent 6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OrtaKlavuz2">
    <w:name w:val="Medium Grid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1">
    <w:name w:val="Medium Grid 2 Accent 1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2">
    <w:name w:val="Medium Grid 2 Accent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3">
    <w:name w:val="Medium Grid 2 Accent 3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4">
    <w:name w:val="Medium Grid 2 Accent 4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5">
    <w:name w:val="Medium Grid 2 Accent 5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6">
    <w:name w:val="Medium Grid 2 Accent 6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3">
    <w:name w:val="Medium Grid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OrtaKlavuz3-Vurgu1">
    <w:name w:val="Medium Grid 3 Accent 1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3-Vurgu2">
    <w:name w:val="Medium Grid 3 Accent 2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OrtaKlavuz3-Vurgu3">
    <w:name w:val="Medium Grid 3 Accent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OrtaKlavuz3-Vurgu4">
    <w:name w:val="Medium Grid 3 Accent 4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OrtaKlavuz3-Vurgu5">
    <w:name w:val="Medium Grid 3 Accent 5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OrtaKlavuz3-Vurgu6">
    <w:name w:val="Medium Grid 3 Accent 6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KoyuListe">
    <w:name w:val="Dark List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KoyuListe-Vurgu1">
    <w:name w:val="Dark List Accent 1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KoyuListe-Vurgu2">
    <w:name w:val="Dark List Accent 2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KoyuListe-Vurgu3">
    <w:name w:val="Dark List Accent 3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KoyuListe-Vurgu4">
    <w:name w:val="Dark List Accent 4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KoyuListe-Vurgu5">
    <w:name w:val="Dark List Accent 5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KoyuListe-Vurgu6">
    <w:name w:val="Dark List Accent 6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RenkliGlgeleme">
    <w:name w:val="Colorful Shading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1">
    <w:name w:val="Colorful Shading Accent 1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2">
    <w:name w:val="Colorful Shading Accent 2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3">
    <w:name w:val="Colorful Shading Accent 3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Glgeleme-Vurgu4">
    <w:name w:val="Colorful Shading Accent 4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5">
    <w:name w:val="Colorful Shading Accent 5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6">
    <w:name w:val="Colorful Shading Accent 6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Liste">
    <w:name w:val="Colorful List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enkliListe-Vurgu1">
    <w:name w:val="Colorful List Accent 1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enkliListe-Vurgu2">
    <w:name w:val="Colorful List Accent 2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enkliListe-Vurgu3">
    <w:name w:val="Colorful List Accent 3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enkliListe-Vurgu4">
    <w:name w:val="Colorful List Accent 4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enkliListe-Vurgu5">
    <w:name w:val="Colorful List Accent 5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enkliListe-Vurgu6">
    <w:name w:val="Colorful List Accent 6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enkliKlavuz">
    <w:name w:val="Colorful Grid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nkliKlavuz-Vurgu1">
    <w:name w:val="Colorful Grid Accent 1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-Vurgu2">
    <w:name w:val="Colorful Grid Accent 2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nkliKlavuz-Vurgu3">
    <w:name w:val="Colorful Grid Accent 3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Klavuz-Vurgu4">
    <w:name w:val="Colorful Grid Accent 4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nkliKlavuz-Vurgu5">
    <w:name w:val="Colorful Grid Accent 5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nkliKlavuz-Vurgu6">
    <w:name w:val="Colorful Grid Accent 6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306</Words>
  <Characters>1750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2052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Abdullah Yanik</cp:lastModifiedBy>
  <cp:revision>2</cp:revision>
  <dcterms:created xsi:type="dcterms:W3CDTF">2013-12-23T23:15:00Z</dcterms:created>
  <dcterms:modified xsi:type="dcterms:W3CDTF">2026-09-05T16:22:00Z</dcterms:modified>
  <cp:category/>
</cp:coreProperties>
</file>