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D2EB2" w14:textId="77777777" w:rsidR="00842BB2" w:rsidRDefault="00000000">
      <w:pPr>
        <w:spacing w:after="60" w:line="240" w:lineRule="auto"/>
        <w:jc w:val="center"/>
      </w:pPr>
      <w:r>
        <w:rPr>
          <w:b/>
        </w:rPr>
        <w:t>YAHŞİHAN MESLEKİ EĞİTİM MERKEZİ</w:t>
      </w:r>
    </w:p>
    <w:p w14:paraId="4D1548A4" w14:textId="77777777" w:rsidR="00842BB2" w:rsidRDefault="00000000">
      <w:pPr>
        <w:spacing w:after="60" w:line="240" w:lineRule="auto"/>
        <w:jc w:val="center"/>
      </w:pPr>
      <w:r>
        <w:rPr>
          <w:b/>
        </w:rPr>
        <w:t>2026/2027 EĞİTİM ÖĞRETİM YILI MOTORLU ARAÇLAR TEKNOLOJİSİ ALANI</w:t>
      </w:r>
    </w:p>
    <w:p w14:paraId="44909DA9" w14:textId="1C4F59D3" w:rsidR="00842BB2" w:rsidRDefault="00E35062">
      <w:pPr>
        <w:spacing w:line="240" w:lineRule="auto"/>
        <w:jc w:val="center"/>
      </w:pPr>
      <w:r w:rsidRPr="00E35062">
        <w:rPr>
          <w:b/>
        </w:rPr>
        <w:t xml:space="preserve">SİLİNDİR YENİLEŞTİRME </w:t>
      </w:r>
      <w:r w:rsidR="00000000">
        <w:rPr>
          <w:b/>
        </w:rPr>
        <w:t xml:space="preserve">DERSİ </w:t>
      </w:r>
      <w:proofErr w:type="gramStart"/>
      <w:r w:rsidR="00000000">
        <w:rPr>
          <w:b/>
        </w:rPr>
        <w:t>2.DÖNEM</w:t>
      </w:r>
      <w:proofErr w:type="gramEnd"/>
      <w:r w:rsidR="00000000">
        <w:rPr>
          <w:b/>
        </w:rPr>
        <w:t xml:space="preserve"> </w:t>
      </w:r>
      <w:proofErr w:type="gramStart"/>
      <w:r w:rsidR="00000000">
        <w:rPr>
          <w:b/>
        </w:rPr>
        <w:t>2.YAZILI</w:t>
      </w:r>
      <w:proofErr w:type="gramEnd"/>
      <w:r w:rsidR="00000000">
        <w:rPr>
          <w:b/>
        </w:rPr>
        <w:t xml:space="preserve"> YOKLAMASI</w:t>
      </w:r>
    </w:p>
    <w:p w14:paraId="7AFD2D50" w14:textId="77777777" w:rsidR="00842BB2" w:rsidRDefault="00000000">
      <w:pPr>
        <w:spacing w:after="160" w:line="240" w:lineRule="auto"/>
      </w:pPr>
      <w:r>
        <w:rPr>
          <w:b/>
        </w:rPr>
        <w:t>Adı Soyadı</w:t>
      </w:r>
      <w:r>
        <w:rPr>
          <w:b/>
        </w:rPr>
        <w:tab/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Sınıfı/No: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Aldığı Not:</w:t>
      </w:r>
    </w:p>
    <w:p w14:paraId="5DC05CDB" w14:textId="77777777" w:rsidR="00842BB2" w:rsidRPr="00E35062" w:rsidRDefault="00000000">
      <w:pPr>
        <w:spacing w:after="160" w:line="240" w:lineRule="auto"/>
        <w:jc w:val="center"/>
        <w:rPr>
          <w:b/>
          <w:bCs/>
        </w:rPr>
      </w:pPr>
      <w:r w:rsidRPr="00E35062">
        <w:rPr>
          <w:b/>
          <w:bCs/>
        </w:rPr>
        <w:t>SORULAR</w:t>
      </w:r>
    </w:p>
    <w:p w14:paraId="37B73512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1. </w:t>
      </w:r>
      <w:r>
        <w:t>Koniklik veya kuşak oluşmaması için silindirler ……………….........…</w:t>
      </w:r>
      <w:proofErr w:type="gramStart"/>
      <w:r>
        <w:t>…..</w:t>
      </w:r>
      <w:proofErr w:type="gramEnd"/>
      <w:r>
        <w:t xml:space="preserve"> honlanmalıdır. (10 Puan)</w:t>
      </w:r>
    </w:p>
    <w:p w14:paraId="0A7BC284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2. </w:t>
      </w:r>
      <w:r>
        <w:t>…………………............……… honlama yeni takılan segmanların kısa zamanda silindire alışmasını sağlamak için yapılır. (10 Puan)</w:t>
      </w:r>
    </w:p>
    <w:p w14:paraId="48E206AA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3. </w:t>
      </w:r>
      <w:r>
        <w:t>……………… , metal iş parçasında hassas yüzey elde eden aşındırıcı bir işlemdir. (10 Puan)</w:t>
      </w:r>
    </w:p>
    <w:p w14:paraId="222670E4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4. </w:t>
      </w:r>
      <w:r>
        <w:t>Honlamada silindirde oluşan yüzey çizgilerinin açısı genelde …………........….. arasında olmalıdır. (10 Puan)</w:t>
      </w:r>
    </w:p>
    <w:p w14:paraId="37C59918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5. </w:t>
      </w:r>
      <w:r>
        <w:t>……………… honlama silindirlerde alt kısımlardan talaş alınarak konikliğin giderilmesi için yapılır. (10 Puan)</w:t>
      </w:r>
    </w:p>
    <w:p w14:paraId="328F0563" w14:textId="77777777" w:rsidR="00842BB2" w:rsidRDefault="00000000" w:rsidP="00E35062">
      <w:pPr>
        <w:spacing w:after="140" w:line="360" w:lineRule="auto"/>
        <w:jc w:val="both"/>
      </w:pPr>
      <w:r>
        <w:rPr>
          <w:b/>
        </w:rPr>
        <w:t xml:space="preserve">6. </w:t>
      </w:r>
      <w:r>
        <w:t>Motor silindirlerinde yüzey parlaklığını gidermek, silindirlerin etek kısımlarındaki konikliği düzeltmek veya yeni tornalanmış silindirlerin yüzey kalitesini artırmak için yapılan işleme ……………….. denir. (15 Puan)</w:t>
      </w:r>
    </w:p>
    <w:p w14:paraId="33CE6E5F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7. </w:t>
      </w:r>
      <w:r>
        <w:t>Honlamada dikkat edilecek hususlar nelerdir? (15 Puan)</w:t>
      </w:r>
    </w:p>
    <w:p w14:paraId="116D1053" w14:textId="77777777" w:rsidR="00842BB2" w:rsidRDefault="00000000" w:rsidP="00E35062">
      <w:pPr>
        <w:spacing w:after="180" w:line="360" w:lineRule="auto"/>
        <w:jc w:val="both"/>
      </w:pPr>
      <w:r>
        <w:rPr>
          <w:b/>
        </w:rPr>
        <w:t xml:space="preserve">8. </w:t>
      </w:r>
      <w:r>
        <w:t>Honlamanın faydaları nelerdir? (20 Puan)</w:t>
      </w:r>
    </w:p>
    <w:p w14:paraId="20180384" w14:textId="77777777" w:rsidR="00842BB2" w:rsidRDefault="00842BB2">
      <w:pPr>
        <w:spacing w:after="0" w:line="240" w:lineRule="auto"/>
      </w:pPr>
    </w:p>
    <w:p w14:paraId="544B9DBE" w14:textId="77777777" w:rsidR="00842BB2" w:rsidRDefault="00842BB2">
      <w:pPr>
        <w:spacing w:after="0" w:line="240" w:lineRule="auto"/>
      </w:pPr>
    </w:p>
    <w:p w14:paraId="73EF641A" w14:textId="433EE7AF" w:rsidR="00842BB2" w:rsidRDefault="00000000">
      <w:pPr>
        <w:spacing w:before="80" w:after="0" w:line="240" w:lineRule="auto"/>
        <w:jc w:val="both"/>
      </w:pPr>
      <w:proofErr w:type="spellStart"/>
      <w:proofErr w:type="gramStart"/>
      <w:r>
        <w:t>Süre</w:t>
      </w:r>
      <w:proofErr w:type="spellEnd"/>
      <w:r>
        <w:t xml:space="preserve"> :</w:t>
      </w:r>
      <w:proofErr w:type="gramEnd"/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5062">
        <w:tab/>
      </w:r>
      <w:r w:rsidR="00E35062">
        <w:tab/>
      </w:r>
      <w:r w:rsidR="00E35062">
        <w:tab/>
      </w:r>
      <w:proofErr w:type="spellStart"/>
      <w:r>
        <w:t>Başarılar</w:t>
      </w:r>
      <w:proofErr w:type="spellEnd"/>
    </w:p>
    <w:p w14:paraId="41E030BB" w14:textId="77777777" w:rsidR="00842BB2" w:rsidRDefault="00000000">
      <w:pPr>
        <w:spacing w:after="0" w:line="240" w:lineRule="auto"/>
        <w:jc w:val="right"/>
      </w:pPr>
      <w:r>
        <w:t>Mot.Arç.Tekn Öğrt Abdullah YANIK</w:t>
      </w:r>
    </w:p>
    <w:p w14:paraId="50BA565E" w14:textId="77777777" w:rsidR="00842BB2" w:rsidRDefault="00000000">
      <w:r>
        <w:br w:type="page"/>
      </w:r>
    </w:p>
    <w:p w14:paraId="17902539" w14:textId="44BE071D" w:rsidR="00842BB2" w:rsidRDefault="00000000">
      <w:pPr>
        <w:spacing w:line="240" w:lineRule="auto"/>
        <w:jc w:val="center"/>
      </w:pPr>
      <w:r>
        <w:rPr>
          <w:b/>
        </w:rPr>
        <w:lastRenderedPageBreak/>
        <w:t xml:space="preserve">2026/2027 </w:t>
      </w:r>
      <w:r w:rsidR="00E35062" w:rsidRPr="00E35062">
        <w:rPr>
          <w:b/>
        </w:rPr>
        <w:t xml:space="preserve">SİLİNDİR YENİLEŞTİRME </w:t>
      </w:r>
      <w:r>
        <w:rPr>
          <w:b/>
        </w:rPr>
        <w:t xml:space="preserve">DERSİ </w:t>
      </w:r>
      <w:proofErr w:type="gramStart"/>
      <w:r>
        <w:rPr>
          <w:b/>
        </w:rPr>
        <w:t>2.DÖNEM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2.YAZILI</w:t>
      </w:r>
      <w:proofErr w:type="gramEnd"/>
      <w:r>
        <w:rPr>
          <w:b/>
        </w:rPr>
        <w:t xml:space="preserve"> CEVAP ANAHTARI</w:t>
      </w:r>
    </w:p>
    <w:p w14:paraId="0FF0C3B7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1.</w:t>
      </w:r>
      <w:r>
        <w:rPr>
          <w:sz w:val="19"/>
        </w:rPr>
        <w:t xml:space="preserve"> Koniklik veya kuşak oluşmaması için silindirler ……………….........…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honlanmalıdır. (10 Puan)</w:t>
      </w:r>
    </w:p>
    <w:p w14:paraId="22910C50" w14:textId="77777777" w:rsidR="00842BB2" w:rsidRDefault="00000000">
      <w:pPr>
        <w:spacing w:after="20" w:line="240" w:lineRule="auto"/>
        <w:rPr>
          <w:sz w:val="19"/>
        </w:rPr>
      </w:pPr>
      <w:r>
        <w:rPr>
          <w:sz w:val="19"/>
        </w:rPr>
        <w:t>BOYDAN BOYA</w:t>
      </w:r>
    </w:p>
    <w:p w14:paraId="5AD57CC4" w14:textId="77777777" w:rsidR="00E35062" w:rsidRDefault="00E35062">
      <w:pPr>
        <w:spacing w:after="20" w:line="240" w:lineRule="auto"/>
      </w:pPr>
    </w:p>
    <w:p w14:paraId="319221D2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2.</w:t>
      </w:r>
      <w:r>
        <w:rPr>
          <w:sz w:val="19"/>
        </w:rPr>
        <w:t xml:space="preserve"> …………………............……… honlama yeni takılan segmanların kısa zamanda silindire alışmasını sağlamak için yapılır. (10 Puan)</w:t>
      </w:r>
    </w:p>
    <w:p w14:paraId="4E283713" w14:textId="77777777" w:rsidR="00842BB2" w:rsidRDefault="00000000">
      <w:pPr>
        <w:spacing w:after="20" w:line="240" w:lineRule="auto"/>
        <w:rPr>
          <w:sz w:val="19"/>
        </w:rPr>
      </w:pPr>
      <w:proofErr w:type="spellStart"/>
      <w:r>
        <w:rPr>
          <w:sz w:val="19"/>
        </w:rPr>
        <w:t>Parlaklık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giderici</w:t>
      </w:r>
      <w:proofErr w:type="spellEnd"/>
    </w:p>
    <w:p w14:paraId="30CEBF9E" w14:textId="77777777" w:rsidR="00E35062" w:rsidRDefault="00E35062">
      <w:pPr>
        <w:spacing w:after="20" w:line="240" w:lineRule="auto"/>
      </w:pPr>
    </w:p>
    <w:p w14:paraId="77D5C02C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3.</w:t>
      </w:r>
      <w:r>
        <w:rPr>
          <w:sz w:val="19"/>
        </w:rPr>
        <w:t xml:space="preserve"> ……………</w:t>
      </w:r>
      <w:proofErr w:type="gramStart"/>
      <w:r>
        <w:rPr>
          <w:sz w:val="19"/>
        </w:rPr>
        <w:t>… ,</w:t>
      </w:r>
      <w:proofErr w:type="gramEnd"/>
      <w:r>
        <w:rPr>
          <w:sz w:val="19"/>
        </w:rPr>
        <w:t xml:space="preserve"> metal iş parçasında hassas yüzey elde eden aşındırıcı bir işlemdir. (10 Puan)</w:t>
      </w:r>
    </w:p>
    <w:p w14:paraId="5E3A43E1" w14:textId="77777777" w:rsidR="00842BB2" w:rsidRDefault="00000000">
      <w:pPr>
        <w:spacing w:after="20" w:line="240" w:lineRule="auto"/>
        <w:rPr>
          <w:sz w:val="19"/>
        </w:rPr>
      </w:pPr>
      <w:proofErr w:type="spellStart"/>
      <w:r>
        <w:rPr>
          <w:sz w:val="19"/>
        </w:rPr>
        <w:t>Honlama</w:t>
      </w:r>
      <w:proofErr w:type="spellEnd"/>
    </w:p>
    <w:p w14:paraId="56AE1B02" w14:textId="77777777" w:rsidR="00E35062" w:rsidRDefault="00E35062">
      <w:pPr>
        <w:spacing w:after="20" w:line="240" w:lineRule="auto"/>
      </w:pPr>
    </w:p>
    <w:p w14:paraId="7C4AFE27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4.</w:t>
      </w:r>
      <w:r>
        <w:rPr>
          <w:sz w:val="19"/>
        </w:rPr>
        <w:t xml:space="preserve"> Honlamada silindirde oluşan yüzey çizgilerinin açısı genelde …………........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arasında olmalıdır. (10 Puan)</w:t>
      </w:r>
    </w:p>
    <w:p w14:paraId="64052231" w14:textId="77777777" w:rsidR="00842BB2" w:rsidRDefault="00000000">
      <w:pPr>
        <w:spacing w:after="20" w:line="240" w:lineRule="auto"/>
        <w:rPr>
          <w:sz w:val="19"/>
        </w:rPr>
      </w:pPr>
      <w:r>
        <w:rPr>
          <w:sz w:val="19"/>
        </w:rPr>
        <w:t xml:space="preserve">30-60 </w:t>
      </w:r>
      <w:proofErr w:type="spellStart"/>
      <w:r>
        <w:rPr>
          <w:sz w:val="19"/>
        </w:rPr>
        <w:t>derece</w:t>
      </w:r>
      <w:proofErr w:type="spellEnd"/>
    </w:p>
    <w:p w14:paraId="21603FA4" w14:textId="77777777" w:rsidR="00E35062" w:rsidRDefault="00E35062">
      <w:pPr>
        <w:spacing w:after="20" w:line="240" w:lineRule="auto"/>
      </w:pPr>
    </w:p>
    <w:p w14:paraId="33FD8DBD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5.</w:t>
      </w:r>
      <w:r>
        <w:rPr>
          <w:sz w:val="19"/>
        </w:rPr>
        <w:t xml:space="preserve"> ……………… honlama silindirlerde alt kısımlardan talaş alınarak konikliğin giderilmesi için yapılır. (10 Puan)</w:t>
      </w:r>
    </w:p>
    <w:p w14:paraId="213360A2" w14:textId="77777777" w:rsidR="00842BB2" w:rsidRDefault="00000000">
      <w:pPr>
        <w:spacing w:after="20" w:line="240" w:lineRule="auto"/>
        <w:rPr>
          <w:sz w:val="19"/>
        </w:rPr>
      </w:pPr>
      <w:proofErr w:type="spellStart"/>
      <w:r>
        <w:rPr>
          <w:sz w:val="19"/>
        </w:rPr>
        <w:t>Düzeltici</w:t>
      </w:r>
      <w:proofErr w:type="spellEnd"/>
    </w:p>
    <w:p w14:paraId="47AD84ED" w14:textId="77777777" w:rsidR="00E35062" w:rsidRDefault="00E35062">
      <w:pPr>
        <w:spacing w:after="20" w:line="240" w:lineRule="auto"/>
      </w:pPr>
    </w:p>
    <w:p w14:paraId="4B0ED994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6.</w:t>
      </w:r>
      <w:r>
        <w:rPr>
          <w:sz w:val="19"/>
        </w:rPr>
        <w:t xml:space="preserve"> Motor silindirlerinde yüzey parlaklığını gidermek, silindirlerin etek kısımlarındaki konikliği düzeltmek veya yeni tornalanmış silindirlerin yüzey kalitesini artırmak için yapılan işleme ……………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denir. (15 Puan)</w:t>
      </w:r>
    </w:p>
    <w:p w14:paraId="13BDDB7C" w14:textId="77777777" w:rsidR="00842BB2" w:rsidRDefault="00000000">
      <w:pPr>
        <w:spacing w:after="20" w:line="240" w:lineRule="auto"/>
        <w:rPr>
          <w:sz w:val="19"/>
        </w:rPr>
      </w:pPr>
      <w:r>
        <w:rPr>
          <w:sz w:val="19"/>
        </w:rPr>
        <w:t>HONLAMA</w:t>
      </w:r>
    </w:p>
    <w:p w14:paraId="06B17C54" w14:textId="77777777" w:rsidR="00E35062" w:rsidRDefault="00E35062">
      <w:pPr>
        <w:spacing w:after="20" w:line="240" w:lineRule="auto"/>
      </w:pPr>
    </w:p>
    <w:p w14:paraId="7599D9EB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7.</w:t>
      </w:r>
      <w:r>
        <w:rPr>
          <w:sz w:val="19"/>
        </w:rPr>
        <w:t xml:space="preserve"> Honlamada dikkat edilecek hususlar nelerdir? (15 Puan)</w:t>
      </w:r>
    </w:p>
    <w:p w14:paraId="2A49FD37" w14:textId="77777777" w:rsidR="00842BB2" w:rsidRDefault="00000000">
      <w:pPr>
        <w:spacing w:after="20" w:line="240" w:lineRule="auto"/>
      </w:pPr>
      <w:r>
        <w:rPr>
          <w:sz w:val="19"/>
        </w:rPr>
        <w:t>• İş uygun makine ve teçhizat kullanılmalıdır.</w:t>
      </w:r>
    </w:p>
    <w:p w14:paraId="7383EFBC" w14:textId="77777777" w:rsidR="00842BB2" w:rsidRDefault="00000000">
      <w:pPr>
        <w:spacing w:after="20" w:line="240" w:lineRule="auto"/>
      </w:pPr>
      <w:r>
        <w:rPr>
          <w:sz w:val="19"/>
        </w:rPr>
        <w:t>• Rektefiye sonrası 0.04-0.06 mm arasında honlama payı bırakılmalıdır.</w:t>
      </w:r>
    </w:p>
    <w:p w14:paraId="2790E773" w14:textId="77777777" w:rsidR="00842BB2" w:rsidRDefault="00000000">
      <w:pPr>
        <w:spacing w:after="20" w:line="240" w:lineRule="auto"/>
      </w:pPr>
      <w:r>
        <w:rPr>
          <w:sz w:val="19"/>
        </w:rPr>
        <w:t>• Honlama paylı 0.03 den az olmamalıdır.</w:t>
      </w:r>
    </w:p>
    <w:p w14:paraId="7D0BECD5" w14:textId="77777777" w:rsidR="00842BB2" w:rsidRDefault="00000000">
      <w:pPr>
        <w:spacing w:after="20" w:line="240" w:lineRule="auto"/>
        <w:rPr>
          <w:sz w:val="19"/>
        </w:rPr>
      </w:pPr>
      <w:r>
        <w:rPr>
          <w:sz w:val="19"/>
        </w:rPr>
        <w:t xml:space="preserve">• </w:t>
      </w:r>
      <w:proofErr w:type="spellStart"/>
      <w:r>
        <w:rPr>
          <w:sz w:val="19"/>
        </w:rPr>
        <w:t>Honlama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yağı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kullanılmalıdır</w:t>
      </w:r>
      <w:proofErr w:type="spellEnd"/>
      <w:r>
        <w:rPr>
          <w:sz w:val="19"/>
        </w:rPr>
        <w:t>.</w:t>
      </w:r>
    </w:p>
    <w:p w14:paraId="042FAB27" w14:textId="77777777" w:rsidR="00E35062" w:rsidRDefault="00E35062">
      <w:pPr>
        <w:spacing w:after="20" w:line="240" w:lineRule="auto"/>
      </w:pPr>
    </w:p>
    <w:p w14:paraId="4D89A136" w14:textId="77777777" w:rsidR="00842BB2" w:rsidRDefault="00000000">
      <w:pPr>
        <w:spacing w:before="40" w:after="20" w:line="240" w:lineRule="auto"/>
        <w:jc w:val="both"/>
      </w:pPr>
      <w:r w:rsidRPr="00E35062">
        <w:rPr>
          <w:b/>
          <w:bCs/>
          <w:sz w:val="19"/>
        </w:rPr>
        <w:t>8.</w:t>
      </w:r>
      <w:r>
        <w:rPr>
          <w:sz w:val="19"/>
        </w:rPr>
        <w:t xml:space="preserve"> Honlamanın faydaları nelerdir? (20 Puan)</w:t>
      </w:r>
    </w:p>
    <w:p w14:paraId="33FA7BF2" w14:textId="77777777" w:rsidR="00842BB2" w:rsidRDefault="00000000">
      <w:pPr>
        <w:spacing w:after="20" w:line="240" w:lineRule="auto"/>
      </w:pPr>
      <w:r>
        <w:rPr>
          <w:sz w:val="19"/>
        </w:rPr>
        <w:t>1) Motor verimini yükseltir.</w:t>
      </w:r>
    </w:p>
    <w:p w14:paraId="2B71B8E6" w14:textId="77777777" w:rsidR="00842BB2" w:rsidRDefault="00000000">
      <w:pPr>
        <w:spacing w:after="20" w:line="240" w:lineRule="auto"/>
      </w:pPr>
      <w:r>
        <w:rPr>
          <w:sz w:val="19"/>
        </w:rPr>
        <w:t>2) Yüzeye geometrik doğruluk verir.</w:t>
      </w:r>
    </w:p>
    <w:p w14:paraId="44CF1C0E" w14:textId="77777777" w:rsidR="00842BB2" w:rsidRDefault="00000000">
      <w:pPr>
        <w:spacing w:after="20" w:line="240" w:lineRule="auto"/>
      </w:pPr>
      <w:r>
        <w:rPr>
          <w:sz w:val="19"/>
        </w:rPr>
        <w:t>3) Düzgün bir yüzey sağlar.</w:t>
      </w:r>
    </w:p>
    <w:p w14:paraId="58743062" w14:textId="77777777" w:rsidR="00842BB2" w:rsidRDefault="00000000">
      <w:pPr>
        <w:spacing w:after="20" w:line="240" w:lineRule="auto"/>
      </w:pPr>
      <w:r>
        <w:rPr>
          <w:sz w:val="19"/>
        </w:rPr>
        <w:t>4) Mikro kanallar yardımı ile yağlamanın iyilik derecesini arttırır.</w:t>
      </w:r>
    </w:p>
    <w:p w14:paraId="7C70FDA2" w14:textId="77777777" w:rsidR="00842BB2" w:rsidRDefault="00000000">
      <w:pPr>
        <w:spacing w:after="20" w:line="240" w:lineRule="auto"/>
      </w:pPr>
      <w:r>
        <w:rPr>
          <w:sz w:val="19"/>
        </w:rPr>
        <w:t>5) Dizel motorları için rodaj devresini kısaltır.</w:t>
      </w:r>
    </w:p>
    <w:p w14:paraId="15BF2E7C" w14:textId="77777777" w:rsidR="00842BB2" w:rsidRDefault="00000000">
      <w:pPr>
        <w:spacing w:after="20" w:line="240" w:lineRule="auto"/>
      </w:pPr>
      <w:r>
        <w:rPr>
          <w:sz w:val="19"/>
        </w:rPr>
        <w:t>6) Motorun ilk çalışması esnasında plato kanallar arasındaki yağ zerreleri sekmanların yağlanmasını sağlar.</w:t>
      </w:r>
    </w:p>
    <w:sectPr w:rsidR="00842BB2" w:rsidSect="00034616">
      <w:pgSz w:w="11906" w:h="16838"/>
      <w:pgMar w:top="397" w:right="567" w:bottom="397" w:left="567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2843128">
    <w:abstractNumId w:val="8"/>
  </w:num>
  <w:num w:numId="2" w16cid:durableId="730274237">
    <w:abstractNumId w:val="6"/>
  </w:num>
  <w:num w:numId="3" w16cid:durableId="519665113">
    <w:abstractNumId w:val="5"/>
  </w:num>
  <w:num w:numId="4" w16cid:durableId="1184125888">
    <w:abstractNumId w:val="4"/>
  </w:num>
  <w:num w:numId="5" w16cid:durableId="384643322">
    <w:abstractNumId w:val="7"/>
  </w:num>
  <w:num w:numId="6" w16cid:durableId="1807119368">
    <w:abstractNumId w:val="3"/>
  </w:num>
  <w:num w:numId="7" w16cid:durableId="1519614494">
    <w:abstractNumId w:val="2"/>
  </w:num>
  <w:num w:numId="8" w16cid:durableId="2110077945">
    <w:abstractNumId w:val="1"/>
  </w:num>
  <w:num w:numId="9" w16cid:durableId="1221402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1D13"/>
    <w:rsid w:val="00842BB2"/>
    <w:rsid w:val="00AA1D8D"/>
    <w:rsid w:val="00B47730"/>
    <w:rsid w:val="00CB0664"/>
    <w:rsid w:val="00E350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8DC2F"/>
  <w14:defaultImageDpi w14:val="300"/>
  <w15:docId w15:val="{BEFA1BE2-FACE-4131-A5B5-156E0ADC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ahoma" w:eastAsia="Tahoma" w:hAnsi="Tahoma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2026-09-05T16:23:00Z</dcterms:modified>
  <cp:category/>
</cp:coreProperties>
</file>