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0E233" w14:textId="77777777" w:rsidR="00D221F6" w:rsidRPr="009E14E8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9E14E8">
        <w:rPr>
          <w:b/>
          <w:sz w:val="24"/>
          <w:szCs w:val="24"/>
        </w:rPr>
        <w:t>YAHŞİHAN MESLEKİ EĞİTİM MERKEZİ</w:t>
      </w:r>
    </w:p>
    <w:p w14:paraId="1902BBCF" w14:textId="77777777" w:rsidR="00D221F6" w:rsidRPr="009E14E8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9E14E8">
        <w:rPr>
          <w:b/>
          <w:sz w:val="24"/>
          <w:szCs w:val="24"/>
        </w:rPr>
        <w:t>2026/2027 EĞİTİM ÖĞRETİM YILI MOTORLU ARAÇLAR TEKNOLOJİSİ ALANI</w:t>
      </w:r>
    </w:p>
    <w:p w14:paraId="18EBC2A7" w14:textId="13632F31" w:rsidR="00D221F6" w:rsidRDefault="00000000" w:rsidP="00123045">
      <w:pPr>
        <w:spacing w:after="2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SEÇMELİ YAKIT HÜCRELİ ARAÇLAR DERSİ 1. DÖNEM 1. YAZILI SINAVI</w:t>
      </w:r>
    </w:p>
    <w:p w14:paraId="27973AF7" w14:textId="77777777" w:rsidR="00D221F6" w:rsidRPr="009E14E8" w:rsidRDefault="00000000" w:rsidP="00123045">
      <w:pPr>
        <w:spacing w:after="40" w:line="360" w:lineRule="auto"/>
        <w:rPr>
          <w:sz w:val="24"/>
          <w:szCs w:val="24"/>
        </w:rPr>
      </w:pPr>
      <w:proofErr w:type="spellStart"/>
      <w:r w:rsidRPr="009E14E8">
        <w:rPr>
          <w:sz w:val="24"/>
          <w:szCs w:val="24"/>
        </w:rPr>
        <w:t>Adı</w:t>
      </w:r>
      <w:proofErr w:type="spellEnd"/>
      <w:r w:rsidRPr="009E14E8">
        <w:rPr>
          <w:sz w:val="24"/>
          <w:szCs w:val="24"/>
        </w:rPr>
        <w:t xml:space="preserve"> Soyadı: ............................................................    </w:t>
      </w:r>
      <w:proofErr w:type="spellStart"/>
      <w:r w:rsidRPr="009E14E8">
        <w:rPr>
          <w:sz w:val="24"/>
          <w:szCs w:val="24"/>
        </w:rPr>
        <w:t>Sınıfı</w:t>
      </w:r>
      <w:proofErr w:type="spellEnd"/>
      <w:r w:rsidRPr="009E14E8">
        <w:rPr>
          <w:sz w:val="24"/>
          <w:szCs w:val="24"/>
        </w:rPr>
        <w:t xml:space="preserve">/No: ....................    </w:t>
      </w:r>
      <w:proofErr w:type="spellStart"/>
      <w:r w:rsidRPr="009E14E8">
        <w:rPr>
          <w:sz w:val="24"/>
          <w:szCs w:val="24"/>
        </w:rPr>
        <w:t>Aldığı</w:t>
      </w:r>
      <w:proofErr w:type="spellEnd"/>
      <w:r w:rsidRPr="009E14E8">
        <w:rPr>
          <w:sz w:val="24"/>
          <w:szCs w:val="24"/>
        </w:rPr>
        <w:t xml:space="preserve"> Not: ............</w:t>
      </w:r>
    </w:p>
    <w:p w14:paraId="6FBDD558" w14:textId="376CB214" w:rsidR="00D221F6" w:rsidRPr="00123045" w:rsidRDefault="00000000">
      <w:pPr>
        <w:jc w:val="center"/>
        <w:rPr>
          <w:sz w:val="22"/>
        </w:rPr>
      </w:pPr>
      <w:r>
        <w:rPr>
          <w:b/>
          <w:sz w:val="22"/>
        </w:rPr>
        <w:t>SORULAR</w:t>
      </w:r>
    </w:p>
    <w:p w14:paraId="60AE72F9" w14:textId="77777777" w:rsidR="00D221F6" w:rsidRPr="009E14E8" w:rsidRDefault="00000000" w:rsidP="00482046">
      <w:pPr>
        <w:spacing w:after="20" w:line="360" w:lineRule="auto"/>
        <w:rPr>
          <w:sz w:val="22"/>
        </w:rPr>
      </w:pPr>
      <w:r>
        <w:rPr>
          <w:sz w:val="22"/>
        </w:rPr>
        <w:t xml:space="preserve">1. </w:t>
      </w:r>
      <w:proofErr w:type="spellStart"/>
      <w:r>
        <w:rPr>
          <w:sz w:val="22"/>
        </w:rPr>
        <w:t>Hidrojenin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kokusuzluğu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düşük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yoğunluğu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yanıcılığı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ve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enerji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taşıyıcılığı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araçlarda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kullanım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açısından</w:t>
      </w:r>
      <w:proofErr w:type="spellEnd"/>
      <w:r>
        <w:rPr>
          <w:sz w:val="22"/>
        </w:rPr>
        <w:t xml:space="preserve"> ne </w:t>
      </w:r>
      <w:proofErr w:type="spellStart"/>
      <w:r>
        <w:rPr>
          <w:sz w:val="22"/>
        </w:rPr>
        <w:t>ifade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eder</w:t>
      </w:r>
      <w:proofErr w:type="spellEnd"/>
      <w:r>
        <w:rPr>
          <w:sz w:val="22"/>
        </w:rPr>
        <w:t xml:space="preserve">? Her </w:t>
      </w:r>
      <w:proofErr w:type="spellStart"/>
      <w:r>
        <w:rPr>
          <w:sz w:val="22"/>
        </w:rPr>
        <w:t>birini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açıklayınız</w:t>
      </w:r>
      <w:proofErr w:type="spellEnd"/>
      <w:r>
        <w:rPr>
          <w:sz w:val="22"/>
        </w:rPr>
        <w:t>. (20 Puan)</w:t>
      </w:r>
    </w:p>
    <w:p w14:paraId="0017C900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2B86BA5A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6AA7CEC2" w14:textId="77777777" w:rsidR="00D221F6" w:rsidRPr="009E14E8" w:rsidRDefault="00000000" w:rsidP="00482046">
      <w:pPr>
        <w:spacing w:after="20" w:line="360" w:lineRule="auto"/>
        <w:rPr>
          <w:sz w:val="22"/>
        </w:rPr>
      </w:pPr>
      <w:r>
        <w:rPr>
          <w:sz w:val="22"/>
        </w:rPr>
        <w:t xml:space="preserve">2. </w:t>
      </w:r>
      <w:proofErr w:type="spellStart"/>
      <w:r>
        <w:rPr>
          <w:sz w:val="22"/>
        </w:rPr>
        <w:t>Yakıt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hücreli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araçta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hızlanma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ve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yavaşlama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sırasında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batarya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ile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elektrik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motorunun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görevlerini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ayrı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ayrı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açıklayınız</w:t>
      </w:r>
      <w:proofErr w:type="spellEnd"/>
      <w:r>
        <w:rPr>
          <w:sz w:val="22"/>
        </w:rPr>
        <w:t>. (20 Puan)</w:t>
      </w:r>
    </w:p>
    <w:p w14:paraId="42B3DB91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08FB2385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258E50A0" w14:textId="77777777" w:rsidR="00D221F6" w:rsidRPr="009E14E8" w:rsidRDefault="00000000" w:rsidP="00482046">
      <w:pPr>
        <w:spacing w:after="20" w:line="360" w:lineRule="auto"/>
        <w:rPr>
          <w:sz w:val="22"/>
        </w:rPr>
      </w:pPr>
      <w:r>
        <w:rPr>
          <w:sz w:val="22"/>
        </w:rPr>
        <w:t xml:space="preserve">3. </w:t>
      </w:r>
      <w:proofErr w:type="spellStart"/>
      <w:r>
        <w:rPr>
          <w:sz w:val="22"/>
        </w:rPr>
        <w:t>Elektrolizör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ile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yakıt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hücresini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enerji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dönüşümü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ve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görevleri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bakımından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karşılaştırınız</w:t>
      </w:r>
      <w:proofErr w:type="spellEnd"/>
      <w:r>
        <w:rPr>
          <w:sz w:val="22"/>
        </w:rPr>
        <w:t>. (15 Puan)</w:t>
      </w:r>
    </w:p>
    <w:p w14:paraId="5FB7E383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2CA00D2E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13266977" w14:textId="77777777" w:rsidR="00D221F6" w:rsidRPr="009E14E8" w:rsidRDefault="00000000" w:rsidP="00482046">
      <w:pPr>
        <w:spacing w:after="20" w:line="360" w:lineRule="auto"/>
        <w:rPr>
          <w:sz w:val="22"/>
        </w:rPr>
      </w:pPr>
      <w:r>
        <w:rPr>
          <w:sz w:val="22"/>
        </w:rPr>
        <w:t xml:space="preserve">4. 2H₂ + O₂ → 2H₂O </w:t>
      </w:r>
      <w:proofErr w:type="spellStart"/>
      <w:r>
        <w:rPr>
          <w:sz w:val="22"/>
        </w:rPr>
        <w:t>denkleminde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girenleri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ve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ürünü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yazınız</w:t>
      </w:r>
      <w:proofErr w:type="spellEnd"/>
      <w:r>
        <w:rPr>
          <w:sz w:val="22"/>
        </w:rPr>
        <w:t xml:space="preserve">; her </w:t>
      </w:r>
      <w:proofErr w:type="spellStart"/>
      <w:r>
        <w:rPr>
          <w:sz w:val="22"/>
        </w:rPr>
        <w:t>iki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taraftaki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hidrojen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ve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oksijen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atomlarını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sayınız</w:t>
      </w:r>
      <w:proofErr w:type="spellEnd"/>
      <w:r>
        <w:rPr>
          <w:sz w:val="22"/>
        </w:rPr>
        <w:t>. (15 Puan)</w:t>
      </w:r>
    </w:p>
    <w:p w14:paraId="43A8C635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3CC8C023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7C7FD33B" w14:textId="77777777" w:rsidR="00D221F6" w:rsidRPr="009E14E8" w:rsidRDefault="00000000" w:rsidP="00482046">
      <w:pPr>
        <w:spacing w:after="20" w:line="360" w:lineRule="auto"/>
        <w:rPr>
          <w:sz w:val="22"/>
        </w:rPr>
      </w:pPr>
      <w:r>
        <w:rPr>
          <w:sz w:val="22"/>
        </w:rPr>
        <w:t xml:space="preserve">5. </w:t>
      </w:r>
      <w:proofErr w:type="spellStart"/>
      <w:r>
        <w:rPr>
          <w:sz w:val="22"/>
        </w:rPr>
        <w:t>Hidrojenin</w:t>
      </w:r>
      <w:proofErr w:type="spellEnd"/>
      <w:r>
        <w:rPr>
          <w:sz w:val="22"/>
        </w:rPr>
        <w:t xml:space="preserve"> kilogram </w:t>
      </w:r>
      <w:proofErr w:type="spellStart"/>
      <w:r>
        <w:rPr>
          <w:sz w:val="22"/>
        </w:rPr>
        <w:t>başına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enerji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içeriğinin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yüksek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olması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araçta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küçük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bir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tankın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yeterli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olduğunu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kanıtlar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mı</w:t>
      </w:r>
      <w:proofErr w:type="spellEnd"/>
      <w:r>
        <w:rPr>
          <w:sz w:val="22"/>
        </w:rPr>
        <w:t xml:space="preserve">? </w:t>
      </w:r>
      <w:proofErr w:type="spellStart"/>
      <w:r>
        <w:rPr>
          <w:sz w:val="22"/>
        </w:rPr>
        <w:t>Gerekçesiyle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yazınız</w:t>
      </w:r>
      <w:proofErr w:type="spellEnd"/>
      <w:r>
        <w:rPr>
          <w:sz w:val="22"/>
        </w:rPr>
        <w:t>. (10 Puan)</w:t>
      </w:r>
    </w:p>
    <w:p w14:paraId="4ED77A70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3B810C34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60BE07D9" w14:textId="77777777" w:rsidR="00D221F6" w:rsidRPr="009E14E8" w:rsidRDefault="00000000" w:rsidP="00482046">
      <w:pPr>
        <w:spacing w:after="20" w:line="360" w:lineRule="auto"/>
        <w:rPr>
          <w:sz w:val="22"/>
        </w:rPr>
      </w:pPr>
      <w:r>
        <w:rPr>
          <w:sz w:val="22"/>
        </w:rPr>
        <w:t xml:space="preserve">6. </w:t>
      </w:r>
      <w:proofErr w:type="spellStart"/>
      <w:r>
        <w:rPr>
          <w:sz w:val="22"/>
        </w:rPr>
        <w:t>Gücü</w:t>
      </w:r>
      <w:proofErr w:type="spellEnd"/>
      <w:r>
        <w:rPr>
          <w:sz w:val="22"/>
        </w:rPr>
        <w:t xml:space="preserve"> 15 kW </w:t>
      </w:r>
      <w:proofErr w:type="spellStart"/>
      <w:r>
        <w:rPr>
          <w:sz w:val="22"/>
        </w:rPr>
        <w:t>olan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bir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araç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sistemi</w:t>
      </w:r>
      <w:proofErr w:type="spellEnd"/>
      <w:r>
        <w:rPr>
          <w:sz w:val="22"/>
        </w:rPr>
        <w:t xml:space="preserve"> 40 </w:t>
      </w:r>
      <w:proofErr w:type="spellStart"/>
      <w:r>
        <w:rPr>
          <w:sz w:val="22"/>
        </w:rPr>
        <w:t>dakika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çalışıyor</w:t>
      </w:r>
      <w:proofErr w:type="spellEnd"/>
      <w:r>
        <w:rPr>
          <w:sz w:val="22"/>
        </w:rPr>
        <w:t xml:space="preserve">. Güç </w:t>
      </w:r>
      <w:proofErr w:type="spellStart"/>
      <w:r>
        <w:rPr>
          <w:sz w:val="22"/>
        </w:rPr>
        <w:t>sabitken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tüketilen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elektrik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enerjisini</w:t>
      </w:r>
      <w:proofErr w:type="spellEnd"/>
      <w:r>
        <w:rPr>
          <w:sz w:val="22"/>
        </w:rPr>
        <w:t xml:space="preserve"> kWh </w:t>
      </w:r>
      <w:proofErr w:type="spellStart"/>
      <w:r>
        <w:rPr>
          <w:sz w:val="22"/>
        </w:rPr>
        <w:t>olarak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hesaplayınız</w:t>
      </w:r>
      <w:proofErr w:type="spellEnd"/>
      <w:r>
        <w:rPr>
          <w:sz w:val="22"/>
        </w:rPr>
        <w:t>. (10 Puan)</w:t>
      </w:r>
    </w:p>
    <w:p w14:paraId="753FEB51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30337A50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41E81A84" w14:textId="77777777" w:rsidR="00D221F6" w:rsidRPr="009E14E8" w:rsidRDefault="00000000" w:rsidP="00482046">
      <w:pPr>
        <w:spacing w:after="20" w:line="360" w:lineRule="auto"/>
        <w:rPr>
          <w:sz w:val="22"/>
        </w:rPr>
      </w:pPr>
      <w:r>
        <w:rPr>
          <w:sz w:val="22"/>
        </w:rPr>
        <w:t xml:space="preserve">7. </w:t>
      </w:r>
      <w:proofErr w:type="spellStart"/>
      <w:r>
        <w:rPr>
          <w:sz w:val="22"/>
        </w:rPr>
        <w:t>Yakıt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hücreli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aracın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kullanım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yerindeki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emisyonuna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bakmak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çevresel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etkisini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değerlendirmek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için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neden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yeterli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değildir</w:t>
      </w:r>
      <w:proofErr w:type="spellEnd"/>
      <w:r>
        <w:rPr>
          <w:sz w:val="22"/>
        </w:rPr>
        <w:t>? (10 Puan)</w:t>
      </w:r>
    </w:p>
    <w:p w14:paraId="004E106D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4DD8CA3D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597A1E75" w14:textId="77777777" w:rsidR="00D221F6" w:rsidRPr="009E14E8" w:rsidRDefault="00000000" w:rsidP="00123045">
      <w:pPr>
        <w:ind w:left="4320" w:firstLine="720"/>
        <w:jc w:val="center"/>
        <w:rPr>
          <w:sz w:val="22"/>
        </w:rPr>
      </w:pPr>
      <w:proofErr w:type="spellStart"/>
      <w:r w:rsidRPr="009E14E8">
        <w:rPr>
          <w:sz w:val="22"/>
        </w:rPr>
        <w:t>Başarılar</w:t>
      </w:r>
      <w:proofErr w:type="spellEnd"/>
    </w:p>
    <w:p w14:paraId="3CEF6138" w14:textId="77777777" w:rsidR="00D221F6" w:rsidRPr="009E14E8" w:rsidRDefault="00000000">
      <w:pPr>
        <w:rPr>
          <w:sz w:val="22"/>
        </w:rPr>
      </w:pPr>
      <w:proofErr w:type="spellStart"/>
      <w:r w:rsidRPr="009E14E8">
        <w:rPr>
          <w:b/>
          <w:bCs/>
          <w:sz w:val="22"/>
          <w:u w:val="single"/>
        </w:rPr>
        <w:t>Süre</w:t>
      </w:r>
      <w:proofErr w:type="spellEnd"/>
      <w:r w:rsidRPr="009E14E8">
        <w:rPr>
          <w:b/>
          <w:bCs/>
          <w:sz w:val="22"/>
          <w:u w:val="single"/>
        </w:rPr>
        <w:t>:</w:t>
      </w:r>
      <w:r w:rsidRPr="009E14E8">
        <w:rPr>
          <w:sz w:val="22"/>
        </w:rPr>
        <w:t xml:space="preserve"> 40 </w:t>
      </w:r>
      <w:proofErr w:type="gramStart"/>
      <w:r w:rsidRPr="009E14E8">
        <w:rPr>
          <w:sz w:val="22"/>
        </w:rPr>
        <w:t>Dk</w:t>
      </w:r>
      <w:r w:rsidR="00123045" w:rsidRPr="009E14E8">
        <w:rPr>
          <w:sz w:val="22"/>
        </w:rPr>
        <w:tab/>
      </w:r>
      <w:r w:rsidR="00123045" w:rsidRPr="009E14E8">
        <w:rPr>
          <w:sz w:val="22"/>
        </w:rPr>
        <w:tab/>
      </w:r>
      <w:r w:rsidR="00123045" w:rsidRPr="009E14E8">
        <w:rPr>
          <w:sz w:val="22"/>
        </w:rPr>
        <w:tab/>
      </w:r>
      <w:r w:rsidR="00123045" w:rsidRPr="009E14E8">
        <w:rPr>
          <w:sz w:val="22"/>
        </w:rPr>
        <w:tab/>
      </w:r>
      <w:r w:rsidR="00123045" w:rsidRPr="009E14E8">
        <w:rPr>
          <w:sz w:val="22"/>
        </w:rPr>
        <w:tab/>
      </w:r>
      <w:r w:rsidR="00123045" w:rsidRPr="009E14E8">
        <w:rPr>
          <w:sz w:val="22"/>
        </w:rPr>
        <w:tab/>
      </w:r>
      <w:r w:rsidR="00123045" w:rsidRPr="009E14E8">
        <w:rPr>
          <w:sz w:val="22"/>
        </w:rPr>
        <w:tab/>
      </w:r>
      <w:r w:rsidR="00123045" w:rsidRPr="009E14E8">
        <w:rPr>
          <w:sz w:val="22"/>
        </w:rPr>
        <w:tab/>
      </w:r>
      <w:proofErr w:type="spellStart"/>
      <w:r w:rsidRPr="009E14E8">
        <w:rPr>
          <w:sz w:val="22"/>
        </w:rPr>
        <w:t>Mot.Arç.Tekn</w:t>
      </w:r>
      <w:proofErr w:type="spellEnd"/>
      <w:proofErr w:type="gramEnd"/>
      <w:r w:rsidRPr="009E14E8">
        <w:rPr>
          <w:sz w:val="22"/>
        </w:rPr>
        <w:t xml:space="preserve"> Öğrt Abdullah YANIK</w:t>
      </w:r>
    </w:p>
    <w:p w14:paraId="46717EB4" w14:textId="77777777" w:rsidR="00D221F6" w:rsidRDefault="00000000">
      <w:r>
        <w:br w:type="page"/>
      </w:r>
    </w:p>
    <w:p w14:paraId="0B16A5AC" w14:textId="77777777" w:rsidR="00D221F6" w:rsidRPr="009E14E8" w:rsidRDefault="00000000" w:rsidP="00123045">
      <w:pPr>
        <w:pageBreakBefore/>
        <w:spacing w:after="20" w:line="360" w:lineRule="auto"/>
        <w:jc w:val="center"/>
        <w:rPr>
          <w:sz w:val="24"/>
          <w:szCs w:val="24"/>
        </w:rPr>
      </w:pPr>
      <w:r w:rsidRPr="009E14E8">
        <w:rPr>
          <w:b/>
          <w:sz w:val="24"/>
          <w:szCs w:val="24"/>
        </w:rPr>
        <w:lastRenderedPageBreak/>
        <w:t>YAHŞİHAN MESLEKİ EĞİTİM MERKEZİ</w:t>
      </w:r>
    </w:p>
    <w:p w14:paraId="7EDE68A2" w14:textId="77777777" w:rsidR="00D221F6" w:rsidRPr="009E14E8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9E14E8">
        <w:rPr>
          <w:b/>
          <w:sz w:val="24"/>
          <w:szCs w:val="24"/>
        </w:rPr>
        <w:t>2026/2027 EĞİTİM ÖĞRETİM YILI MOTORLU ARAÇLAR TEKNOLOJİSİ ALANI</w:t>
      </w:r>
    </w:p>
    <w:p w14:paraId="3561150D" w14:textId="4E135EC3" w:rsidR="00D221F6" w:rsidRDefault="00000000" w:rsidP="00123045">
      <w:pPr>
        <w:spacing w:after="20" w:line="360" w:lineRule="auto"/>
        <w:jc w:val="center"/>
        <w:rPr>
          <w:b/>
          <w:sz w:val="22"/>
        </w:rPr>
      </w:pPr>
      <w:r>
        <w:rPr>
          <w:b/>
          <w:sz w:val="22"/>
        </w:rPr>
        <w:t>SEÇMELİ YAKIT HÜCRELİ ARAÇLAR DERSİ 1. DÖNEM 1. YAZILI SINAVI CEVAP ANAHTARI</w:t>
      </w:r>
    </w:p>
    <w:p w14:paraId="10D3592F" w14:textId="5AAB0169" w:rsidR="00D221F6" w:rsidRPr="00123045" w:rsidRDefault="00AA7DEE">
      <w:pPr>
        <w:jc w:val="center"/>
        <w:rPr>
          <w:sz w:val="22"/>
        </w:rPr>
      </w:pPr>
      <w:r>
        <w:rPr>
          <w:b/>
          <w:sz w:val="22"/>
        </w:rPr>
        <w:t xml:space="preserve"> </w:t>
      </w:r>
    </w:p>
    <w:p w14:paraId="5E9CABFD" w14:textId="77777777" w:rsidR="00A8200A" w:rsidRPr="009E14E8" w:rsidRDefault="00000000">
      <w:pPr>
        <w:keepNext/>
        <w:rPr>
          <w:sz w:val="22"/>
        </w:rPr>
      </w:pPr>
      <w:r>
        <w:rPr>
          <w:b/>
          <w:sz w:val="22"/>
        </w:rPr>
        <w:t xml:space="preserve">1. </w:t>
      </w:r>
      <w:proofErr w:type="spellStart"/>
      <w:r>
        <w:rPr>
          <w:b/>
          <w:sz w:val="22"/>
        </w:rPr>
        <w:t>Hidrojenin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kokusuzluğu</w:t>
      </w:r>
      <w:proofErr w:type="spellEnd"/>
      <w:r>
        <w:rPr>
          <w:b/>
          <w:sz w:val="22"/>
        </w:rPr>
        <w:t xml:space="preserve">, </w:t>
      </w:r>
      <w:proofErr w:type="spellStart"/>
      <w:r>
        <w:rPr>
          <w:b/>
          <w:sz w:val="22"/>
        </w:rPr>
        <w:t>düşük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yoğunluğu</w:t>
      </w:r>
      <w:proofErr w:type="spellEnd"/>
      <w:r>
        <w:rPr>
          <w:b/>
          <w:sz w:val="22"/>
        </w:rPr>
        <w:t xml:space="preserve">, </w:t>
      </w:r>
      <w:proofErr w:type="spellStart"/>
      <w:r>
        <w:rPr>
          <w:b/>
          <w:sz w:val="22"/>
        </w:rPr>
        <w:t>yanıcılığı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ve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enerji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taşıyıcılığı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araçlarda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kullanım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açısından</w:t>
      </w:r>
      <w:proofErr w:type="spellEnd"/>
      <w:r>
        <w:rPr>
          <w:b/>
          <w:sz w:val="22"/>
        </w:rPr>
        <w:t xml:space="preserve"> ne </w:t>
      </w:r>
      <w:proofErr w:type="spellStart"/>
      <w:r>
        <w:rPr>
          <w:b/>
          <w:sz w:val="22"/>
        </w:rPr>
        <w:t>ifade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eder</w:t>
      </w:r>
      <w:proofErr w:type="spellEnd"/>
      <w:r>
        <w:rPr>
          <w:b/>
          <w:sz w:val="22"/>
        </w:rPr>
        <w:t xml:space="preserve">? Her </w:t>
      </w:r>
      <w:proofErr w:type="spellStart"/>
      <w:r>
        <w:rPr>
          <w:b/>
          <w:sz w:val="22"/>
        </w:rPr>
        <w:t>birini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açıklayınız</w:t>
      </w:r>
      <w:proofErr w:type="spellEnd"/>
      <w:r>
        <w:rPr>
          <w:b/>
          <w:sz w:val="22"/>
        </w:rPr>
        <w:t>. (20 Puan)</w:t>
      </w:r>
    </w:p>
    <w:p w14:paraId="54842BEF" w14:textId="77777777" w:rsidR="00A8200A" w:rsidRPr="009E14E8" w:rsidRDefault="00000000" w:rsidP="009E14E8">
      <w:pPr>
        <w:ind w:left="284"/>
        <w:rPr>
          <w:sz w:val="22"/>
        </w:rPr>
      </w:pPr>
      <w:proofErr w:type="spellStart"/>
      <w:r>
        <w:rPr>
          <w:sz w:val="22"/>
        </w:rPr>
        <w:t>Kokusuzluk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nedeniyle</w:t>
      </w:r>
      <w:proofErr w:type="spellEnd"/>
      <w:r>
        <w:rPr>
          <w:sz w:val="22"/>
        </w:rPr>
        <w:t xml:space="preserve"> koku </w:t>
      </w:r>
      <w:proofErr w:type="spellStart"/>
      <w:r>
        <w:rPr>
          <w:sz w:val="22"/>
        </w:rPr>
        <w:t>ile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kaçak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kararı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verilemez</w:t>
      </w:r>
      <w:proofErr w:type="spellEnd"/>
      <w:r>
        <w:rPr>
          <w:sz w:val="22"/>
        </w:rPr>
        <w:t xml:space="preserve"> (5). </w:t>
      </w:r>
      <w:proofErr w:type="spellStart"/>
      <w:r>
        <w:rPr>
          <w:sz w:val="22"/>
        </w:rPr>
        <w:t>Düşük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yoğunluk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nedeniyle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depolama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hacmi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önemlidir</w:t>
      </w:r>
      <w:proofErr w:type="spellEnd"/>
      <w:r>
        <w:rPr>
          <w:sz w:val="22"/>
        </w:rPr>
        <w:t xml:space="preserve"> (5). </w:t>
      </w:r>
      <w:proofErr w:type="spellStart"/>
      <w:r>
        <w:rPr>
          <w:sz w:val="22"/>
        </w:rPr>
        <w:t>Yanıcılık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uygun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güvenlik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önlemleri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gerektirir</w:t>
      </w:r>
      <w:proofErr w:type="spellEnd"/>
      <w:r>
        <w:rPr>
          <w:sz w:val="22"/>
        </w:rPr>
        <w:t xml:space="preserve"> (5). Enerji </w:t>
      </w:r>
      <w:proofErr w:type="spellStart"/>
      <w:r>
        <w:rPr>
          <w:sz w:val="22"/>
        </w:rPr>
        <w:t>taşıyıcısı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oluşu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üretim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için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enerji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kullanılıp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enerjinin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taşınmasına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aracılık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etmesidir</w:t>
      </w:r>
      <w:proofErr w:type="spellEnd"/>
      <w:r>
        <w:rPr>
          <w:sz w:val="22"/>
        </w:rPr>
        <w:t xml:space="preserve"> (5).</w:t>
      </w:r>
    </w:p>
    <w:p w14:paraId="17112BD4" w14:textId="77777777" w:rsidR="00A8200A" w:rsidRPr="009E14E8" w:rsidRDefault="00A8200A" w:rsidP="009E14E8">
      <w:pPr>
        <w:ind w:left="284"/>
        <w:rPr>
          <w:sz w:val="22"/>
        </w:rPr>
      </w:pPr>
    </w:p>
    <w:p w14:paraId="08CB2FFF" w14:textId="77777777" w:rsidR="00A8200A" w:rsidRPr="009E14E8" w:rsidRDefault="00000000">
      <w:pPr>
        <w:keepNext/>
        <w:rPr>
          <w:sz w:val="22"/>
        </w:rPr>
      </w:pPr>
      <w:r>
        <w:rPr>
          <w:b/>
          <w:sz w:val="22"/>
        </w:rPr>
        <w:t xml:space="preserve">2. </w:t>
      </w:r>
      <w:proofErr w:type="spellStart"/>
      <w:r>
        <w:rPr>
          <w:b/>
          <w:sz w:val="22"/>
        </w:rPr>
        <w:t>Yakıt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hücreli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araçta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hızlanma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ve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yavaşlama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sırasında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batarya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ile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elektrik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motorunun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görevlerini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ayrı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ayrı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açıklayınız</w:t>
      </w:r>
      <w:proofErr w:type="spellEnd"/>
      <w:r>
        <w:rPr>
          <w:b/>
          <w:sz w:val="22"/>
        </w:rPr>
        <w:t>. (20 Puan)</w:t>
      </w:r>
    </w:p>
    <w:p w14:paraId="75FD0427" w14:textId="77777777" w:rsidR="00A8200A" w:rsidRPr="009E14E8" w:rsidRDefault="00000000" w:rsidP="009E14E8">
      <w:pPr>
        <w:ind w:left="284"/>
        <w:rPr>
          <w:sz w:val="22"/>
        </w:rPr>
      </w:pPr>
      <w:proofErr w:type="spellStart"/>
      <w:r>
        <w:rPr>
          <w:sz w:val="22"/>
        </w:rPr>
        <w:t>Hızlanmada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batarya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elektrik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desteği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verir</w:t>
      </w:r>
      <w:proofErr w:type="spellEnd"/>
      <w:r>
        <w:rPr>
          <w:sz w:val="22"/>
        </w:rPr>
        <w:t xml:space="preserve">, motor </w:t>
      </w:r>
      <w:proofErr w:type="spellStart"/>
      <w:r>
        <w:rPr>
          <w:sz w:val="22"/>
        </w:rPr>
        <w:t>çekiş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torku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üretir</w:t>
      </w:r>
      <w:proofErr w:type="spellEnd"/>
      <w:r>
        <w:rPr>
          <w:sz w:val="22"/>
        </w:rPr>
        <w:t xml:space="preserve"> (2 × 5 = 10). </w:t>
      </w:r>
      <w:proofErr w:type="spellStart"/>
      <w:r>
        <w:rPr>
          <w:sz w:val="22"/>
        </w:rPr>
        <w:t>Yavaşlamada</w:t>
      </w:r>
      <w:proofErr w:type="spellEnd"/>
      <w:r>
        <w:rPr>
          <w:sz w:val="22"/>
        </w:rPr>
        <w:t xml:space="preserve"> motor </w:t>
      </w:r>
      <w:proofErr w:type="spellStart"/>
      <w:r>
        <w:rPr>
          <w:sz w:val="22"/>
        </w:rPr>
        <w:t>jeneratör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olarak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çalışabilir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batarya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uygun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koşullarda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enerjiyi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depolar</w:t>
      </w:r>
      <w:proofErr w:type="spellEnd"/>
      <w:r>
        <w:rPr>
          <w:sz w:val="22"/>
        </w:rPr>
        <w:t xml:space="preserve"> (2 × 5 = 10).</w:t>
      </w:r>
    </w:p>
    <w:p w14:paraId="0695470E" w14:textId="77777777" w:rsidR="00A8200A" w:rsidRPr="009E14E8" w:rsidRDefault="00A8200A" w:rsidP="009E14E8">
      <w:pPr>
        <w:ind w:left="284"/>
        <w:rPr>
          <w:sz w:val="22"/>
        </w:rPr>
      </w:pPr>
    </w:p>
    <w:p w14:paraId="27D3935E" w14:textId="77777777" w:rsidR="00A8200A" w:rsidRPr="009E14E8" w:rsidRDefault="00000000">
      <w:pPr>
        <w:keepNext/>
        <w:rPr>
          <w:sz w:val="22"/>
        </w:rPr>
      </w:pPr>
      <w:r>
        <w:rPr>
          <w:b/>
          <w:sz w:val="22"/>
        </w:rPr>
        <w:t xml:space="preserve">3. </w:t>
      </w:r>
      <w:proofErr w:type="spellStart"/>
      <w:r>
        <w:rPr>
          <w:b/>
          <w:sz w:val="22"/>
        </w:rPr>
        <w:t>Elektrolizör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ile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yakıt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hücresini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enerji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dönüşümü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ve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görevleri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bakımından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karşılaştırınız</w:t>
      </w:r>
      <w:proofErr w:type="spellEnd"/>
      <w:r>
        <w:rPr>
          <w:b/>
          <w:sz w:val="22"/>
        </w:rPr>
        <w:t>. (15 Puan)</w:t>
      </w:r>
    </w:p>
    <w:p w14:paraId="7AC94839" w14:textId="77777777" w:rsidR="00A8200A" w:rsidRPr="009E14E8" w:rsidRDefault="00000000" w:rsidP="009E14E8">
      <w:pPr>
        <w:ind w:left="284"/>
        <w:rPr>
          <w:sz w:val="22"/>
        </w:rPr>
      </w:pPr>
      <w:proofErr w:type="spellStart"/>
      <w:r>
        <w:rPr>
          <w:sz w:val="22"/>
        </w:rPr>
        <w:t>Elektrolizör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elektrik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kullanarak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sudan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hidrojen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ve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oksijen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üretir</w:t>
      </w:r>
      <w:proofErr w:type="spellEnd"/>
      <w:r>
        <w:rPr>
          <w:sz w:val="22"/>
        </w:rPr>
        <w:t xml:space="preserve"> (5). </w:t>
      </w:r>
      <w:proofErr w:type="spellStart"/>
      <w:r>
        <w:rPr>
          <w:sz w:val="22"/>
        </w:rPr>
        <w:t>Yakıt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hücresi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yakıtın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kimyasal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enerjisinden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elektrik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üretir</w:t>
      </w:r>
      <w:proofErr w:type="spellEnd"/>
      <w:r>
        <w:rPr>
          <w:sz w:val="22"/>
        </w:rPr>
        <w:t xml:space="preserve"> (5). Biri </w:t>
      </w:r>
      <w:proofErr w:type="spellStart"/>
      <w:r>
        <w:rPr>
          <w:sz w:val="22"/>
        </w:rPr>
        <w:t>hidrojen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üretiminde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diğeri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elektrik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elde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edilmesinde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kullanılır</w:t>
      </w:r>
      <w:proofErr w:type="spellEnd"/>
      <w:r>
        <w:rPr>
          <w:sz w:val="22"/>
        </w:rPr>
        <w:t xml:space="preserve"> (5).</w:t>
      </w:r>
    </w:p>
    <w:p w14:paraId="16E4B310" w14:textId="77777777" w:rsidR="00A8200A" w:rsidRPr="009E14E8" w:rsidRDefault="00A8200A" w:rsidP="009E14E8">
      <w:pPr>
        <w:ind w:left="284"/>
        <w:rPr>
          <w:sz w:val="22"/>
        </w:rPr>
      </w:pPr>
    </w:p>
    <w:p w14:paraId="5EB62622" w14:textId="77777777" w:rsidR="00A8200A" w:rsidRPr="009E14E8" w:rsidRDefault="00000000">
      <w:pPr>
        <w:keepNext/>
        <w:rPr>
          <w:sz w:val="22"/>
        </w:rPr>
      </w:pPr>
      <w:r>
        <w:rPr>
          <w:b/>
          <w:sz w:val="22"/>
        </w:rPr>
        <w:t xml:space="preserve">4. 2H₂ + O₂ → 2H₂O </w:t>
      </w:r>
      <w:proofErr w:type="spellStart"/>
      <w:r>
        <w:rPr>
          <w:b/>
          <w:sz w:val="22"/>
        </w:rPr>
        <w:t>denkleminde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girenleri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ve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ürünü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yazınız</w:t>
      </w:r>
      <w:proofErr w:type="spellEnd"/>
      <w:r>
        <w:rPr>
          <w:b/>
          <w:sz w:val="22"/>
        </w:rPr>
        <w:t xml:space="preserve">; her </w:t>
      </w:r>
      <w:proofErr w:type="spellStart"/>
      <w:r>
        <w:rPr>
          <w:b/>
          <w:sz w:val="22"/>
        </w:rPr>
        <w:t>iki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taraftaki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hidrojen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ve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oksijen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atomlarını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sayınız</w:t>
      </w:r>
      <w:proofErr w:type="spellEnd"/>
      <w:r>
        <w:rPr>
          <w:b/>
          <w:sz w:val="22"/>
        </w:rPr>
        <w:t>. (15 Puan)</w:t>
      </w:r>
    </w:p>
    <w:p w14:paraId="0CE1BE78" w14:textId="77777777" w:rsidR="00A8200A" w:rsidRPr="009E14E8" w:rsidRDefault="00000000" w:rsidP="009E14E8">
      <w:pPr>
        <w:ind w:left="284"/>
        <w:rPr>
          <w:sz w:val="22"/>
        </w:rPr>
      </w:pPr>
      <w:proofErr w:type="spellStart"/>
      <w:r>
        <w:rPr>
          <w:sz w:val="22"/>
        </w:rPr>
        <w:t>Girenler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hidrojen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ve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oksijen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ürün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sudur</w:t>
      </w:r>
      <w:proofErr w:type="spellEnd"/>
      <w:r>
        <w:rPr>
          <w:sz w:val="22"/>
        </w:rPr>
        <w:t xml:space="preserve"> (5). Her </w:t>
      </w:r>
      <w:proofErr w:type="spellStart"/>
      <w:r>
        <w:rPr>
          <w:sz w:val="22"/>
        </w:rPr>
        <w:t>iki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tarafta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dört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hidrojen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atomu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vardır</w:t>
      </w:r>
      <w:proofErr w:type="spellEnd"/>
      <w:r>
        <w:rPr>
          <w:sz w:val="22"/>
        </w:rPr>
        <w:t xml:space="preserve"> (5). Her </w:t>
      </w:r>
      <w:proofErr w:type="spellStart"/>
      <w:r>
        <w:rPr>
          <w:sz w:val="22"/>
        </w:rPr>
        <w:t>iki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tarafta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iki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oksijen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atomu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vardır</w:t>
      </w:r>
      <w:proofErr w:type="spellEnd"/>
      <w:r>
        <w:rPr>
          <w:sz w:val="22"/>
        </w:rPr>
        <w:t xml:space="preserve"> (5).</w:t>
      </w:r>
    </w:p>
    <w:p w14:paraId="4B54CC72" w14:textId="77777777" w:rsidR="00A8200A" w:rsidRPr="009E14E8" w:rsidRDefault="00A8200A" w:rsidP="009E14E8">
      <w:pPr>
        <w:ind w:left="284"/>
        <w:rPr>
          <w:sz w:val="22"/>
        </w:rPr>
      </w:pPr>
    </w:p>
    <w:p w14:paraId="0F341CDD" w14:textId="77777777" w:rsidR="00A8200A" w:rsidRPr="009E14E8" w:rsidRDefault="00000000">
      <w:pPr>
        <w:keepNext/>
        <w:rPr>
          <w:sz w:val="22"/>
        </w:rPr>
      </w:pPr>
      <w:r>
        <w:rPr>
          <w:b/>
          <w:sz w:val="22"/>
        </w:rPr>
        <w:t xml:space="preserve">5. </w:t>
      </w:r>
      <w:proofErr w:type="spellStart"/>
      <w:r>
        <w:rPr>
          <w:b/>
          <w:sz w:val="22"/>
        </w:rPr>
        <w:t>Hidrojenin</w:t>
      </w:r>
      <w:proofErr w:type="spellEnd"/>
      <w:r>
        <w:rPr>
          <w:b/>
          <w:sz w:val="22"/>
        </w:rPr>
        <w:t xml:space="preserve"> kilogram </w:t>
      </w:r>
      <w:proofErr w:type="spellStart"/>
      <w:r>
        <w:rPr>
          <w:b/>
          <w:sz w:val="22"/>
        </w:rPr>
        <w:t>başına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enerji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içeriğinin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yüksek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olması</w:t>
      </w:r>
      <w:proofErr w:type="spellEnd"/>
      <w:r>
        <w:rPr>
          <w:b/>
          <w:sz w:val="22"/>
        </w:rPr>
        <w:t xml:space="preserve">, </w:t>
      </w:r>
      <w:proofErr w:type="spellStart"/>
      <w:r>
        <w:rPr>
          <w:b/>
          <w:sz w:val="22"/>
        </w:rPr>
        <w:t>araçta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küçük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bir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tankın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yeterli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olduğunu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kanıtlar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mı</w:t>
      </w:r>
      <w:proofErr w:type="spellEnd"/>
      <w:r>
        <w:rPr>
          <w:b/>
          <w:sz w:val="22"/>
        </w:rPr>
        <w:t xml:space="preserve">? </w:t>
      </w:r>
      <w:proofErr w:type="spellStart"/>
      <w:r>
        <w:rPr>
          <w:b/>
          <w:sz w:val="22"/>
        </w:rPr>
        <w:t>Gerekçesiyle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yazınız</w:t>
      </w:r>
      <w:proofErr w:type="spellEnd"/>
      <w:r>
        <w:rPr>
          <w:b/>
          <w:sz w:val="22"/>
        </w:rPr>
        <w:t>. (10 Puan)</w:t>
      </w:r>
    </w:p>
    <w:p w14:paraId="5D440FE4" w14:textId="77777777" w:rsidR="00A8200A" w:rsidRPr="009E14E8" w:rsidRDefault="00000000" w:rsidP="009E14E8">
      <w:pPr>
        <w:ind w:left="284"/>
        <w:rPr>
          <w:sz w:val="22"/>
        </w:rPr>
      </w:pPr>
      <w:proofErr w:type="spellStart"/>
      <w:r>
        <w:rPr>
          <w:sz w:val="22"/>
        </w:rPr>
        <w:t>Hayır</w:t>
      </w:r>
      <w:proofErr w:type="spellEnd"/>
      <w:r>
        <w:rPr>
          <w:sz w:val="22"/>
        </w:rPr>
        <w:t xml:space="preserve"> (2). </w:t>
      </w:r>
      <w:proofErr w:type="spellStart"/>
      <w:r>
        <w:rPr>
          <w:sz w:val="22"/>
        </w:rPr>
        <w:t>Kütle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başına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enerji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ile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hacim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başına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enerji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farklıdır</w:t>
      </w:r>
      <w:proofErr w:type="spellEnd"/>
      <w:r>
        <w:rPr>
          <w:sz w:val="22"/>
        </w:rPr>
        <w:t xml:space="preserve">; </w:t>
      </w:r>
      <w:proofErr w:type="spellStart"/>
      <w:r>
        <w:rPr>
          <w:sz w:val="22"/>
        </w:rPr>
        <w:t>hidrojenin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yoğunluğu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ve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depolama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koşulları</w:t>
      </w:r>
      <w:proofErr w:type="spellEnd"/>
      <w:r>
        <w:rPr>
          <w:sz w:val="22"/>
        </w:rPr>
        <w:t xml:space="preserve"> tank </w:t>
      </w:r>
      <w:proofErr w:type="spellStart"/>
      <w:r>
        <w:rPr>
          <w:sz w:val="22"/>
        </w:rPr>
        <w:t>hacmini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etkiler</w:t>
      </w:r>
      <w:proofErr w:type="spellEnd"/>
      <w:r>
        <w:rPr>
          <w:sz w:val="22"/>
        </w:rPr>
        <w:t xml:space="preserve"> (8).</w:t>
      </w:r>
    </w:p>
    <w:p w14:paraId="17229438" w14:textId="77777777" w:rsidR="00A8200A" w:rsidRPr="009E14E8" w:rsidRDefault="00A8200A" w:rsidP="009E14E8">
      <w:pPr>
        <w:ind w:left="284"/>
        <w:rPr>
          <w:sz w:val="22"/>
        </w:rPr>
      </w:pPr>
    </w:p>
    <w:p w14:paraId="249CDB86" w14:textId="77777777" w:rsidR="00A8200A" w:rsidRPr="009E14E8" w:rsidRDefault="00000000">
      <w:pPr>
        <w:keepNext/>
        <w:rPr>
          <w:sz w:val="22"/>
        </w:rPr>
      </w:pPr>
      <w:r>
        <w:rPr>
          <w:b/>
          <w:sz w:val="22"/>
        </w:rPr>
        <w:t xml:space="preserve">6. </w:t>
      </w:r>
      <w:proofErr w:type="spellStart"/>
      <w:r>
        <w:rPr>
          <w:b/>
          <w:sz w:val="22"/>
        </w:rPr>
        <w:t>Gücü</w:t>
      </w:r>
      <w:proofErr w:type="spellEnd"/>
      <w:r>
        <w:rPr>
          <w:b/>
          <w:sz w:val="22"/>
        </w:rPr>
        <w:t xml:space="preserve"> 15 kW </w:t>
      </w:r>
      <w:proofErr w:type="spellStart"/>
      <w:r>
        <w:rPr>
          <w:b/>
          <w:sz w:val="22"/>
        </w:rPr>
        <w:t>olan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bir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araç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sistemi</w:t>
      </w:r>
      <w:proofErr w:type="spellEnd"/>
      <w:r>
        <w:rPr>
          <w:b/>
          <w:sz w:val="22"/>
        </w:rPr>
        <w:t xml:space="preserve"> 40 </w:t>
      </w:r>
      <w:proofErr w:type="spellStart"/>
      <w:r>
        <w:rPr>
          <w:b/>
          <w:sz w:val="22"/>
        </w:rPr>
        <w:t>dakika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çalışıyor</w:t>
      </w:r>
      <w:proofErr w:type="spellEnd"/>
      <w:r>
        <w:rPr>
          <w:b/>
          <w:sz w:val="22"/>
        </w:rPr>
        <w:t xml:space="preserve">. Güç </w:t>
      </w:r>
      <w:proofErr w:type="spellStart"/>
      <w:r>
        <w:rPr>
          <w:b/>
          <w:sz w:val="22"/>
        </w:rPr>
        <w:t>sabitken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tüketilen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elektrik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enerjisini</w:t>
      </w:r>
      <w:proofErr w:type="spellEnd"/>
      <w:r>
        <w:rPr>
          <w:b/>
          <w:sz w:val="22"/>
        </w:rPr>
        <w:t xml:space="preserve"> kWh </w:t>
      </w:r>
      <w:proofErr w:type="spellStart"/>
      <w:r>
        <w:rPr>
          <w:b/>
          <w:sz w:val="22"/>
        </w:rPr>
        <w:t>olarak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hesaplayınız</w:t>
      </w:r>
      <w:proofErr w:type="spellEnd"/>
      <w:r>
        <w:rPr>
          <w:b/>
          <w:sz w:val="22"/>
        </w:rPr>
        <w:t>. (10 Puan)</w:t>
      </w:r>
    </w:p>
    <w:p w14:paraId="309E597B" w14:textId="77777777" w:rsidR="00A8200A" w:rsidRPr="009E14E8" w:rsidRDefault="00000000" w:rsidP="009E14E8">
      <w:pPr>
        <w:ind w:left="284"/>
        <w:rPr>
          <w:sz w:val="22"/>
        </w:rPr>
      </w:pPr>
      <w:r>
        <w:rPr>
          <w:sz w:val="22"/>
        </w:rPr>
        <w:t xml:space="preserve">40 </w:t>
      </w:r>
      <w:proofErr w:type="spellStart"/>
      <w:r>
        <w:rPr>
          <w:sz w:val="22"/>
        </w:rPr>
        <w:t>dakika</w:t>
      </w:r>
      <w:proofErr w:type="spellEnd"/>
      <w:r>
        <w:rPr>
          <w:sz w:val="22"/>
        </w:rPr>
        <w:t xml:space="preserve"> = 2/3 </w:t>
      </w:r>
      <w:proofErr w:type="spellStart"/>
      <w:r>
        <w:rPr>
          <w:sz w:val="22"/>
        </w:rPr>
        <w:t>saat</w:t>
      </w:r>
      <w:proofErr w:type="spellEnd"/>
      <w:r>
        <w:rPr>
          <w:sz w:val="22"/>
        </w:rPr>
        <w:t xml:space="preserve"> (3). E = P × t (3). E = 15 × 2/3 = 10 kWh (4).</w:t>
      </w:r>
    </w:p>
    <w:p w14:paraId="45DB8732" w14:textId="77777777" w:rsidR="00A8200A" w:rsidRPr="009E14E8" w:rsidRDefault="00A8200A" w:rsidP="009E14E8">
      <w:pPr>
        <w:ind w:left="284"/>
        <w:rPr>
          <w:sz w:val="22"/>
        </w:rPr>
      </w:pPr>
    </w:p>
    <w:p w14:paraId="11DE55E5" w14:textId="77777777" w:rsidR="00A8200A" w:rsidRPr="009E14E8" w:rsidRDefault="00000000">
      <w:pPr>
        <w:keepNext/>
        <w:rPr>
          <w:sz w:val="22"/>
        </w:rPr>
      </w:pPr>
      <w:r>
        <w:rPr>
          <w:b/>
          <w:sz w:val="22"/>
        </w:rPr>
        <w:t xml:space="preserve">7. </w:t>
      </w:r>
      <w:proofErr w:type="spellStart"/>
      <w:r>
        <w:rPr>
          <w:b/>
          <w:sz w:val="22"/>
        </w:rPr>
        <w:t>Yakıt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hücreli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aracın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kullanım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yerindeki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emisyonuna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bakmak</w:t>
      </w:r>
      <w:proofErr w:type="spellEnd"/>
      <w:r>
        <w:rPr>
          <w:b/>
          <w:sz w:val="22"/>
        </w:rPr>
        <w:t xml:space="preserve">, </w:t>
      </w:r>
      <w:proofErr w:type="spellStart"/>
      <w:r>
        <w:rPr>
          <w:b/>
          <w:sz w:val="22"/>
        </w:rPr>
        <w:t>çevresel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etkisini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değerlendirmek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için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neden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yeterli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değildir</w:t>
      </w:r>
      <w:proofErr w:type="spellEnd"/>
      <w:r>
        <w:rPr>
          <w:b/>
          <w:sz w:val="22"/>
        </w:rPr>
        <w:t>? (10 Puan)</w:t>
      </w:r>
    </w:p>
    <w:p w14:paraId="1991E5AB" w14:textId="77777777" w:rsidR="00A8200A" w:rsidRPr="009E14E8" w:rsidRDefault="00000000" w:rsidP="009E14E8">
      <w:pPr>
        <w:ind w:left="284"/>
        <w:rPr>
          <w:sz w:val="22"/>
        </w:rPr>
      </w:pPr>
      <w:proofErr w:type="spellStart"/>
      <w:r>
        <w:rPr>
          <w:sz w:val="22"/>
        </w:rPr>
        <w:t>Hidrojen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üretiminde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kullanılan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enerji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kaynağı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etkiyi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değiştirir</w:t>
      </w:r>
      <w:proofErr w:type="spellEnd"/>
      <w:r>
        <w:rPr>
          <w:sz w:val="22"/>
        </w:rPr>
        <w:t xml:space="preserve"> (5). </w:t>
      </w:r>
      <w:proofErr w:type="spellStart"/>
      <w:r>
        <w:rPr>
          <w:sz w:val="22"/>
        </w:rPr>
        <w:t>Hazırlama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taşıma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ve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sıkıştırma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gibi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diğer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aşamalar</w:t>
      </w:r>
      <w:proofErr w:type="spellEnd"/>
      <w:r>
        <w:rPr>
          <w:sz w:val="22"/>
        </w:rPr>
        <w:t xml:space="preserve"> da </w:t>
      </w:r>
      <w:proofErr w:type="spellStart"/>
      <w:r>
        <w:rPr>
          <w:sz w:val="22"/>
        </w:rPr>
        <w:t>değerlendirilmelidir</w:t>
      </w:r>
      <w:proofErr w:type="spellEnd"/>
      <w:r>
        <w:rPr>
          <w:sz w:val="22"/>
        </w:rPr>
        <w:t xml:space="preserve"> (5).</w:t>
      </w:r>
    </w:p>
    <w:p w14:paraId="0D24A2CC" w14:textId="77777777" w:rsidR="00A8200A" w:rsidRPr="009E14E8" w:rsidRDefault="00A8200A" w:rsidP="009E14E8">
      <w:pPr>
        <w:ind w:left="284"/>
        <w:rPr>
          <w:sz w:val="22"/>
        </w:rPr>
      </w:pPr>
    </w:p>
    <w:p w14:paraId="51861F23" w14:textId="77777777" w:rsidR="00A8200A" w:rsidRPr="009E14E8" w:rsidRDefault="00000000" w:rsidP="009E14E8">
      <w:pPr>
        <w:ind w:left="284"/>
        <w:rPr>
          <w:sz w:val="22"/>
        </w:rPr>
      </w:pPr>
      <w:proofErr w:type="spellStart"/>
      <w:r>
        <w:rPr>
          <w:sz w:val="22"/>
        </w:rPr>
        <w:t>Anlamı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doğru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eşdeğer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cevaplar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kabul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edilir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Kısmi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puanlar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yukarıda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belirtilmiştir</w:t>
      </w:r>
      <w:proofErr w:type="spellEnd"/>
      <w:r>
        <w:rPr>
          <w:sz w:val="22"/>
        </w:rPr>
        <w:t xml:space="preserve">. </w:t>
      </w:r>
      <w:proofErr w:type="spellStart"/>
      <w:r>
        <w:rPr>
          <w:sz w:val="22"/>
        </w:rPr>
        <w:t>Süre</w:t>
      </w:r>
      <w:proofErr w:type="spellEnd"/>
      <w:r>
        <w:rPr>
          <w:sz w:val="22"/>
        </w:rPr>
        <w:t xml:space="preserve">: 40 </w:t>
      </w:r>
      <w:proofErr w:type="spellStart"/>
      <w:r>
        <w:rPr>
          <w:sz w:val="22"/>
        </w:rPr>
        <w:t>dakika</w:t>
      </w:r>
      <w:proofErr w:type="spellEnd"/>
      <w:r>
        <w:rPr>
          <w:sz w:val="22"/>
        </w:rPr>
        <w:t>.</w:t>
      </w:r>
    </w:p>
    <w:sectPr w:rsidR="00A8200A" w:rsidRPr="009E14E8" w:rsidSect="00034616">
      <w:pgSz w:w="12240" w:h="15840"/>
      <w:pgMar w:top="652" w:right="794" w:bottom="62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0089377">
    <w:abstractNumId w:val="8"/>
  </w:num>
  <w:num w:numId="2" w16cid:durableId="28067016">
    <w:abstractNumId w:val="6"/>
  </w:num>
  <w:num w:numId="3" w16cid:durableId="1860779056">
    <w:abstractNumId w:val="5"/>
  </w:num>
  <w:num w:numId="4" w16cid:durableId="1019695370">
    <w:abstractNumId w:val="4"/>
  </w:num>
  <w:num w:numId="5" w16cid:durableId="1464154214">
    <w:abstractNumId w:val="7"/>
  </w:num>
  <w:num w:numId="6" w16cid:durableId="568922596">
    <w:abstractNumId w:val="3"/>
  </w:num>
  <w:num w:numId="7" w16cid:durableId="969016627">
    <w:abstractNumId w:val="2"/>
  </w:num>
  <w:num w:numId="8" w16cid:durableId="207182505">
    <w:abstractNumId w:val="1"/>
  </w:num>
  <w:num w:numId="9" w16cid:durableId="202136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3045"/>
    <w:rsid w:val="0015074B"/>
    <w:rsid w:val="0029639D"/>
    <w:rsid w:val="00326F90"/>
    <w:rsid w:val="00482046"/>
    <w:rsid w:val="0062301E"/>
    <w:rsid w:val="008E3611"/>
    <w:rsid w:val="009E14E8"/>
    <w:rsid w:val="00A66A77"/>
    <w:rsid w:val="00A8200A"/>
    <w:rsid w:val="00AA1D8D"/>
    <w:rsid w:val="00AA7DEE"/>
    <w:rsid w:val="00B47730"/>
    <w:rsid w:val="00C94C38"/>
    <w:rsid w:val="00CB0664"/>
    <w:rsid w:val="00D221F6"/>
    <w:rsid w:val="00D76A9F"/>
    <w:rsid w:val="00E7303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57DA28"/>
  <w14:defaultImageDpi w14:val="300"/>
  <w15:docId w15:val="{A42D9CEB-C6DF-420A-9C40-2812BAAB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8</cp:revision>
  <dcterms:created xsi:type="dcterms:W3CDTF">2013-12-23T23:15:00Z</dcterms:created>
  <dcterms:modified xsi:type="dcterms:W3CDTF">2026-10-05T14:56:00Z</dcterms:modified>
  <cp:category/>
</cp:coreProperties>
</file>