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0E233" w14:textId="77777777" w:rsidR="00D221F6" w:rsidRPr="009E14E8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9E14E8">
        <w:rPr>
          <w:b/>
          <w:sz w:val="24"/>
          <w:szCs w:val="24"/>
        </w:rPr>
        <w:t>YAHŞİHAN MESLEKİ EĞİTİM MERKEZİ</w:t>
      </w:r>
    </w:p>
    <w:p w14:paraId="1902BBCF" w14:textId="77777777" w:rsidR="00D221F6" w:rsidRPr="009E14E8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9E14E8">
        <w:rPr>
          <w:b/>
          <w:sz w:val="24"/>
          <w:szCs w:val="24"/>
        </w:rPr>
        <w:t>2026/2027 EĞİTİM ÖĞRETİM YILI MOTORLU ARAÇLAR TEKNOLOJİSİ ALANI</w:t>
      </w:r>
    </w:p>
    <w:p w14:paraId="18EBC2A7" w14:textId="13632F31" w:rsidR="00D221F6" w:rsidRDefault="00000000" w:rsidP="00123045">
      <w:pPr>
        <w:spacing w:after="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SEÇMELİ YAKIT HÜCRELİ ARAÇLAR DERSİ 2. DÖNEM 1. YAZILI SINAVI</w:t>
      </w:r>
    </w:p>
    <w:p w14:paraId="27973AF7" w14:textId="77777777" w:rsidR="00D221F6" w:rsidRPr="009E14E8" w:rsidRDefault="00000000" w:rsidP="00123045">
      <w:pPr>
        <w:spacing w:after="40" w:line="360" w:lineRule="auto"/>
        <w:rPr>
          <w:sz w:val="24"/>
          <w:szCs w:val="24"/>
        </w:rPr>
      </w:pPr>
      <w:proofErr w:type="spellStart"/>
      <w:r w:rsidRPr="009E14E8">
        <w:rPr>
          <w:sz w:val="24"/>
          <w:szCs w:val="24"/>
        </w:rPr>
        <w:t>Adı</w:t>
      </w:r>
      <w:proofErr w:type="spellEnd"/>
      <w:r w:rsidRPr="009E14E8">
        <w:rPr>
          <w:sz w:val="24"/>
          <w:szCs w:val="24"/>
        </w:rPr>
        <w:t xml:space="preserve"> Soyadı: ............................................................    </w:t>
      </w:r>
      <w:proofErr w:type="spellStart"/>
      <w:r w:rsidRPr="009E14E8">
        <w:rPr>
          <w:sz w:val="24"/>
          <w:szCs w:val="24"/>
        </w:rPr>
        <w:t>Sınıfı</w:t>
      </w:r>
      <w:proofErr w:type="spellEnd"/>
      <w:r w:rsidRPr="009E14E8">
        <w:rPr>
          <w:sz w:val="24"/>
          <w:szCs w:val="24"/>
        </w:rPr>
        <w:t xml:space="preserve">/No: ....................    </w:t>
      </w:r>
      <w:proofErr w:type="spellStart"/>
      <w:r w:rsidRPr="009E14E8">
        <w:rPr>
          <w:sz w:val="24"/>
          <w:szCs w:val="24"/>
        </w:rPr>
        <w:t>Aldığı</w:t>
      </w:r>
      <w:proofErr w:type="spellEnd"/>
      <w:r w:rsidRPr="009E14E8">
        <w:rPr>
          <w:sz w:val="24"/>
          <w:szCs w:val="24"/>
        </w:rPr>
        <w:t xml:space="preserve"> Not: ............</w:t>
      </w:r>
    </w:p>
    <w:p w14:paraId="6FBDD558" w14:textId="656030C1" w:rsidR="00D221F6" w:rsidRPr="00123045" w:rsidRDefault="00000000">
      <w:pPr>
        <w:jc w:val="center"/>
        <w:rPr>
          <w:sz w:val="22"/>
        </w:rPr>
      </w:pPr>
      <w:r>
        <w:rPr>
          <w:b/>
          <w:sz w:val="22"/>
        </w:rPr>
        <w:t>SORULAR</w:t>
      </w:r>
    </w:p>
    <w:p w14:paraId="60AE72F9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 xml:space="preserve">1. PEMFC </w:t>
      </w:r>
      <w:proofErr w:type="spellStart"/>
      <w:r>
        <w:rPr>
          <w:sz w:val="22"/>
        </w:rPr>
        <w:t>ile</w:t>
      </w:r>
      <w:proofErr w:type="spellEnd"/>
      <w:r>
        <w:rPr>
          <w:sz w:val="22"/>
        </w:rPr>
        <w:t xml:space="preserve"> SOFC </w:t>
      </w:r>
      <w:proofErr w:type="spellStart"/>
      <w:r>
        <w:rPr>
          <w:sz w:val="22"/>
        </w:rPr>
        <w:t>türlerini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elektrolit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çalışma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sıcaklığı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düzeyi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bakımından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karşılaştırınız</w:t>
      </w:r>
      <w:proofErr w:type="spellEnd"/>
      <w:r>
        <w:rPr>
          <w:sz w:val="22"/>
        </w:rPr>
        <w:t>. (20 Puan)</w:t>
      </w:r>
    </w:p>
    <w:p w14:paraId="78CDDB57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0C6496B7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09F69292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 xml:space="preserve">2. PEM </w:t>
      </w:r>
      <w:proofErr w:type="spellStart"/>
      <w:r>
        <w:rPr>
          <w:sz w:val="22"/>
        </w:rPr>
        <w:t>hücresinin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anot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katot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yarı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reaksiyonlarını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ardından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toplam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reaksiyonunu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yazınız</w:t>
      </w:r>
      <w:proofErr w:type="spellEnd"/>
      <w:r>
        <w:rPr>
          <w:sz w:val="22"/>
        </w:rPr>
        <w:t>. (20 Puan)</w:t>
      </w:r>
    </w:p>
    <w:p w14:paraId="5361A555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641093DB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6B051A90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 xml:space="preserve">3. </w:t>
      </w:r>
      <w:proofErr w:type="spellStart"/>
      <w:r>
        <w:rPr>
          <w:sz w:val="22"/>
        </w:rPr>
        <w:t>Bağımsız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güvenli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düşük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gerilimli</w:t>
      </w:r>
      <w:proofErr w:type="spellEnd"/>
      <w:r>
        <w:rPr>
          <w:sz w:val="22"/>
        </w:rPr>
        <w:t xml:space="preserve"> DC </w:t>
      </w:r>
      <w:proofErr w:type="spellStart"/>
      <w:r>
        <w:rPr>
          <w:sz w:val="22"/>
        </w:rPr>
        <w:t>eğitim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devresinde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gerilim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ölçümü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için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cihaz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ayarını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bağlantı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biçimini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akım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girişine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karşı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alınacak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önlemi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açıklayınız</w:t>
      </w:r>
      <w:proofErr w:type="spellEnd"/>
      <w:r>
        <w:rPr>
          <w:sz w:val="22"/>
        </w:rPr>
        <w:t>. (15 Puan)</w:t>
      </w:r>
    </w:p>
    <w:p w14:paraId="3DD8F6A1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477A631E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3D394D91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 xml:space="preserve">4. Seri </w:t>
      </w:r>
      <w:proofErr w:type="spellStart"/>
      <w:r>
        <w:rPr>
          <w:sz w:val="22"/>
        </w:rPr>
        <w:t>bağlı</w:t>
      </w:r>
      <w:proofErr w:type="spellEnd"/>
      <w:r>
        <w:rPr>
          <w:sz w:val="22"/>
        </w:rPr>
        <w:t xml:space="preserve"> 100 </w:t>
      </w:r>
      <w:proofErr w:type="spellStart"/>
      <w:r>
        <w:rPr>
          <w:sz w:val="22"/>
        </w:rPr>
        <w:t>hücrenin</w:t>
      </w:r>
      <w:proofErr w:type="spellEnd"/>
      <w:r>
        <w:rPr>
          <w:sz w:val="22"/>
        </w:rPr>
        <w:t xml:space="preserve"> her </w:t>
      </w:r>
      <w:proofErr w:type="spellStart"/>
      <w:r>
        <w:rPr>
          <w:sz w:val="22"/>
        </w:rPr>
        <w:t>biri</w:t>
      </w:r>
      <w:proofErr w:type="spellEnd"/>
      <w:r>
        <w:rPr>
          <w:sz w:val="22"/>
        </w:rPr>
        <w:t xml:space="preserve"> 0,70 V </w:t>
      </w:r>
      <w:proofErr w:type="spellStart"/>
      <w:r>
        <w:rPr>
          <w:sz w:val="22"/>
        </w:rPr>
        <w:t>üretiyor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yığın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akımı</w:t>
      </w:r>
      <w:proofErr w:type="spellEnd"/>
      <w:r>
        <w:rPr>
          <w:sz w:val="22"/>
        </w:rPr>
        <w:t xml:space="preserve"> 20 A </w:t>
      </w:r>
      <w:proofErr w:type="spellStart"/>
      <w:r>
        <w:rPr>
          <w:sz w:val="22"/>
        </w:rPr>
        <w:t>ise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toplam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gerilimi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elektrik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gücünü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hesaplayınız</w:t>
      </w:r>
      <w:proofErr w:type="spellEnd"/>
      <w:r>
        <w:rPr>
          <w:sz w:val="22"/>
        </w:rPr>
        <w:t>. (15 Puan)</w:t>
      </w:r>
    </w:p>
    <w:p w14:paraId="5A617B15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68BBB270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03B95C6A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 xml:space="preserve">5. </w:t>
      </w:r>
      <w:proofErr w:type="spellStart"/>
      <w:r>
        <w:rPr>
          <w:sz w:val="22"/>
        </w:rPr>
        <w:t>Kimyasal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denklem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denkleştirilirken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neden</w:t>
      </w:r>
      <w:proofErr w:type="spellEnd"/>
      <w:r>
        <w:rPr>
          <w:sz w:val="22"/>
        </w:rPr>
        <w:t xml:space="preserve"> H₂O </w:t>
      </w:r>
      <w:proofErr w:type="spellStart"/>
      <w:r>
        <w:rPr>
          <w:sz w:val="22"/>
        </w:rPr>
        <w:t>formülünün</w:t>
      </w:r>
      <w:proofErr w:type="spellEnd"/>
      <w:r>
        <w:rPr>
          <w:sz w:val="22"/>
        </w:rPr>
        <w:t xml:space="preserve"> alt </w:t>
      </w:r>
      <w:proofErr w:type="spellStart"/>
      <w:r>
        <w:rPr>
          <w:sz w:val="22"/>
        </w:rPr>
        <w:t>indisleri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değiştirilmez</w:t>
      </w:r>
      <w:proofErr w:type="spellEnd"/>
      <w:r>
        <w:rPr>
          <w:sz w:val="22"/>
        </w:rPr>
        <w:t>? (10 Puan)</w:t>
      </w:r>
    </w:p>
    <w:p w14:paraId="791B0D4B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1DD9FEB1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4F0C9D4C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 xml:space="preserve">6. </w:t>
      </w:r>
      <w:proofErr w:type="spellStart"/>
      <w:r>
        <w:rPr>
          <w:sz w:val="22"/>
        </w:rPr>
        <w:t>Araç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yığınının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toplam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gerilimi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olağanken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bir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hücrede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sorun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bulunabilir</w:t>
      </w:r>
      <w:proofErr w:type="spellEnd"/>
      <w:r>
        <w:rPr>
          <w:sz w:val="22"/>
        </w:rPr>
        <w:t xml:space="preserve"> mi? Hangi ek </w:t>
      </w:r>
      <w:proofErr w:type="spellStart"/>
      <w:r>
        <w:rPr>
          <w:sz w:val="22"/>
        </w:rPr>
        <w:t>veri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incelenmelidir</w:t>
      </w:r>
      <w:proofErr w:type="spellEnd"/>
      <w:r>
        <w:rPr>
          <w:sz w:val="22"/>
        </w:rPr>
        <w:t>? (10 Puan)</w:t>
      </w:r>
    </w:p>
    <w:p w14:paraId="31FB5403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11D2C40B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5DB7A260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 xml:space="preserve">7. Koku </w:t>
      </w:r>
      <w:proofErr w:type="spellStart"/>
      <w:r>
        <w:rPr>
          <w:sz w:val="22"/>
        </w:rPr>
        <w:t>alınmaması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bir</w:t>
      </w:r>
      <w:proofErr w:type="spellEnd"/>
      <w:r>
        <w:rPr>
          <w:sz w:val="22"/>
        </w:rPr>
        <w:t xml:space="preserve"> normal </w:t>
      </w:r>
      <w:proofErr w:type="spellStart"/>
      <w:r>
        <w:rPr>
          <w:sz w:val="22"/>
        </w:rPr>
        <w:t>gerilim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kaydı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yakıt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hücreli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aracın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güvenli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olduğunu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kanıtlar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mı</w:t>
      </w:r>
      <w:proofErr w:type="spellEnd"/>
      <w:r>
        <w:rPr>
          <w:sz w:val="22"/>
        </w:rPr>
        <w:t xml:space="preserve">? İki </w:t>
      </w:r>
      <w:proofErr w:type="spellStart"/>
      <w:r>
        <w:rPr>
          <w:sz w:val="22"/>
        </w:rPr>
        <w:t>gerekçe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yazınız</w:t>
      </w:r>
      <w:proofErr w:type="spellEnd"/>
      <w:r>
        <w:rPr>
          <w:sz w:val="22"/>
        </w:rPr>
        <w:t>. (10 Puan)</w:t>
      </w:r>
    </w:p>
    <w:p w14:paraId="68DD288B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07695D60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597A1E75" w14:textId="77777777" w:rsidR="00D221F6" w:rsidRPr="009E14E8" w:rsidRDefault="00000000" w:rsidP="00123045">
      <w:pPr>
        <w:ind w:left="4320" w:firstLine="720"/>
        <w:jc w:val="center"/>
        <w:rPr>
          <w:sz w:val="22"/>
        </w:rPr>
      </w:pPr>
      <w:proofErr w:type="spellStart"/>
      <w:r w:rsidRPr="009E14E8">
        <w:rPr>
          <w:sz w:val="22"/>
        </w:rPr>
        <w:t>Başarılar</w:t>
      </w:r>
      <w:proofErr w:type="spellEnd"/>
    </w:p>
    <w:p w14:paraId="3CEF6138" w14:textId="77777777" w:rsidR="00D221F6" w:rsidRPr="009E14E8" w:rsidRDefault="00000000">
      <w:pPr>
        <w:rPr>
          <w:sz w:val="22"/>
        </w:rPr>
      </w:pPr>
      <w:proofErr w:type="spellStart"/>
      <w:r w:rsidRPr="009E14E8">
        <w:rPr>
          <w:b/>
          <w:bCs/>
          <w:sz w:val="22"/>
          <w:u w:val="single"/>
        </w:rPr>
        <w:t>Süre</w:t>
      </w:r>
      <w:proofErr w:type="spellEnd"/>
      <w:r w:rsidRPr="009E14E8">
        <w:rPr>
          <w:b/>
          <w:bCs/>
          <w:sz w:val="22"/>
          <w:u w:val="single"/>
        </w:rPr>
        <w:t>:</w:t>
      </w:r>
      <w:r w:rsidRPr="009E14E8">
        <w:rPr>
          <w:sz w:val="22"/>
        </w:rPr>
        <w:t xml:space="preserve"> 40 </w:t>
      </w:r>
      <w:proofErr w:type="gramStart"/>
      <w:r w:rsidRPr="009E14E8">
        <w:rPr>
          <w:sz w:val="22"/>
        </w:rPr>
        <w:t>Dk</w:t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proofErr w:type="spellStart"/>
      <w:r w:rsidRPr="009E14E8">
        <w:rPr>
          <w:sz w:val="22"/>
        </w:rPr>
        <w:t>Mot.Arç.Tekn</w:t>
      </w:r>
      <w:proofErr w:type="spellEnd"/>
      <w:proofErr w:type="gramEnd"/>
      <w:r w:rsidRPr="009E14E8">
        <w:rPr>
          <w:sz w:val="22"/>
        </w:rPr>
        <w:t xml:space="preserve"> Öğrt Abdullah YANIK</w:t>
      </w:r>
    </w:p>
    <w:p w14:paraId="46717EB4" w14:textId="77777777" w:rsidR="00D221F6" w:rsidRDefault="00000000">
      <w:r>
        <w:br w:type="page"/>
      </w:r>
    </w:p>
    <w:p w14:paraId="0B16A5AC" w14:textId="77777777" w:rsidR="00D221F6" w:rsidRPr="009E14E8" w:rsidRDefault="00000000" w:rsidP="00123045">
      <w:pPr>
        <w:pageBreakBefore/>
        <w:spacing w:after="20" w:line="360" w:lineRule="auto"/>
        <w:jc w:val="center"/>
        <w:rPr>
          <w:sz w:val="24"/>
          <w:szCs w:val="24"/>
        </w:rPr>
      </w:pPr>
      <w:r w:rsidRPr="009E14E8">
        <w:rPr>
          <w:b/>
          <w:sz w:val="24"/>
          <w:szCs w:val="24"/>
        </w:rPr>
        <w:lastRenderedPageBreak/>
        <w:t>YAHŞİHAN MESLEKİ EĞİTİM MERKEZİ</w:t>
      </w:r>
    </w:p>
    <w:p w14:paraId="7EDE68A2" w14:textId="77777777" w:rsidR="00D221F6" w:rsidRPr="009E14E8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9E14E8">
        <w:rPr>
          <w:b/>
          <w:sz w:val="24"/>
          <w:szCs w:val="24"/>
        </w:rPr>
        <w:t>2026/2027 EĞİTİM ÖĞRETİM YILI MOTORLU ARAÇLAR TEKNOLOJİSİ ALANI</w:t>
      </w:r>
    </w:p>
    <w:p w14:paraId="3561150D" w14:textId="4E135EC3" w:rsidR="00D221F6" w:rsidRDefault="00000000" w:rsidP="00123045">
      <w:pPr>
        <w:spacing w:after="20" w:line="360" w:lineRule="auto"/>
        <w:jc w:val="center"/>
        <w:rPr>
          <w:b/>
          <w:sz w:val="22"/>
        </w:rPr>
      </w:pPr>
      <w:r>
        <w:rPr>
          <w:b/>
          <w:sz w:val="22"/>
        </w:rPr>
        <w:t>SEÇMELİ YAKIT HÜCRELİ ARAÇLAR DERSİ 2. DÖNEM 1. YAZILI SINAVI CEVAP ANAHTARI</w:t>
      </w:r>
    </w:p>
    <w:p w14:paraId="702FEF88" w14:textId="1DECC5A0" w:rsidR="00D221F6" w:rsidRPr="00123045" w:rsidRDefault="00C45194">
      <w:pPr>
        <w:jc w:val="center"/>
        <w:rPr>
          <w:sz w:val="22"/>
        </w:rPr>
      </w:pPr>
      <w:r>
        <w:rPr>
          <w:b/>
          <w:sz w:val="22"/>
        </w:rPr>
        <w:t xml:space="preserve"> </w:t>
      </w:r>
    </w:p>
    <w:p w14:paraId="5E9CABFD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 xml:space="preserve">1. PEMFC </w:t>
      </w:r>
      <w:proofErr w:type="spellStart"/>
      <w:r>
        <w:rPr>
          <w:b/>
          <w:sz w:val="22"/>
        </w:rPr>
        <w:t>ile</w:t>
      </w:r>
      <w:proofErr w:type="spellEnd"/>
      <w:r>
        <w:rPr>
          <w:b/>
          <w:sz w:val="22"/>
        </w:rPr>
        <w:t xml:space="preserve"> SOFC </w:t>
      </w:r>
      <w:proofErr w:type="spellStart"/>
      <w:r>
        <w:rPr>
          <w:b/>
          <w:sz w:val="22"/>
        </w:rPr>
        <w:t>türlerini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elektrolit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ve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çalışma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sıcaklığı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düzeyi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bakımından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karşılaştırınız</w:t>
      </w:r>
      <w:proofErr w:type="spellEnd"/>
      <w:r>
        <w:rPr>
          <w:b/>
          <w:sz w:val="22"/>
        </w:rPr>
        <w:t>. (20 Puan)</w:t>
      </w:r>
    </w:p>
    <w:p w14:paraId="54842BEF" w14:textId="77777777" w:rsidR="00A8200A" w:rsidRPr="009E14E8" w:rsidRDefault="00000000" w:rsidP="009E14E8">
      <w:pPr>
        <w:ind w:left="284"/>
        <w:rPr>
          <w:sz w:val="22"/>
        </w:rPr>
      </w:pPr>
      <w:r>
        <w:rPr>
          <w:sz w:val="22"/>
        </w:rPr>
        <w:t xml:space="preserve">PEMFC </w:t>
      </w:r>
      <w:proofErr w:type="spellStart"/>
      <w:r>
        <w:rPr>
          <w:sz w:val="22"/>
        </w:rPr>
        <w:t>polimer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membran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kullanır</w:t>
      </w:r>
      <w:proofErr w:type="spellEnd"/>
      <w:r>
        <w:rPr>
          <w:sz w:val="22"/>
        </w:rPr>
        <w:t xml:space="preserve"> (5), SOFC </w:t>
      </w:r>
      <w:proofErr w:type="spellStart"/>
      <w:r>
        <w:rPr>
          <w:sz w:val="22"/>
        </w:rPr>
        <w:t>katı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oksit</w:t>
      </w:r>
      <w:proofErr w:type="spellEnd"/>
      <w:r>
        <w:rPr>
          <w:sz w:val="22"/>
        </w:rPr>
        <w:t>/</w:t>
      </w:r>
      <w:proofErr w:type="spellStart"/>
      <w:r>
        <w:rPr>
          <w:sz w:val="22"/>
        </w:rPr>
        <w:t>seramik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elektrolit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kullanır</w:t>
      </w:r>
      <w:proofErr w:type="spellEnd"/>
      <w:r>
        <w:rPr>
          <w:sz w:val="22"/>
        </w:rPr>
        <w:t xml:space="preserve"> (5). </w:t>
      </w:r>
      <w:proofErr w:type="spellStart"/>
      <w:r>
        <w:rPr>
          <w:sz w:val="22"/>
        </w:rPr>
        <w:t>Yaygın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düşük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sıcaklıklı</w:t>
      </w:r>
      <w:proofErr w:type="spellEnd"/>
      <w:r>
        <w:rPr>
          <w:sz w:val="22"/>
        </w:rPr>
        <w:t xml:space="preserve"> PEMFC </w:t>
      </w:r>
      <w:proofErr w:type="spellStart"/>
      <w:r>
        <w:rPr>
          <w:sz w:val="22"/>
        </w:rPr>
        <w:t>daha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düşük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sıcaklıkta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çalışır</w:t>
      </w:r>
      <w:proofErr w:type="spellEnd"/>
      <w:r>
        <w:rPr>
          <w:sz w:val="22"/>
        </w:rPr>
        <w:t xml:space="preserve"> (5); SOFC </w:t>
      </w:r>
      <w:proofErr w:type="spellStart"/>
      <w:r>
        <w:rPr>
          <w:sz w:val="22"/>
        </w:rPr>
        <w:t>yüksek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sıcaklıkta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çalışır</w:t>
      </w:r>
      <w:proofErr w:type="spellEnd"/>
      <w:r>
        <w:rPr>
          <w:sz w:val="22"/>
        </w:rPr>
        <w:t xml:space="preserve"> (5). Kesin </w:t>
      </w:r>
      <w:proofErr w:type="spellStart"/>
      <w:r>
        <w:rPr>
          <w:sz w:val="22"/>
        </w:rPr>
        <w:t>sıcaklık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sayısı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aranmaz</w:t>
      </w:r>
      <w:proofErr w:type="spellEnd"/>
      <w:r>
        <w:rPr>
          <w:sz w:val="22"/>
        </w:rPr>
        <w:t>.</w:t>
      </w:r>
    </w:p>
    <w:p w14:paraId="7A05356E" w14:textId="77777777" w:rsidR="00A8200A" w:rsidRPr="009E14E8" w:rsidRDefault="00A8200A" w:rsidP="009E14E8">
      <w:pPr>
        <w:ind w:left="284"/>
        <w:rPr>
          <w:sz w:val="22"/>
        </w:rPr>
      </w:pPr>
    </w:p>
    <w:p w14:paraId="34DFB512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 xml:space="preserve">2. PEM </w:t>
      </w:r>
      <w:proofErr w:type="spellStart"/>
      <w:r>
        <w:rPr>
          <w:b/>
          <w:sz w:val="22"/>
        </w:rPr>
        <w:t>hücresinin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anot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ve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katot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yarı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reaksiyonlarını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ardından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toplam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reaksiyonunu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yazınız</w:t>
      </w:r>
      <w:proofErr w:type="spellEnd"/>
      <w:r>
        <w:rPr>
          <w:b/>
          <w:sz w:val="22"/>
        </w:rPr>
        <w:t>. (20 Puan)</w:t>
      </w:r>
    </w:p>
    <w:p w14:paraId="053253FA" w14:textId="77777777" w:rsidR="00A8200A" w:rsidRPr="009E14E8" w:rsidRDefault="00000000" w:rsidP="009E14E8">
      <w:pPr>
        <w:ind w:left="284"/>
        <w:rPr>
          <w:sz w:val="22"/>
        </w:rPr>
      </w:pPr>
      <w:proofErr w:type="spellStart"/>
      <w:r>
        <w:rPr>
          <w:sz w:val="22"/>
        </w:rPr>
        <w:t>Anot</w:t>
      </w:r>
      <w:proofErr w:type="spellEnd"/>
      <w:r>
        <w:rPr>
          <w:sz w:val="22"/>
        </w:rPr>
        <w:t xml:space="preserve">: H₂ → 2H⁺ + 2e⁻ (7). Katot: ½O₂ + 2H⁺ + 2e⁻ → H₂O (7). Toplam: H₂ + ½O₂ → H₂O (6). </w:t>
      </w:r>
      <w:proofErr w:type="spellStart"/>
      <w:r>
        <w:rPr>
          <w:sz w:val="22"/>
        </w:rPr>
        <w:t>Eşdeğer</w:t>
      </w:r>
      <w:proofErr w:type="spellEnd"/>
      <w:r>
        <w:rPr>
          <w:sz w:val="22"/>
        </w:rPr>
        <w:t xml:space="preserve"> tam </w:t>
      </w:r>
      <w:proofErr w:type="spellStart"/>
      <w:r>
        <w:rPr>
          <w:sz w:val="22"/>
        </w:rPr>
        <w:t>sayı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katsayıları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kabul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edilir</w:t>
      </w:r>
      <w:proofErr w:type="spellEnd"/>
      <w:r>
        <w:rPr>
          <w:sz w:val="22"/>
        </w:rPr>
        <w:t>.</w:t>
      </w:r>
    </w:p>
    <w:p w14:paraId="76CC4887" w14:textId="77777777" w:rsidR="00A8200A" w:rsidRPr="009E14E8" w:rsidRDefault="00A8200A" w:rsidP="009E14E8">
      <w:pPr>
        <w:ind w:left="284"/>
        <w:rPr>
          <w:sz w:val="22"/>
        </w:rPr>
      </w:pPr>
    </w:p>
    <w:p w14:paraId="1607516A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 xml:space="preserve">3. </w:t>
      </w:r>
      <w:proofErr w:type="spellStart"/>
      <w:r>
        <w:rPr>
          <w:b/>
          <w:sz w:val="22"/>
        </w:rPr>
        <w:t>Bağımsız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güvenli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düşük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gerilimli</w:t>
      </w:r>
      <w:proofErr w:type="spellEnd"/>
      <w:r>
        <w:rPr>
          <w:b/>
          <w:sz w:val="22"/>
        </w:rPr>
        <w:t xml:space="preserve"> DC </w:t>
      </w:r>
      <w:proofErr w:type="spellStart"/>
      <w:r>
        <w:rPr>
          <w:b/>
          <w:sz w:val="22"/>
        </w:rPr>
        <w:t>eğitim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devresinde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gerilim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ölçümü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için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cihaz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ayarını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bağlantı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biçimini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ve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akım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girişine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karşı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alınacak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önlemi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açıklayınız</w:t>
      </w:r>
      <w:proofErr w:type="spellEnd"/>
      <w:r>
        <w:rPr>
          <w:b/>
          <w:sz w:val="22"/>
        </w:rPr>
        <w:t>. (15 Puan)</w:t>
      </w:r>
    </w:p>
    <w:p w14:paraId="31CB186A" w14:textId="77777777" w:rsidR="00A8200A" w:rsidRPr="009E14E8" w:rsidRDefault="00000000" w:rsidP="009E14E8">
      <w:pPr>
        <w:ind w:left="284"/>
        <w:rPr>
          <w:sz w:val="22"/>
        </w:rPr>
      </w:pPr>
      <w:r>
        <w:rPr>
          <w:sz w:val="22"/>
        </w:rPr>
        <w:t xml:space="preserve">DC </w:t>
      </w:r>
      <w:proofErr w:type="spellStart"/>
      <w:r>
        <w:rPr>
          <w:sz w:val="22"/>
        </w:rPr>
        <w:t>gerilim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işlevi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uygun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kademe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seçilir</w:t>
      </w:r>
      <w:proofErr w:type="spellEnd"/>
      <w:r>
        <w:rPr>
          <w:sz w:val="22"/>
        </w:rPr>
        <w:t xml:space="preserve"> (5). </w:t>
      </w:r>
      <w:proofErr w:type="spellStart"/>
      <w:r>
        <w:rPr>
          <w:sz w:val="22"/>
        </w:rPr>
        <w:t>Gerilim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ölçülecek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elemana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paralel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bağlanır</w:t>
      </w:r>
      <w:proofErr w:type="spellEnd"/>
      <w:r>
        <w:rPr>
          <w:sz w:val="22"/>
        </w:rPr>
        <w:t xml:space="preserve"> (5). </w:t>
      </w:r>
      <w:proofErr w:type="spellStart"/>
      <w:r>
        <w:rPr>
          <w:sz w:val="22"/>
        </w:rPr>
        <w:t>Problar</w:t>
      </w:r>
      <w:proofErr w:type="spellEnd"/>
      <w:r>
        <w:rPr>
          <w:sz w:val="22"/>
        </w:rPr>
        <w:t xml:space="preserve"> COM </w:t>
      </w:r>
      <w:proofErr w:type="spellStart"/>
      <w:r>
        <w:rPr>
          <w:sz w:val="22"/>
        </w:rPr>
        <w:t>ve</w:t>
      </w:r>
      <w:proofErr w:type="spellEnd"/>
      <w:r>
        <w:rPr>
          <w:sz w:val="22"/>
        </w:rPr>
        <w:t xml:space="preserve"> V </w:t>
      </w:r>
      <w:proofErr w:type="spellStart"/>
      <w:r>
        <w:rPr>
          <w:sz w:val="22"/>
        </w:rPr>
        <w:t>girişlerinde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kullanılır</w:t>
      </w:r>
      <w:proofErr w:type="spellEnd"/>
      <w:r>
        <w:rPr>
          <w:sz w:val="22"/>
        </w:rPr>
        <w:t xml:space="preserve">; </w:t>
      </w:r>
      <w:proofErr w:type="spellStart"/>
      <w:r>
        <w:rPr>
          <w:sz w:val="22"/>
        </w:rPr>
        <w:t>akım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girişindeki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cihaz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kaynağa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paralel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bağlanmaz</w:t>
      </w:r>
      <w:proofErr w:type="spellEnd"/>
      <w:r>
        <w:rPr>
          <w:sz w:val="22"/>
        </w:rPr>
        <w:t xml:space="preserve"> (5).</w:t>
      </w:r>
    </w:p>
    <w:p w14:paraId="57746A3B" w14:textId="77777777" w:rsidR="00A8200A" w:rsidRPr="009E14E8" w:rsidRDefault="00A8200A" w:rsidP="009E14E8">
      <w:pPr>
        <w:ind w:left="284"/>
        <w:rPr>
          <w:sz w:val="22"/>
        </w:rPr>
      </w:pPr>
    </w:p>
    <w:p w14:paraId="281C3D77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 xml:space="preserve">4. Seri </w:t>
      </w:r>
      <w:proofErr w:type="spellStart"/>
      <w:r>
        <w:rPr>
          <w:b/>
          <w:sz w:val="22"/>
        </w:rPr>
        <w:t>bağlı</w:t>
      </w:r>
      <w:proofErr w:type="spellEnd"/>
      <w:r>
        <w:rPr>
          <w:b/>
          <w:sz w:val="22"/>
        </w:rPr>
        <w:t xml:space="preserve"> 100 </w:t>
      </w:r>
      <w:proofErr w:type="spellStart"/>
      <w:r>
        <w:rPr>
          <w:b/>
          <w:sz w:val="22"/>
        </w:rPr>
        <w:t>hücrenin</w:t>
      </w:r>
      <w:proofErr w:type="spellEnd"/>
      <w:r>
        <w:rPr>
          <w:b/>
          <w:sz w:val="22"/>
        </w:rPr>
        <w:t xml:space="preserve"> her </w:t>
      </w:r>
      <w:proofErr w:type="spellStart"/>
      <w:r>
        <w:rPr>
          <w:b/>
          <w:sz w:val="22"/>
        </w:rPr>
        <w:t>biri</w:t>
      </w:r>
      <w:proofErr w:type="spellEnd"/>
      <w:r>
        <w:rPr>
          <w:b/>
          <w:sz w:val="22"/>
        </w:rPr>
        <w:t xml:space="preserve"> 0,70 V </w:t>
      </w:r>
      <w:proofErr w:type="spellStart"/>
      <w:r>
        <w:rPr>
          <w:b/>
          <w:sz w:val="22"/>
        </w:rPr>
        <w:t>üretiyor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ve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yığın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akımı</w:t>
      </w:r>
      <w:proofErr w:type="spellEnd"/>
      <w:r>
        <w:rPr>
          <w:b/>
          <w:sz w:val="22"/>
        </w:rPr>
        <w:t xml:space="preserve"> 20 A </w:t>
      </w:r>
      <w:proofErr w:type="spellStart"/>
      <w:r>
        <w:rPr>
          <w:b/>
          <w:sz w:val="22"/>
        </w:rPr>
        <w:t>ise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toplam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gerilimi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ve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elektrik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gücünü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hesaplayınız</w:t>
      </w:r>
      <w:proofErr w:type="spellEnd"/>
      <w:r>
        <w:rPr>
          <w:b/>
          <w:sz w:val="22"/>
        </w:rPr>
        <w:t>. (15 Puan)</w:t>
      </w:r>
    </w:p>
    <w:p w14:paraId="5E6EC483" w14:textId="77777777" w:rsidR="00A8200A" w:rsidRPr="009E14E8" w:rsidRDefault="00000000" w:rsidP="009E14E8">
      <w:pPr>
        <w:ind w:left="284"/>
        <w:rPr>
          <w:sz w:val="22"/>
        </w:rPr>
      </w:pPr>
      <w:r>
        <w:rPr>
          <w:sz w:val="22"/>
        </w:rPr>
        <w:t>V = 100 × 0,70 = 70 V (5). P = V × I = 70 × 20 (5). P = 1400 W = 1,4 kW (5).</w:t>
      </w:r>
    </w:p>
    <w:p w14:paraId="5A75BDF7" w14:textId="77777777" w:rsidR="00A8200A" w:rsidRPr="009E14E8" w:rsidRDefault="00A8200A" w:rsidP="009E14E8">
      <w:pPr>
        <w:ind w:left="284"/>
        <w:rPr>
          <w:sz w:val="22"/>
        </w:rPr>
      </w:pPr>
    </w:p>
    <w:p w14:paraId="7205878A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 xml:space="preserve">5. </w:t>
      </w:r>
      <w:proofErr w:type="spellStart"/>
      <w:r>
        <w:rPr>
          <w:b/>
          <w:sz w:val="22"/>
        </w:rPr>
        <w:t>Kimyasal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denklem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denkleştirilirken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neden</w:t>
      </w:r>
      <w:proofErr w:type="spellEnd"/>
      <w:r>
        <w:rPr>
          <w:b/>
          <w:sz w:val="22"/>
        </w:rPr>
        <w:t xml:space="preserve"> H₂O </w:t>
      </w:r>
      <w:proofErr w:type="spellStart"/>
      <w:r>
        <w:rPr>
          <w:b/>
          <w:sz w:val="22"/>
        </w:rPr>
        <w:t>formülünün</w:t>
      </w:r>
      <w:proofErr w:type="spellEnd"/>
      <w:r>
        <w:rPr>
          <w:b/>
          <w:sz w:val="22"/>
        </w:rPr>
        <w:t xml:space="preserve"> alt </w:t>
      </w:r>
      <w:proofErr w:type="spellStart"/>
      <w:r>
        <w:rPr>
          <w:b/>
          <w:sz w:val="22"/>
        </w:rPr>
        <w:t>indisleri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değiştirilmez</w:t>
      </w:r>
      <w:proofErr w:type="spellEnd"/>
      <w:r>
        <w:rPr>
          <w:b/>
          <w:sz w:val="22"/>
        </w:rPr>
        <w:t>? (10 Puan)</w:t>
      </w:r>
    </w:p>
    <w:p w14:paraId="592DBF07" w14:textId="77777777" w:rsidR="00A8200A" w:rsidRPr="009E14E8" w:rsidRDefault="00000000" w:rsidP="009E14E8">
      <w:pPr>
        <w:ind w:left="284"/>
        <w:rPr>
          <w:sz w:val="22"/>
        </w:rPr>
      </w:pPr>
      <w:r>
        <w:rPr>
          <w:sz w:val="22"/>
        </w:rPr>
        <w:t xml:space="preserve">Alt </w:t>
      </w:r>
      <w:proofErr w:type="spellStart"/>
      <w:r>
        <w:rPr>
          <w:sz w:val="22"/>
        </w:rPr>
        <w:t>indis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değiştirilirse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maddenin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kimliği</w:t>
      </w:r>
      <w:proofErr w:type="spellEnd"/>
      <w:r>
        <w:rPr>
          <w:sz w:val="22"/>
        </w:rPr>
        <w:t>/</w:t>
      </w:r>
      <w:proofErr w:type="spellStart"/>
      <w:r>
        <w:rPr>
          <w:sz w:val="22"/>
        </w:rPr>
        <w:t>formülü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değişir</w:t>
      </w:r>
      <w:proofErr w:type="spellEnd"/>
      <w:r>
        <w:rPr>
          <w:sz w:val="22"/>
        </w:rPr>
        <w:t xml:space="preserve"> (5). Atom </w:t>
      </w:r>
      <w:proofErr w:type="spellStart"/>
      <w:r>
        <w:rPr>
          <w:sz w:val="22"/>
        </w:rPr>
        <w:t>dengesini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sağlamak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için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katsayılar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değiştirilir</w:t>
      </w:r>
      <w:proofErr w:type="spellEnd"/>
      <w:r>
        <w:rPr>
          <w:sz w:val="22"/>
        </w:rPr>
        <w:t xml:space="preserve"> (5).</w:t>
      </w:r>
    </w:p>
    <w:p w14:paraId="4B066029" w14:textId="77777777" w:rsidR="00A8200A" w:rsidRPr="009E14E8" w:rsidRDefault="00A8200A" w:rsidP="009E14E8">
      <w:pPr>
        <w:ind w:left="284"/>
        <w:rPr>
          <w:sz w:val="22"/>
        </w:rPr>
      </w:pPr>
    </w:p>
    <w:p w14:paraId="4EA3DEF5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 xml:space="preserve">6. </w:t>
      </w:r>
      <w:proofErr w:type="spellStart"/>
      <w:r>
        <w:rPr>
          <w:b/>
          <w:sz w:val="22"/>
        </w:rPr>
        <w:t>Araç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yığınının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toplam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gerilimi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olağanken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bir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hücrede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sorun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bulunabilir</w:t>
      </w:r>
      <w:proofErr w:type="spellEnd"/>
      <w:r>
        <w:rPr>
          <w:b/>
          <w:sz w:val="22"/>
        </w:rPr>
        <w:t xml:space="preserve"> mi? Hangi ek </w:t>
      </w:r>
      <w:proofErr w:type="spellStart"/>
      <w:r>
        <w:rPr>
          <w:b/>
          <w:sz w:val="22"/>
        </w:rPr>
        <w:t>veri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incelenmelidir</w:t>
      </w:r>
      <w:proofErr w:type="spellEnd"/>
      <w:r>
        <w:rPr>
          <w:b/>
          <w:sz w:val="22"/>
        </w:rPr>
        <w:t>? (10 Puan)</w:t>
      </w:r>
    </w:p>
    <w:p w14:paraId="7FAD4394" w14:textId="77777777" w:rsidR="00A8200A" w:rsidRPr="009E14E8" w:rsidRDefault="00000000" w:rsidP="009E14E8">
      <w:pPr>
        <w:ind w:left="284"/>
        <w:rPr>
          <w:sz w:val="22"/>
        </w:rPr>
      </w:pPr>
      <w:r>
        <w:rPr>
          <w:sz w:val="22"/>
        </w:rPr>
        <w:t xml:space="preserve">Evet; </w:t>
      </w:r>
      <w:proofErr w:type="spellStart"/>
      <w:r>
        <w:rPr>
          <w:sz w:val="22"/>
        </w:rPr>
        <w:t>toplam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değer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hücre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farkını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gizleyebilir</w:t>
      </w:r>
      <w:proofErr w:type="spellEnd"/>
      <w:r>
        <w:rPr>
          <w:sz w:val="22"/>
        </w:rPr>
        <w:t xml:space="preserve"> (5). </w:t>
      </w:r>
      <w:proofErr w:type="spellStart"/>
      <w:r>
        <w:rPr>
          <w:sz w:val="22"/>
        </w:rPr>
        <w:t>Hücre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bazlı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gerilim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dağılımı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incelenmelidir</w:t>
      </w:r>
      <w:proofErr w:type="spellEnd"/>
      <w:r>
        <w:rPr>
          <w:sz w:val="22"/>
        </w:rPr>
        <w:t xml:space="preserve"> (5).</w:t>
      </w:r>
    </w:p>
    <w:p w14:paraId="35067828" w14:textId="77777777" w:rsidR="00A8200A" w:rsidRPr="009E14E8" w:rsidRDefault="00A8200A" w:rsidP="009E14E8">
      <w:pPr>
        <w:ind w:left="284"/>
        <w:rPr>
          <w:sz w:val="22"/>
        </w:rPr>
      </w:pPr>
    </w:p>
    <w:p w14:paraId="543C65E1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 xml:space="preserve">7. Koku </w:t>
      </w:r>
      <w:proofErr w:type="spellStart"/>
      <w:r>
        <w:rPr>
          <w:b/>
          <w:sz w:val="22"/>
        </w:rPr>
        <w:t>alınmaması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veya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tek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bir</w:t>
      </w:r>
      <w:proofErr w:type="spellEnd"/>
      <w:r>
        <w:rPr>
          <w:b/>
          <w:sz w:val="22"/>
        </w:rPr>
        <w:t xml:space="preserve"> normal </w:t>
      </w:r>
      <w:proofErr w:type="spellStart"/>
      <w:r>
        <w:rPr>
          <w:b/>
          <w:sz w:val="22"/>
        </w:rPr>
        <w:t>gerilim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kaydı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yakıt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hücreli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aracın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güvenli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olduğunu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kanıtlar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mı</w:t>
      </w:r>
      <w:proofErr w:type="spellEnd"/>
      <w:r>
        <w:rPr>
          <w:b/>
          <w:sz w:val="22"/>
        </w:rPr>
        <w:t xml:space="preserve">? İki </w:t>
      </w:r>
      <w:proofErr w:type="spellStart"/>
      <w:r>
        <w:rPr>
          <w:b/>
          <w:sz w:val="22"/>
        </w:rPr>
        <w:t>gerekçe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yazınız</w:t>
      </w:r>
      <w:proofErr w:type="spellEnd"/>
      <w:r>
        <w:rPr>
          <w:b/>
          <w:sz w:val="22"/>
        </w:rPr>
        <w:t>. (10 Puan)</w:t>
      </w:r>
    </w:p>
    <w:p w14:paraId="2C1D504A" w14:textId="77777777" w:rsidR="00A8200A" w:rsidRPr="009E14E8" w:rsidRDefault="00000000" w:rsidP="009E14E8">
      <w:pPr>
        <w:ind w:left="284"/>
        <w:rPr>
          <w:sz w:val="22"/>
        </w:rPr>
      </w:pPr>
      <w:proofErr w:type="spellStart"/>
      <w:r>
        <w:rPr>
          <w:sz w:val="22"/>
        </w:rPr>
        <w:t>Hidrojen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kokusuz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olduğundan</w:t>
      </w:r>
      <w:proofErr w:type="spellEnd"/>
      <w:r>
        <w:rPr>
          <w:sz w:val="22"/>
        </w:rPr>
        <w:t xml:space="preserve"> koku </w:t>
      </w:r>
      <w:proofErr w:type="spellStart"/>
      <w:r>
        <w:rPr>
          <w:sz w:val="22"/>
        </w:rPr>
        <w:t>yokluğu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kaçak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olmadığını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kanıtlamaz</w:t>
      </w:r>
      <w:proofErr w:type="spellEnd"/>
      <w:r>
        <w:rPr>
          <w:sz w:val="22"/>
        </w:rPr>
        <w:t xml:space="preserve"> (5). Normal </w:t>
      </w:r>
      <w:proofErr w:type="spellStart"/>
      <w:r>
        <w:rPr>
          <w:sz w:val="22"/>
        </w:rPr>
        <w:t>gerilim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izolasyon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diğer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güvenlik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koşullarını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başına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doğrulamaz</w:t>
      </w:r>
      <w:proofErr w:type="spellEnd"/>
      <w:r>
        <w:rPr>
          <w:sz w:val="22"/>
        </w:rPr>
        <w:t xml:space="preserve"> (5).</w:t>
      </w:r>
    </w:p>
    <w:p w14:paraId="7B9E01C4" w14:textId="77777777" w:rsidR="00A8200A" w:rsidRPr="009E14E8" w:rsidRDefault="00A8200A" w:rsidP="009E14E8">
      <w:pPr>
        <w:ind w:left="284"/>
        <w:rPr>
          <w:sz w:val="22"/>
        </w:rPr>
      </w:pPr>
    </w:p>
    <w:p w14:paraId="77B6C911" w14:textId="77777777" w:rsidR="00A8200A" w:rsidRPr="009E14E8" w:rsidRDefault="00000000" w:rsidP="009E14E8">
      <w:pPr>
        <w:ind w:left="284"/>
        <w:rPr>
          <w:sz w:val="22"/>
        </w:rPr>
      </w:pPr>
      <w:proofErr w:type="spellStart"/>
      <w:r>
        <w:rPr>
          <w:sz w:val="22"/>
        </w:rPr>
        <w:t>Anlamı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doğru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eşdeğer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cevaplar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kabul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edilir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Kısmi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puanlar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yukarıda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belirtilmiştir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Süre</w:t>
      </w:r>
      <w:proofErr w:type="spellEnd"/>
      <w:r>
        <w:rPr>
          <w:sz w:val="22"/>
        </w:rPr>
        <w:t xml:space="preserve">: 40 </w:t>
      </w:r>
      <w:proofErr w:type="spellStart"/>
      <w:r>
        <w:rPr>
          <w:sz w:val="22"/>
        </w:rPr>
        <w:t>dakika</w:t>
      </w:r>
      <w:proofErr w:type="spellEnd"/>
      <w:r>
        <w:rPr>
          <w:sz w:val="22"/>
        </w:rPr>
        <w:t>.</w:t>
      </w:r>
    </w:p>
    <w:sectPr w:rsidR="00A8200A" w:rsidRPr="009E14E8" w:rsidSect="00034616">
      <w:pgSz w:w="12240" w:h="15840"/>
      <w:pgMar w:top="652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0089377">
    <w:abstractNumId w:val="8"/>
  </w:num>
  <w:num w:numId="2" w16cid:durableId="28067016">
    <w:abstractNumId w:val="6"/>
  </w:num>
  <w:num w:numId="3" w16cid:durableId="1860779056">
    <w:abstractNumId w:val="5"/>
  </w:num>
  <w:num w:numId="4" w16cid:durableId="1019695370">
    <w:abstractNumId w:val="4"/>
  </w:num>
  <w:num w:numId="5" w16cid:durableId="1464154214">
    <w:abstractNumId w:val="7"/>
  </w:num>
  <w:num w:numId="6" w16cid:durableId="568922596">
    <w:abstractNumId w:val="3"/>
  </w:num>
  <w:num w:numId="7" w16cid:durableId="969016627">
    <w:abstractNumId w:val="2"/>
  </w:num>
  <w:num w:numId="8" w16cid:durableId="207182505">
    <w:abstractNumId w:val="1"/>
  </w:num>
  <w:num w:numId="9" w16cid:durableId="202136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045"/>
    <w:rsid w:val="0015074B"/>
    <w:rsid w:val="0029639D"/>
    <w:rsid w:val="00326F90"/>
    <w:rsid w:val="00482046"/>
    <w:rsid w:val="0062301E"/>
    <w:rsid w:val="008E3611"/>
    <w:rsid w:val="009E14E8"/>
    <w:rsid w:val="00A66A77"/>
    <w:rsid w:val="00A8200A"/>
    <w:rsid w:val="00AA1D8D"/>
    <w:rsid w:val="00B47730"/>
    <w:rsid w:val="00C45194"/>
    <w:rsid w:val="00C94C38"/>
    <w:rsid w:val="00CB0664"/>
    <w:rsid w:val="00D221F6"/>
    <w:rsid w:val="00D25A76"/>
    <w:rsid w:val="00E730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7DA28"/>
  <w14:defaultImageDpi w14:val="300"/>
  <w15:docId w15:val="{A42D9CEB-C6DF-420A-9C40-2812BAAB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8</cp:revision>
  <dcterms:created xsi:type="dcterms:W3CDTF">2013-12-23T23:15:00Z</dcterms:created>
  <dcterms:modified xsi:type="dcterms:W3CDTF">2026-10-05T14:58:00Z</dcterms:modified>
  <cp:category/>
</cp:coreProperties>
</file>