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096F4" w14:textId="77777777" w:rsidR="002D6A66" w:rsidRPr="00595F84" w:rsidRDefault="00000000" w:rsidP="00595F84">
      <w:pPr>
        <w:spacing w:after="20" w:line="360" w:lineRule="auto"/>
        <w:jc w:val="center"/>
        <w:rPr>
          <w:sz w:val="22"/>
        </w:rPr>
      </w:pPr>
      <w:r w:rsidRPr="00595F84">
        <w:rPr>
          <w:b/>
          <w:sz w:val="22"/>
        </w:rPr>
        <w:t>YAHŞİHAN MESLEKİ EĞİTİM MERKEZİ</w:t>
      </w:r>
    </w:p>
    <w:p w14:paraId="675BEDF3" w14:textId="77777777" w:rsidR="002D6A66" w:rsidRPr="00595F84" w:rsidRDefault="00000000" w:rsidP="00595F84">
      <w:pPr>
        <w:spacing w:after="20" w:line="360" w:lineRule="auto"/>
        <w:jc w:val="center"/>
        <w:rPr>
          <w:sz w:val="22"/>
        </w:rPr>
      </w:pPr>
      <w:r w:rsidRPr="00595F84">
        <w:rPr>
          <w:b/>
          <w:sz w:val="22"/>
        </w:rPr>
        <w:t>2026/2027 EĞİTİM ÖĞRETİM YILI MOTORLU ARAÇLAR TEKNOLOJİSİ ALANI</w:t>
      </w:r>
    </w:p>
    <w:p w14:paraId="4CC45EEA" w14:textId="77777777" w:rsidR="002D6A66" w:rsidRPr="00595F84" w:rsidRDefault="00000000" w:rsidP="00595F84">
      <w:pPr>
        <w:spacing w:after="60" w:line="360" w:lineRule="auto"/>
        <w:jc w:val="center"/>
        <w:rPr>
          <w:sz w:val="22"/>
        </w:rPr>
      </w:pPr>
      <w:r w:rsidRPr="00595F84">
        <w:rPr>
          <w:b/>
          <w:sz w:val="22"/>
        </w:rPr>
        <w:t xml:space="preserve">KRANK MİLİ VE PİSTON-BİYEL YENİLEŞTİRME DERSİ </w:t>
      </w:r>
      <w:proofErr w:type="gramStart"/>
      <w:r w:rsidRPr="00595F84">
        <w:rPr>
          <w:b/>
          <w:sz w:val="22"/>
        </w:rPr>
        <w:t>1.DÖNEM</w:t>
      </w:r>
      <w:proofErr w:type="gramEnd"/>
      <w:r w:rsidRPr="00595F84">
        <w:rPr>
          <w:b/>
          <w:sz w:val="22"/>
        </w:rPr>
        <w:t xml:space="preserve"> </w:t>
      </w:r>
      <w:proofErr w:type="gramStart"/>
      <w:r w:rsidRPr="00595F84">
        <w:rPr>
          <w:b/>
          <w:sz w:val="22"/>
        </w:rPr>
        <w:t>1.YAZILI</w:t>
      </w:r>
      <w:proofErr w:type="gramEnd"/>
      <w:r w:rsidRPr="00595F84">
        <w:rPr>
          <w:b/>
          <w:sz w:val="22"/>
        </w:rPr>
        <w:t xml:space="preserve"> YOKLAMASI</w:t>
      </w:r>
    </w:p>
    <w:p w14:paraId="247A1678" w14:textId="7F225BE3" w:rsidR="002D6A66" w:rsidRPr="00595F84" w:rsidRDefault="00000000" w:rsidP="00595F84">
      <w:pPr>
        <w:spacing w:after="40" w:line="360" w:lineRule="auto"/>
        <w:rPr>
          <w:sz w:val="22"/>
        </w:rPr>
      </w:pPr>
      <w:proofErr w:type="spellStart"/>
      <w:r w:rsidRPr="00595F84">
        <w:rPr>
          <w:b/>
          <w:sz w:val="22"/>
        </w:rPr>
        <w:t>Adı</w:t>
      </w:r>
      <w:proofErr w:type="spellEnd"/>
      <w:r w:rsidRPr="00595F84">
        <w:rPr>
          <w:b/>
          <w:sz w:val="22"/>
        </w:rPr>
        <w:t xml:space="preserve"> </w:t>
      </w:r>
      <w:proofErr w:type="spellStart"/>
      <w:proofErr w:type="gramStart"/>
      <w:r w:rsidRPr="00595F84">
        <w:rPr>
          <w:b/>
          <w:sz w:val="22"/>
        </w:rPr>
        <w:t>Soyadı</w:t>
      </w:r>
      <w:proofErr w:type="spellEnd"/>
      <w:r w:rsidRPr="00595F84">
        <w:rPr>
          <w:b/>
          <w:sz w:val="22"/>
        </w:rPr>
        <w:t xml:space="preserve"> :</w:t>
      </w:r>
      <w:proofErr w:type="gramEnd"/>
      <w:r w:rsidRPr="00595F84">
        <w:rPr>
          <w:b/>
          <w:sz w:val="22"/>
        </w:rPr>
        <w:tab/>
      </w:r>
      <w:r w:rsidRPr="00595F84">
        <w:rPr>
          <w:b/>
          <w:sz w:val="22"/>
        </w:rPr>
        <w:tab/>
      </w:r>
      <w:r w:rsidRPr="00595F84">
        <w:rPr>
          <w:b/>
          <w:sz w:val="22"/>
        </w:rPr>
        <w:tab/>
      </w:r>
      <w:r w:rsidRPr="00595F84">
        <w:rPr>
          <w:b/>
          <w:sz w:val="22"/>
        </w:rPr>
        <w:tab/>
      </w:r>
      <w:r w:rsidR="00595F84">
        <w:rPr>
          <w:b/>
          <w:sz w:val="22"/>
        </w:rPr>
        <w:tab/>
      </w:r>
      <w:proofErr w:type="spellStart"/>
      <w:r w:rsidRPr="00595F84">
        <w:rPr>
          <w:b/>
          <w:sz w:val="22"/>
        </w:rPr>
        <w:t>Sınıfı</w:t>
      </w:r>
      <w:proofErr w:type="spellEnd"/>
      <w:r w:rsidRPr="00595F84">
        <w:rPr>
          <w:b/>
          <w:sz w:val="22"/>
        </w:rPr>
        <w:t>/No:</w:t>
      </w:r>
      <w:r w:rsidRPr="00595F84">
        <w:rPr>
          <w:b/>
          <w:sz w:val="22"/>
        </w:rPr>
        <w:tab/>
      </w:r>
      <w:r w:rsidRPr="00595F84">
        <w:rPr>
          <w:b/>
          <w:sz w:val="22"/>
        </w:rPr>
        <w:tab/>
      </w:r>
      <w:r w:rsidRPr="00595F84">
        <w:rPr>
          <w:b/>
          <w:sz w:val="22"/>
        </w:rPr>
        <w:tab/>
      </w:r>
      <w:r w:rsidR="00595F84">
        <w:rPr>
          <w:b/>
          <w:sz w:val="22"/>
        </w:rPr>
        <w:tab/>
      </w:r>
      <w:proofErr w:type="spellStart"/>
      <w:r w:rsidRPr="00595F84">
        <w:rPr>
          <w:b/>
          <w:sz w:val="22"/>
        </w:rPr>
        <w:t>Aldığı</w:t>
      </w:r>
      <w:proofErr w:type="spellEnd"/>
      <w:r w:rsidRPr="00595F84">
        <w:rPr>
          <w:b/>
          <w:sz w:val="22"/>
        </w:rPr>
        <w:t xml:space="preserve"> Not:</w:t>
      </w:r>
    </w:p>
    <w:p w14:paraId="7ABCBCCD" w14:textId="77777777" w:rsidR="002D6A66" w:rsidRPr="00595F84" w:rsidRDefault="00000000" w:rsidP="00595F84">
      <w:pPr>
        <w:spacing w:after="40" w:line="360" w:lineRule="auto"/>
        <w:jc w:val="center"/>
        <w:rPr>
          <w:sz w:val="22"/>
        </w:rPr>
      </w:pPr>
      <w:r w:rsidRPr="00595F84">
        <w:rPr>
          <w:b/>
          <w:sz w:val="22"/>
        </w:rPr>
        <w:t>SORULAR</w:t>
      </w:r>
    </w:p>
    <w:p w14:paraId="35A4020E" w14:textId="77777777" w:rsidR="002D6A66" w:rsidRPr="00595F84" w:rsidRDefault="00000000" w:rsidP="00595F84">
      <w:pPr>
        <w:spacing w:after="80" w:line="360" w:lineRule="auto"/>
        <w:rPr>
          <w:bCs/>
          <w:sz w:val="22"/>
        </w:rPr>
      </w:pPr>
      <w:r w:rsidRPr="00595F84">
        <w:rPr>
          <w:b/>
          <w:sz w:val="22"/>
        </w:rPr>
        <w:t>1.</w:t>
      </w:r>
      <w:r w:rsidRPr="00595F84">
        <w:rPr>
          <w:bCs/>
          <w:sz w:val="22"/>
        </w:rPr>
        <w:t xml:space="preserve"> Krank milinin görevi nedir? (10 Puan)</w:t>
      </w:r>
    </w:p>
    <w:p w14:paraId="6FEF970B" w14:textId="77777777" w:rsidR="002D6A66" w:rsidRPr="00595F84" w:rsidRDefault="00000000" w:rsidP="00595F84">
      <w:pPr>
        <w:spacing w:after="80" w:line="360" w:lineRule="auto"/>
        <w:rPr>
          <w:bCs/>
          <w:sz w:val="22"/>
        </w:rPr>
      </w:pPr>
      <w:r w:rsidRPr="00595F84">
        <w:rPr>
          <w:b/>
          <w:sz w:val="22"/>
        </w:rPr>
        <w:t>2.</w:t>
      </w:r>
      <w:r w:rsidRPr="00595F84">
        <w:rPr>
          <w:bCs/>
          <w:sz w:val="22"/>
        </w:rPr>
        <w:t xml:space="preserve"> Krank mili taşlama tezgâhı nedir? (10 Puan)</w:t>
      </w:r>
    </w:p>
    <w:p w14:paraId="55827788" w14:textId="77777777" w:rsidR="002D6A66" w:rsidRPr="00595F84" w:rsidRDefault="00000000" w:rsidP="00595F84">
      <w:pPr>
        <w:spacing w:after="80" w:line="360" w:lineRule="auto"/>
        <w:rPr>
          <w:bCs/>
          <w:sz w:val="22"/>
        </w:rPr>
      </w:pPr>
      <w:r w:rsidRPr="00595F84">
        <w:rPr>
          <w:b/>
          <w:sz w:val="22"/>
        </w:rPr>
        <w:t>3.</w:t>
      </w:r>
      <w:r w:rsidRPr="00595F84">
        <w:rPr>
          <w:bCs/>
          <w:sz w:val="22"/>
        </w:rPr>
        <w:t xml:space="preserve"> Krank milleri neden eğilebilir? (10 Puan)</w:t>
      </w:r>
    </w:p>
    <w:p w14:paraId="09308409" w14:textId="77777777" w:rsidR="002D6A66" w:rsidRPr="00595F84" w:rsidRDefault="00000000" w:rsidP="00595F84">
      <w:pPr>
        <w:spacing w:after="80" w:line="360" w:lineRule="auto"/>
        <w:rPr>
          <w:bCs/>
          <w:sz w:val="22"/>
        </w:rPr>
      </w:pPr>
      <w:r w:rsidRPr="00595F84">
        <w:rPr>
          <w:b/>
          <w:sz w:val="22"/>
        </w:rPr>
        <w:t>4.</w:t>
      </w:r>
      <w:r w:rsidRPr="00595F84">
        <w:rPr>
          <w:bCs/>
          <w:sz w:val="22"/>
        </w:rPr>
        <w:t xml:space="preserve"> Krank milinin başlıca arızaları nelerdir? (10 Puan)</w:t>
      </w:r>
    </w:p>
    <w:p w14:paraId="254608C4" w14:textId="77777777" w:rsidR="002D6A66" w:rsidRPr="00595F84" w:rsidRDefault="00000000" w:rsidP="00595F84">
      <w:pPr>
        <w:spacing w:after="80" w:line="360" w:lineRule="auto"/>
        <w:rPr>
          <w:bCs/>
          <w:sz w:val="22"/>
        </w:rPr>
      </w:pPr>
      <w:r w:rsidRPr="00595F84">
        <w:rPr>
          <w:b/>
          <w:sz w:val="22"/>
        </w:rPr>
        <w:t>5.</w:t>
      </w:r>
      <w:r w:rsidRPr="00595F84">
        <w:rPr>
          <w:bCs/>
          <w:sz w:val="22"/>
        </w:rPr>
        <w:t xml:space="preserve"> Krank mili taşlamada kullanılan taşın özellikleri nelerdir? (15 Puan)</w:t>
      </w:r>
    </w:p>
    <w:p w14:paraId="0ACB0339" w14:textId="77777777" w:rsidR="002D6A66" w:rsidRPr="00595F84" w:rsidRDefault="00000000" w:rsidP="00595F84">
      <w:pPr>
        <w:spacing w:after="80" w:line="360" w:lineRule="auto"/>
        <w:rPr>
          <w:bCs/>
          <w:sz w:val="22"/>
        </w:rPr>
      </w:pPr>
      <w:r w:rsidRPr="00595F84">
        <w:rPr>
          <w:b/>
          <w:sz w:val="22"/>
        </w:rPr>
        <w:t>6.</w:t>
      </w:r>
      <w:r w:rsidRPr="00595F84">
        <w:rPr>
          <w:bCs/>
          <w:sz w:val="22"/>
        </w:rPr>
        <w:t xml:space="preserve"> Krank mili taşlama tezgâhının kısımları nelerdir? (20 Puan)</w:t>
      </w:r>
    </w:p>
    <w:p w14:paraId="29476824" w14:textId="77777777" w:rsidR="002D6A66" w:rsidRPr="00595F84" w:rsidRDefault="00000000" w:rsidP="00595F84">
      <w:pPr>
        <w:spacing w:after="80" w:line="360" w:lineRule="auto"/>
        <w:rPr>
          <w:bCs/>
          <w:sz w:val="22"/>
        </w:rPr>
      </w:pPr>
      <w:r w:rsidRPr="00595F84">
        <w:rPr>
          <w:b/>
          <w:sz w:val="22"/>
        </w:rPr>
        <w:t>7.</w:t>
      </w:r>
      <w:r w:rsidRPr="00595F84">
        <w:rPr>
          <w:bCs/>
          <w:sz w:val="22"/>
        </w:rPr>
        <w:t xml:space="preserve"> Taşlama sırasında muylu konik çıkıyorsa sebepleri nelerdir? (25 Puan)</w:t>
      </w:r>
    </w:p>
    <w:p w14:paraId="68666D06" w14:textId="77777777" w:rsidR="00595F84" w:rsidRDefault="00595F84">
      <w:pPr>
        <w:spacing w:after="80" w:line="240" w:lineRule="auto"/>
      </w:pPr>
    </w:p>
    <w:p w14:paraId="3372FD07" w14:textId="4B45728C" w:rsidR="002D6A66" w:rsidRDefault="00000000">
      <w:pPr>
        <w:spacing w:before="40" w:after="0"/>
      </w:pPr>
      <w:proofErr w:type="spellStart"/>
      <w:proofErr w:type="gramStart"/>
      <w:r>
        <w:rPr>
          <w:b/>
        </w:rPr>
        <w:t>Süre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40 Dk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95F84">
        <w:rPr>
          <w:b/>
        </w:rPr>
        <w:tab/>
      </w:r>
      <w:r w:rsidR="00595F84">
        <w:rPr>
          <w:b/>
        </w:rPr>
        <w:tab/>
        <w:t xml:space="preserve">        </w:t>
      </w:r>
      <w:proofErr w:type="spellStart"/>
      <w:r>
        <w:rPr>
          <w:b/>
        </w:rPr>
        <w:t>Başarılar</w:t>
      </w:r>
      <w:proofErr w:type="spellEnd"/>
    </w:p>
    <w:p w14:paraId="5D61C81D" w14:textId="77777777" w:rsidR="002D6A66" w:rsidRDefault="00000000" w:rsidP="00595F84">
      <w:pPr>
        <w:spacing w:after="0"/>
        <w:ind w:left="5760" w:firstLine="720"/>
      </w:pPr>
      <w:r>
        <w:rPr>
          <w:b/>
        </w:rPr>
        <w:t>Mot.Arç.Tekn Öğrt Abdullah YANIK</w:t>
      </w:r>
    </w:p>
    <w:p w14:paraId="0B46E0D2" w14:textId="77777777" w:rsidR="002D6A66" w:rsidRDefault="00000000">
      <w:r>
        <w:br w:type="page"/>
      </w:r>
    </w:p>
    <w:p w14:paraId="392B9B6D" w14:textId="77777777" w:rsidR="002D6A66" w:rsidRPr="00595F84" w:rsidRDefault="00000000">
      <w:pPr>
        <w:spacing w:after="60"/>
        <w:jc w:val="center"/>
        <w:rPr>
          <w:b/>
          <w:sz w:val="22"/>
        </w:rPr>
      </w:pPr>
      <w:r w:rsidRPr="00595F84">
        <w:rPr>
          <w:b/>
          <w:sz w:val="22"/>
        </w:rPr>
        <w:lastRenderedPageBreak/>
        <w:t xml:space="preserve">2026/2027 KRANK MİLİ VE PİSTON-BİYEL YENİLEŞTİRME DERSİ </w:t>
      </w:r>
      <w:proofErr w:type="gramStart"/>
      <w:r w:rsidRPr="00595F84">
        <w:rPr>
          <w:b/>
          <w:sz w:val="22"/>
        </w:rPr>
        <w:t>1.DÖNEM</w:t>
      </w:r>
      <w:proofErr w:type="gramEnd"/>
      <w:r w:rsidRPr="00595F84">
        <w:rPr>
          <w:b/>
          <w:sz w:val="22"/>
        </w:rPr>
        <w:t xml:space="preserve"> </w:t>
      </w:r>
      <w:proofErr w:type="gramStart"/>
      <w:r w:rsidRPr="00595F84">
        <w:rPr>
          <w:b/>
          <w:sz w:val="22"/>
        </w:rPr>
        <w:t>1.YAZILI</w:t>
      </w:r>
      <w:proofErr w:type="gramEnd"/>
      <w:r w:rsidRPr="00595F84">
        <w:rPr>
          <w:b/>
          <w:sz w:val="22"/>
        </w:rPr>
        <w:t xml:space="preserve"> CEVAP ANAHTARI</w:t>
      </w:r>
    </w:p>
    <w:p w14:paraId="5C838AF3" w14:textId="77777777" w:rsidR="00595F84" w:rsidRPr="00595F84" w:rsidRDefault="00595F84">
      <w:pPr>
        <w:spacing w:after="60"/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2D6A66" w:rsidRPr="00595F84" w14:paraId="0D1190CF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F674D8" w14:textId="77777777" w:rsidR="002D6A66" w:rsidRPr="00595F84" w:rsidRDefault="00000000" w:rsidP="00595F84">
            <w:pPr>
              <w:spacing w:after="10" w:line="360" w:lineRule="auto"/>
              <w:rPr>
                <w:sz w:val="20"/>
                <w:szCs w:val="20"/>
              </w:rPr>
            </w:pPr>
            <w:r w:rsidRPr="00595F84">
              <w:rPr>
                <w:b/>
                <w:sz w:val="20"/>
                <w:szCs w:val="20"/>
              </w:rPr>
              <w:t>1. Krank milinin görevi nedir? (10 Puan)</w:t>
            </w:r>
          </w:p>
          <w:p w14:paraId="01ED70EB" w14:textId="77777777" w:rsidR="002D6A66" w:rsidRPr="00595F84" w:rsidRDefault="00000000" w:rsidP="00595F84">
            <w:pPr>
              <w:spacing w:after="0" w:line="360" w:lineRule="auto"/>
              <w:rPr>
                <w:sz w:val="20"/>
                <w:szCs w:val="20"/>
              </w:rPr>
            </w:pPr>
            <w:r w:rsidRPr="00595F84">
              <w:rPr>
                <w:sz w:val="20"/>
                <w:szCs w:val="20"/>
              </w:rPr>
              <w:t>Krank mili, pistonun doğrusal hareketini biyel yardımıyla dairesel harekete çeviren motor parçasıdır.</w:t>
            </w:r>
          </w:p>
        </w:tc>
      </w:tr>
      <w:tr w:rsidR="002D6A66" w:rsidRPr="00595F84" w14:paraId="6ED9EB1A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ED19D5" w14:textId="77777777" w:rsidR="002D6A66" w:rsidRPr="00595F84" w:rsidRDefault="00000000" w:rsidP="00595F84">
            <w:pPr>
              <w:spacing w:after="10" w:line="360" w:lineRule="auto"/>
              <w:rPr>
                <w:sz w:val="20"/>
                <w:szCs w:val="20"/>
              </w:rPr>
            </w:pPr>
            <w:r w:rsidRPr="00595F84">
              <w:rPr>
                <w:b/>
                <w:sz w:val="20"/>
                <w:szCs w:val="20"/>
              </w:rPr>
              <w:t>2. Krank mili taşlama tezgâhı nedir? (10 Puan)</w:t>
            </w:r>
          </w:p>
          <w:p w14:paraId="2404FFE6" w14:textId="77777777" w:rsidR="002D6A66" w:rsidRPr="00595F84" w:rsidRDefault="00000000" w:rsidP="00595F84">
            <w:pPr>
              <w:spacing w:after="0" w:line="360" w:lineRule="auto"/>
              <w:rPr>
                <w:sz w:val="20"/>
                <w:szCs w:val="20"/>
              </w:rPr>
            </w:pPr>
            <w:r w:rsidRPr="00595F84">
              <w:rPr>
                <w:sz w:val="20"/>
                <w:szCs w:val="20"/>
              </w:rPr>
              <w:t>Krank mili muylularını taşlamada kullanılan özel tezgâhlara krank taşlama tezgâhı denir.</w:t>
            </w:r>
          </w:p>
        </w:tc>
      </w:tr>
      <w:tr w:rsidR="002D6A66" w:rsidRPr="00595F84" w14:paraId="59ABD02B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1D2867" w14:textId="77777777" w:rsidR="002D6A66" w:rsidRPr="00595F84" w:rsidRDefault="00000000" w:rsidP="00595F84">
            <w:pPr>
              <w:spacing w:after="10" w:line="360" w:lineRule="auto"/>
              <w:rPr>
                <w:sz w:val="20"/>
                <w:szCs w:val="20"/>
              </w:rPr>
            </w:pPr>
            <w:r w:rsidRPr="00595F84">
              <w:rPr>
                <w:b/>
                <w:sz w:val="20"/>
                <w:szCs w:val="20"/>
              </w:rPr>
              <w:t>3. Krank milleri neden eğilebilir? (10 Puan)</w:t>
            </w:r>
          </w:p>
          <w:p w14:paraId="2EA3B6E2" w14:textId="77777777" w:rsidR="002D6A66" w:rsidRPr="00595F84" w:rsidRDefault="00000000" w:rsidP="00595F84">
            <w:pPr>
              <w:spacing w:after="0" w:line="360" w:lineRule="auto"/>
              <w:rPr>
                <w:sz w:val="20"/>
                <w:szCs w:val="20"/>
              </w:rPr>
            </w:pPr>
            <w:r w:rsidRPr="00595F84">
              <w:rPr>
                <w:sz w:val="20"/>
                <w:szCs w:val="20"/>
              </w:rPr>
              <w:t>Üzerlerine gelen değişik kuvvetler, fazla aşınma ve yatak yuvalarındaki şekil bozuklukları gibi nedenlerle eğilebilir.</w:t>
            </w:r>
          </w:p>
        </w:tc>
      </w:tr>
      <w:tr w:rsidR="002D6A66" w:rsidRPr="00595F84" w14:paraId="795B91B1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5DFA2F" w14:textId="77777777" w:rsidR="002D6A66" w:rsidRPr="00595F84" w:rsidRDefault="00000000" w:rsidP="00595F84">
            <w:pPr>
              <w:spacing w:after="10" w:line="360" w:lineRule="auto"/>
              <w:rPr>
                <w:sz w:val="20"/>
                <w:szCs w:val="20"/>
              </w:rPr>
            </w:pPr>
            <w:r w:rsidRPr="00595F84">
              <w:rPr>
                <w:b/>
                <w:sz w:val="20"/>
                <w:szCs w:val="20"/>
              </w:rPr>
              <w:t>4. Krank milinin başlıca arızaları nelerdir? (10 Puan)</w:t>
            </w:r>
          </w:p>
          <w:p w14:paraId="03327353" w14:textId="77777777" w:rsidR="00595F84" w:rsidRPr="00595F84" w:rsidRDefault="00000000" w:rsidP="00595F84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r w:rsidRPr="00595F84">
              <w:rPr>
                <w:sz w:val="20"/>
                <w:szCs w:val="20"/>
              </w:rPr>
              <w:t xml:space="preserve">Aşınma (oval, konik ve normal), </w:t>
            </w:r>
          </w:p>
          <w:p w14:paraId="3AEDEBD4" w14:textId="77777777" w:rsidR="00595F84" w:rsidRPr="00595F84" w:rsidRDefault="00000000" w:rsidP="00595F84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çizik</w:t>
            </w:r>
            <w:proofErr w:type="spellEnd"/>
            <w:r w:rsidRPr="00595F84">
              <w:rPr>
                <w:sz w:val="20"/>
                <w:szCs w:val="20"/>
              </w:rPr>
              <w:t xml:space="preserve">, </w:t>
            </w:r>
          </w:p>
          <w:p w14:paraId="5B8DBBEF" w14:textId="77777777" w:rsidR="00595F84" w:rsidRPr="00595F84" w:rsidRDefault="00000000" w:rsidP="00595F84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yanma</w:t>
            </w:r>
            <w:proofErr w:type="spellEnd"/>
            <w:r w:rsidRPr="00595F84">
              <w:rPr>
                <w:sz w:val="20"/>
                <w:szCs w:val="20"/>
              </w:rPr>
              <w:t xml:space="preserve">, </w:t>
            </w:r>
          </w:p>
          <w:p w14:paraId="4201C26D" w14:textId="77777777" w:rsidR="00595F84" w:rsidRPr="00595F84" w:rsidRDefault="00000000" w:rsidP="00595F84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sarma</w:t>
            </w:r>
            <w:proofErr w:type="spellEnd"/>
            <w:r w:rsidRPr="00595F84">
              <w:rPr>
                <w:sz w:val="20"/>
                <w:szCs w:val="20"/>
              </w:rPr>
              <w:t xml:space="preserve">, </w:t>
            </w:r>
          </w:p>
          <w:p w14:paraId="27AEBAF7" w14:textId="77777777" w:rsidR="00595F84" w:rsidRPr="00595F84" w:rsidRDefault="00000000" w:rsidP="00595F84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çatlaklık</w:t>
            </w:r>
            <w:proofErr w:type="spellEnd"/>
            <w:r w:rsidRPr="00595F84">
              <w:rPr>
                <w:sz w:val="20"/>
                <w:szCs w:val="20"/>
              </w:rPr>
              <w:t xml:space="preserve">, </w:t>
            </w:r>
          </w:p>
          <w:p w14:paraId="4AB34DD5" w14:textId="77777777" w:rsidR="00595F84" w:rsidRPr="00595F84" w:rsidRDefault="00000000" w:rsidP="00595F84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eğilme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</w:p>
          <w:p w14:paraId="43539A84" w14:textId="4CBEB1AE" w:rsidR="002D6A66" w:rsidRPr="00595F84" w:rsidRDefault="00000000" w:rsidP="00595F84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kırılmadır</w:t>
            </w:r>
            <w:proofErr w:type="spellEnd"/>
            <w:r w:rsidRPr="00595F84">
              <w:rPr>
                <w:sz w:val="20"/>
                <w:szCs w:val="20"/>
              </w:rPr>
              <w:t>.</w:t>
            </w:r>
          </w:p>
        </w:tc>
      </w:tr>
      <w:tr w:rsidR="002D6A66" w:rsidRPr="00595F84" w14:paraId="386BB0A1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F1280A" w14:textId="77777777" w:rsidR="002D6A66" w:rsidRPr="00595F84" w:rsidRDefault="00000000" w:rsidP="00595F84">
            <w:pPr>
              <w:spacing w:after="10" w:line="360" w:lineRule="auto"/>
              <w:rPr>
                <w:sz w:val="20"/>
                <w:szCs w:val="20"/>
              </w:rPr>
            </w:pPr>
            <w:r w:rsidRPr="00595F84">
              <w:rPr>
                <w:b/>
                <w:sz w:val="20"/>
                <w:szCs w:val="20"/>
              </w:rPr>
              <w:t>5. Krank mili taşlamada kullanılan taşın özellikleri nelerdir? (15 Puan)</w:t>
            </w:r>
          </w:p>
          <w:p w14:paraId="6699E178" w14:textId="77777777" w:rsidR="002D6A66" w:rsidRPr="00595F84" w:rsidRDefault="00000000" w:rsidP="00595F84">
            <w:pPr>
              <w:spacing w:after="0" w:line="360" w:lineRule="auto"/>
              <w:rPr>
                <w:sz w:val="20"/>
                <w:szCs w:val="20"/>
              </w:rPr>
            </w:pPr>
            <w:r w:rsidRPr="00595F84">
              <w:rPr>
                <w:sz w:val="20"/>
                <w:szCs w:val="20"/>
              </w:rPr>
              <w:t>Genellikle büyük çaplı ve dar yüzeyli taşlar kullanılır. Aşındırıcı maddesi korund, tane büyüklüğü kaba taşlamada 24-46, ince taşlamada 46-70, sertliği orta ve bağlama maddesi sentetik reçinedir.</w:t>
            </w:r>
          </w:p>
        </w:tc>
      </w:tr>
      <w:tr w:rsidR="002D6A66" w:rsidRPr="00595F84" w14:paraId="114D117C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63E9E1" w14:textId="77777777" w:rsidR="002D6A66" w:rsidRPr="00595F84" w:rsidRDefault="00000000" w:rsidP="00595F84">
            <w:pPr>
              <w:spacing w:after="10" w:line="360" w:lineRule="auto"/>
              <w:rPr>
                <w:sz w:val="20"/>
                <w:szCs w:val="20"/>
              </w:rPr>
            </w:pPr>
            <w:r w:rsidRPr="00595F84">
              <w:rPr>
                <w:b/>
                <w:sz w:val="20"/>
                <w:szCs w:val="20"/>
              </w:rPr>
              <w:t>6. Krank mili taşlama tezgâhının kısımları nelerdir? (20 Puan)</w:t>
            </w:r>
          </w:p>
          <w:p w14:paraId="14EB6E22" w14:textId="77777777" w:rsidR="00595F84" w:rsidRPr="00595F84" w:rsidRDefault="00000000" w:rsidP="00595F84">
            <w:pPr>
              <w:pStyle w:val="ListeParagraf"/>
              <w:numPr>
                <w:ilvl w:val="0"/>
                <w:numId w:val="11"/>
              </w:numPr>
              <w:spacing w:after="0" w:line="360" w:lineRule="auto"/>
              <w:rPr>
                <w:sz w:val="20"/>
                <w:szCs w:val="20"/>
              </w:rPr>
            </w:pPr>
            <w:r w:rsidRPr="00595F84">
              <w:rPr>
                <w:sz w:val="20"/>
                <w:szCs w:val="20"/>
              </w:rPr>
              <w:t xml:space="preserve">Gövde, </w:t>
            </w:r>
          </w:p>
          <w:p w14:paraId="65BA7DD4" w14:textId="77777777" w:rsidR="00595F84" w:rsidRPr="00595F84" w:rsidRDefault="00000000" w:rsidP="00595F84">
            <w:pPr>
              <w:pStyle w:val="ListeParagraf"/>
              <w:numPr>
                <w:ilvl w:val="0"/>
                <w:numId w:val="11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tabla</w:t>
            </w:r>
            <w:proofErr w:type="spellEnd"/>
            <w:r w:rsidRPr="00595F84">
              <w:rPr>
                <w:sz w:val="20"/>
                <w:szCs w:val="20"/>
              </w:rPr>
              <w:t xml:space="preserve">, </w:t>
            </w:r>
          </w:p>
          <w:p w14:paraId="6F579701" w14:textId="77777777" w:rsidR="00595F84" w:rsidRPr="00595F84" w:rsidRDefault="00000000" w:rsidP="00595F84">
            <w:pPr>
              <w:pStyle w:val="ListeParagraf"/>
              <w:numPr>
                <w:ilvl w:val="0"/>
                <w:numId w:val="11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iş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başlıkları</w:t>
            </w:r>
            <w:proofErr w:type="spellEnd"/>
            <w:r w:rsidRPr="00595F84">
              <w:rPr>
                <w:sz w:val="20"/>
                <w:szCs w:val="20"/>
              </w:rPr>
              <w:t xml:space="preserve">, </w:t>
            </w:r>
          </w:p>
          <w:p w14:paraId="227D4176" w14:textId="77777777" w:rsidR="00595F84" w:rsidRPr="00595F84" w:rsidRDefault="00000000" w:rsidP="00595F84">
            <w:pPr>
              <w:pStyle w:val="ListeParagraf"/>
              <w:numPr>
                <w:ilvl w:val="0"/>
                <w:numId w:val="11"/>
              </w:numPr>
              <w:spacing w:after="0" w:line="360" w:lineRule="auto"/>
              <w:rPr>
                <w:sz w:val="20"/>
                <w:szCs w:val="20"/>
              </w:rPr>
            </w:pPr>
            <w:r w:rsidRPr="00595F84">
              <w:rPr>
                <w:sz w:val="20"/>
                <w:szCs w:val="20"/>
              </w:rPr>
              <w:t xml:space="preserve">taş başlığı hareket diskleri, </w:t>
            </w:r>
          </w:p>
          <w:p w14:paraId="0685A7CE" w14:textId="77777777" w:rsidR="00595F84" w:rsidRPr="00595F84" w:rsidRDefault="00000000" w:rsidP="00595F84">
            <w:pPr>
              <w:pStyle w:val="ListeParagraf"/>
              <w:numPr>
                <w:ilvl w:val="0"/>
                <w:numId w:val="11"/>
              </w:numPr>
              <w:spacing w:after="0" w:line="360" w:lineRule="auto"/>
              <w:rPr>
                <w:sz w:val="20"/>
                <w:szCs w:val="20"/>
              </w:rPr>
            </w:pPr>
            <w:r w:rsidRPr="00595F84">
              <w:rPr>
                <w:sz w:val="20"/>
                <w:szCs w:val="20"/>
              </w:rPr>
              <w:t xml:space="preserve">elektrik ve </w:t>
            </w:r>
            <w:proofErr w:type="spellStart"/>
            <w:r w:rsidRPr="00595F84">
              <w:rPr>
                <w:sz w:val="20"/>
                <w:szCs w:val="20"/>
              </w:rPr>
              <w:t>soğutma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donanımı</w:t>
            </w:r>
            <w:proofErr w:type="spellEnd"/>
            <w:r w:rsidRPr="00595F84">
              <w:rPr>
                <w:sz w:val="20"/>
                <w:szCs w:val="20"/>
              </w:rPr>
              <w:t xml:space="preserve">, </w:t>
            </w:r>
          </w:p>
          <w:p w14:paraId="5604D589" w14:textId="77777777" w:rsidR="00595F84" w:rsidRPr="00595F84" w:rsidRDefault="00000000" w:rsidP="00595F84">
            <w:pPr>
              <w:pStyle w:val="ListeParagraf"/>
              <w:numPr>
                <w:ilvl w:val="0"/>
                <w:numId w:val="11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kumanda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tablası</w:t>
            </w:r>
            <w:proofErr w:type="spellEnd"/>
            <w:r w:rsidRPr="00595F84">
              <w:rPr>
                <w:sz w:val="20"/>
                <w:szCs w:val="20"/>
              </w:rPr>
              <w:t xml:space="preserve">; </w:t>
            </w:r>
          </w:p>
          <w:p w14:paraId="71A5419B" w14:textId="77777777" w:rsidR="00595F84" w:rsidRPr="00595F84" w:rsidRDefault="00595F84" w:rsidP="00595F84">
            <w:pPr>
              <w:spacing w:after="0" w:line="360" w:lineRule="auto"/>
              <w:rPr>
                <w:sz w:val="20"/>
                <w:szCs w:val="20"/>
              </w:rPr>
            </w:pPr>
          </w:p>
          <w:p w14:paraId="12102AF7" w14:textId="68AD4088" w:rsidR="002D6A66" w:rsidRPr="00595F84" w:rsidRDefault="00595F84" w:rsidP="00595F84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A</w:t>
            </w:r>
            <w:r w:rsidR="00000000" w:rsidRPr="00595F84">
              <w:rPr>
                <w:sz w:val="20"/>
                <w:szCs w:val="20"/>
              </w:rPr>
              <w:t>yrıca</w:t>
            </w:r>
            <w:proofErr w:type="spellEnd"/>
            <w:r w:rsidR="00000000" w:rsidRPr="00595F84">
              <w:rPr>
                <w:sz w:val="20"/>
                <w:szCs w:val="20"/>
              </w:rPr>
              <w:t xml:space="preserve"> </w:t>
            </w:r>
            <w:proofErr w:type="spellStart"/>
            <w:r w:rsidR="00000000" w:rsidRPr="00595F84">
              <w:rPr>
                <w:sz w:val="20"/>
                <w:szCs w:val="20"/>
              </w:rPr>
              <w:t>ayna</w:t>
            </w:r>
            <w:proofErr w:type="spellEnd"/>
            <w:r w:rsidR="00000000" w:rsidRPr="00595F84">
              <w:rPr>
                <w:sz w:val="20"/>
                <w:szCs w:val="20"/>
              </w:rPr>
              <w:t xml:space="preserve">, </w:t>
            </w:r>
            <w:proofErr w:type="spellStart"/>
            <w:r w:rsidR="00000000" w:rsidRPr="00595F84">
              <w:rPr>
                <w:sz w:val="20"/>
                <w:szCs w:val="20"/>
              </w:rPr>
              <w:t>punta</w:t>
            </w:r>
            <w:proofErr w:type="spellEnd"/>
            <w:r w:rsidR="00000000" w:rsidRPr="00595F84">
              <w:rPr>
                <w:sz w:val="20"/>
                <w:szCs w:val="20"/>
              </w:rPr>
              <w:t xml:space="preserve">, </w:t>
            </w:r>
            <w:proofErr w:type="spellStart"/>
            <w:r w:rsidR="00000000" w:rsidRPr="00595F84">
              <w:rPr>
                <w:sz w:val="20"/>
                <w:szCs w:val="20"/>
              </w:rPr>
              <w:t>fırdöndü</w:t>
            </w:r>
            <w:proofErr w:type="spellEnd"/>
            <w:r w:rsidR="00000000" w:rsidRPr="00595F84">
              <w:rPr>
                <w:sz w:val="20"/>
                <w:szCs w:val="20"/>
              </w:rPr>
              <w:t xml:space="preserve">, </w:t>
            </w:r>
            <w:proofErr w:type="spellStart"/>
            <w:r w:rsidR="00000000" w:rsidRPr="00595F84">
              <w:rPr>
                <w:sz w:val="20"/>
                <w:szCs w:val="20"/>
              </w:rPr>
              <w:t>destek</w:t>
            </w:r>
            <w:proofErr w:type="spellEnd"/>
            <w:r w:rsidR="00000000" w:rsidRPr="00595F84">
              <w:rPr>
                <w:sz w:val="20"/>
                <w:szCs w:val="20"/>
              </w:rPr>
              <w:t xml:space="preserve"> yataklar, ayarlama komparatörü, merkezleme sehpası, polisaj aparatı, taş bileme ve pah kırma aparatı, dengeleme ağırlıkları ve koruyucu saçlardan oluşur.</w:t>
            </w:r>
          </w:p>
        </w:tc>
      </w:tr>
      <w:tr w:rsidR="002D6A66" w:rsidRPr="00595F84" w14:paraId="5EA40354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A48E06" w14:textId="77777777" w:rsidR="002D6A66" w:rsidRPr="00595F84" w:rsidRDefault="00000000" w:rsidP="00595F84">
            <w:pPr>
              <w:spacing w:after="10" w:line="360" w:lineRule="auto"/>
              <w:rPr>
                <w:sz w:val="20"/>
                <w:szCs w:val="20"/>
              </w:rPr>
            </w:pPr>
            <w:r w:rsidRPr="00595F84">
              <w:rPr>
                <w:b/>
                <w:sz w:val="20"/>
                <w:szCs w:val="20"/>
              </w:rPr>
              <w:t>7. Taşlama sırasında muylu konik çıkıyorsa sebepleri nelerdir? (25 Puan)</w:t>
            </w:r>
          </w:p>
          <w:p w14:paraId="3B9C6BAD" w14:textId="77777777" w:rsidR="00595F84" w:rsidRPr="00595F84" w:rsidRDefault="00000000" w:rsidP="00595F84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0"/>
                <w:szCs w:val="20"/>
              </w:rPr>
            </w:pPr>
            <w:r w:rsidRPr="00595F84">
              <w:rPr>
                <w:sz w:val="20"/>
                <w:szCs w:val="20"/>
              </w:rPr>
              <w:t xml:space="preserve">İş başlıklarının aynı eksende olmaması, </w:t>
            </w:r>
          </w:p>
          <w:p w14:paraId="57AC7FE4" w14:textId="77777777" w:rsidR="00595F84" w:rsidRPr="00595F84" w:rsidRDefault="00000000" w:rsidP="00595F84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0"/>
                <w:szCs w:val="20"/>
              </w:rPr>
            </w:pPr>
            <w:r w:rsidRPr="00595F84">
              <w:rPr>
                <w:sz w:val="20"/>
                <w:szCs w:val="20"/>
              </w:rPr>
              <w:t xml:space="preserve">taş </w:t>
            </w:r>
            <w:proofErr w:type="spellStart"/>
            <w:r w:rsidRPr="00595F84">
              <w:rPr>
                <w:sz w:val="20"/>
                <w:szCs w:val="20"/>
              </w:rPr>
              <w:t>yüzeyinin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uygun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bilenmemesi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veya</w:t>
            </w:r>
            <w:proofErr w:type="spellEnd"/>
            <w:r w:rsidRPr="00595F84">
              <w:rPr>
                <w:sz w:val="20"/>
                <w:szCs w:val="20"/>
              </w:rPr>
              <w:t xml:space="preserve"> körlenmesi, </w:t>
            </w:r>
          </w:p>
          <w:p w14:paraId="6B3E6C2A" w14:textId="77777777" w:rsidR="00595F84" w:rsidRPr="00595F84" w:rsidRDefault="00000000" w:rsidP="00595F84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tezgâhın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düzgün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yerleştirilmemesi</w:t>
            </w:r>
            <w:proofErr w:type="spellEnd"/>
            <w:r w:rsidRPr="00595F84">
              <w:rPr>
                <w:sz w:val="20"/>
                <w:szCs w:val="20"/>
              </w:rPr>
              <w:t xml:space="preserve">, </w:t>
            </w:r>
          </w:p>
          <w:p w14:paraId="29B16642" w14:textId="77777777" w:rsidR="00595F84" w:rsidRPr="00595F84" w:rsidRDefault="00000000" w:rsidP="00595F84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taşın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bir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noktada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fazla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bekletilmesi</w:t>
            </w:r>
            <w:proofErr w:type="spellEnd"/>
            <w:r w:rsidRPr="00595F84">
              <w:rPr>
                <w:sz w:val="20"/>
                <w:szCs w:val="20"/>
              </w:rPr>
              <w:t xml:space="preserve"> veya dengesinin bozulması, </w:t>
            </w:r>
          </w:p>
          <w:p w14:paraId="1D0BF107" w14:textId="77777777" w:rsidR="00595F84" w:rsidRPr="00595F84" w:rsidRDefault="00000000" w:rsidP="00595F84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krank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malzemesindeki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sertlik</w:t>
            </w:r>
            <w:proofErr w:type="spellEnd"/>
            <w:r w:rsidRPr="00595F84">
              <w:rPr>
                <w:sz w:val="20"/>
                <w:szCs w:val="20"/>
              </w:rPr>
              <w:t>/</w:t>
            </w:r>
            <w:proofErr w:type="spellStart"/>
            <w:r w:rsidRPr="00595F84">
              <w:rPr>
                <w:sz w:val="20"/>
                <w:szCs w:val="20"/>
              </w:rPr>
              <w:t>doku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farkı</w:t>
            </w:r>
            <w:proofErr w:type="spellEnd"/>
            <w:r w:rsidRPr="00595F84">
              <w:rPr>
                <w:sz w:val="20"/>
                <w:szCs w:val="20"/>
              </w:rPr>
              <w:t xml:space="preserve">, </w:t>
            </w:r>
          </w:p>
          <w:p w14:paraId="6B0705E3" w14:textId="77777777" w:rsidR="00595F84" w:rsidRPr="00595F84" w:rsidRDefault="00000000" w:rsidP="00595F84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destek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ayaklarının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fazla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sıkılması</w:t>
            </w:r>
            <w:proofErr w:type="spellEnd"/>
            <w:r w:rsidRPr="00595F84">
              <w:rPr>
                <w:sz w:val="20"/>
                <w:szCs w:val="20"/>
              </w:rPr>
              <w:t xml:space="preserve">, </w:t>
            </w:r>
          </w:p>
          <w:p w14:paraId="47E95D10" w14:textId="6E2A6239" w:rsidR="002D6A66" w:rsidRPr="00595F84" w:rsidRDefault="00000000" w:rsidP="00595F84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595F84">
              <w:rPr>
                <w:sz w:val="20"/>
                <w:szCs w:val="20"/>
              </w:rPr>
              <w:t>kızak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vidalarının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gevşek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olması</w:t>
            </w:r>
            <w:proofErr w:type="spellEnd"/>
            <w:r w:rsidRPr="00595F84">
              <w:rPr>
                <w:sz w:val="20"/>
                <w:szCs w:val="20"/>
              </w:rPr>
              <w:t xml:space="preserve"> </w:t>
            </w:r>
            <w:proofErr w:type="spellStart"/>
            <w:r w:rsidRPr="00595F84">
              <w:rPr>
                <w:sz w:val="20"/>
                <w:szCs w:val="20"/>
              </w:rPr>
              <w:t>ve</w:t>
            </w:r>
            <w:proofErr w:type="spellEnd"/>
            <w:r w:rsidRPr="00595F84">
              <w:rPr>
                <w:sz w:val="20"/>
                <w:szCs w:val="20"/>
              </w:rPr>
              <w:t xml:space="preserve"> kızaklarda kasıntı ya da gevşeklik bulunması başlıca nedenlerdir.</w:t>
            </w:r>
          </w:p>
        </w:tc>
      </w:tr>
    </w:tbl>
    <w:p w14:paraId="5520A985" w14:textId="77777777" w:rsidR="00DF3F4A" w:rsidRDefault="00DF3F4A"/>
    <w:sectPr w:rsidR="00DF3F4A" w:rsidSect="00034616">
      <w:pgSz w:w="12240" w:h="15840"/>
      <w:pgMar w:top="652" w:right="822" w:bottom="595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F5567E"/>
    <w:multiLevelType w:val="hybridMultilevel"/>
    <w:tmpl w:val="F154DC7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C1EFE"/>
    <w:multiLevelType w:val="hybridMultilevel"/>
    <w:tmpl w:val="56429EE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963C7"/>
    <w:multiLevelType w:val="hybridMultilevel"/>
    <w:tmpl w:val="36D608F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902084">
    <w:abstractNumId w:val="8"/>
  </w:num>
  <w:num w:numId="2" w16cid:durableId="892354849">
    <w:abstractNumId w:val="6"/>
  </w:num>
  <w:num w:numId="3" w16cid:durableId="8145828">
    <w:abstractNumId w:val="5"/>
  </w:num>
  <w:num w:numId="4" w16cid:durableId="62339978">
    <w:abstractNumId w:val="4"/>
  </w:num>
  <w:num w:numId="5" w16cid:durableId="1480076533">
    <w:abstractNumId w:val="7"/>
  </w:num>
  <w:num w:numId="6" w16cid:durableId="932085288">
    <w:abstractNumId w:val="3"/>
  </w:num>
  <w:num w:numId="7" w16cid:durableId="414862227">
    <w:abstractNumId w:val="2"/>
  </w:num>
  <w:num w:numId="8" w16cid:durableId="86004017">
    <w:abstractNumId w:val="1"/>
  </w:num>
  <w:num w:numId="9" w16cid:durableId="1242985829">
    <w:abstractNumId w:val="0"/>
  </w:num>
  <w:num w:numId="10" w16cid:durableId="438835600">
    <w:abstractNumId w:val="10"/>
  </w:num>
  <w:num w:numId="11" w16cid:durableId="549151816">
    <w:abstractNumId w:val="11"/>
  </w:num>
  <w:num w:numId="12" w16cid:durableId="1847532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6A66"/>
    <w:rsid w:val="00326F90"/>
    <w:rsid w:val="00595F84"/>
    <w:rsid w:val="00AA1D8D"/>
    <w:rsid w:val="00B47730"/>
    <w:rsid w:val="00CB0664"/>
    <w:rsid w:val="00DA68DD"/>
    <w:rsid w:val="00DF3F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377690"/>
  <w14:defaultImageDpi w14:val="300"/>
  <w15:docId w15:val="{C3CF4D37-697F-46CA-9A8C-C4BDFB11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Abdullah Yanik</cp:lastModifiedBy>
  <cp:revision>2</cp:revision>
  <dcterms:created xsi:type="dcterms:W3CDTF">2013-12-23T23:15:00Z</dcterms:created>
  <dcterms:modified xsi:type="dcterms:W3CDTF">2026-09-06T16:20:00Z</dcterms:modified>
  <cp:category/>
</cp:coreProperties>
</file>