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2F52A" w14:textId="77777777" w:rsidR="00D25C99" w:rsidRPr="00FB1A0C" w:rsidRDefault="00000000" w:rsidP="00FB1A0C">
      <w:pPr>
        <w:spacing w:after="20" w:line="360" w:lineRule="auto"/>
        <w:jc w:val="center"/>
        <w:rPr>
          <w:sz w:val="24"/>
          <w:szCs w:val="24"/>
        </w:rPr>
      </w:pPr>
      <w:r w:rsidRPr="00FB1A0C">
        <w:rPr>
          <w:b/>
          <w:sz w:val="24"/>
          <w:szCs w:val="24"/>
        </w:rPr>
        <w:t>YAHŞİHAN MESLEKİ EĞİTİM MERKEZİ</w:t>
      </w:r>
    </w:p>
    <w:p w14:paraId="70940474" w14:textId="77777777" w:rsidR="00D25C99" w:rsidRPr="00FB1A0C" w:rsidRDefault="00000000" w:rsidP="00FB1A0C">
      <w:pPr>
        <w:spacing w:after="20" w:line="360" w:lineRule="auto"/>
        <w:jc w:val="center"/>
        <w:rPr>
          <w:sz w:val="24"/>
          <w:szCs w:val="24"/>
        </w:rPr>
      </w:pPr>
      <w:r w:rsidRPr="00FB1A0C">
        <w:rPr>
          <w:b/>
          <w:sz w:val="24"/>
          <w:szCs w:val="24"/>
        </w:rPr>
        <w:t>2026/2027 EĞİTİM ÖĞRETİM YILI MOTORLU ARAÇLAR TEKNOLOJİSİ ALANI</w:t>
      </w:r>
    </w:p>
    <w:p w14:paraId="797BB8D1" w14:textId="77777777" w:rsidR="00D25C99" w:rsidRPr="00FB1A0C" w:rsidRDefault="00000000" w:rsidP="00FB1A0C">
      <w:pPr>
        <w:spacing w:after="60" w:line="360" w:lineRule="auto"/>
        <w:jc w:val="center"/>
        <w:rPr>
          <w:sz w:val="24"/>
          <w:szCs w:val="24"/>
        </w:rPr>
      </w:pPr>
      <w:r w:rsidRPr="00FB1A0C">
        <w:rPr>
          <w:b/>
          <w:sz w:val="24"/>
          <w:szCs w:val="24"/>
        </w:rPr>
        <w:t xml:space="preserve">KRANK MİLİ VE PİSTON-BİYEL YENİLEŞTİRME DERSİ </w:t>
      </w:r>
      <w:proofErr w:type="gramStart"/>
      <w:r w:rsidRPr="00FB1A0C">
        <w:rPr>
          <w:b/>
          <w:sz w:val="24"/>
          <w:szCs w:val="24"/>
        </w:rPr>
        <w:t>2.DÖNEM</w:t>
      </w:r>
      <w:proofErr w:type="gramEnd"/>
      <w:r w:rsidRPr="00FB1A0C">
        <w:rPr>
          <w:b/>
          <w:sz w:val="24"/>
          <w:szCs w:val="24"/>
        </w:rPr>
        <w:t xml:space="preserve"> </w:t>
      </w:r>
      <w:proofErr w:type="gramStart"/>
      <w:r w:rsidRPr="00FB1A0C">
        <w:rPr>
          <w:b/>
          <w:sz w:val="24"/>
          <w:szCs w:val="24"/>
        </w:rPr>
        <w:t>2.YAZILI</w:t>
      </w:r>
      <w:proofErr w:type="gramEnd"/>
      <w:r w:rsidRPr="00FB1A0C">
        <w:rPr>
          <w:b/>
          <w:sz w:val="24"/>
          <w:szCs w:val="24"/>
        </w:rPr>
        <w:t xml:space="preserve"> YOKLAMASI</w:t>
      </w:r>
    </w:p>
    <w:p w14:paraId="1A6E32AC" w14:textId="77777777" w:rsidR="00D25C99" w:rsidRPr="00FB1A0C" w:rsidRDefault="00000000" w:rsidP="00FB1A0C">
      <w:pPr>
        <w:spacing w:after="40" w:line="360" w:lineRule="auto"/>
        <w:rPr>
          <w:sz w:val="24"/>
          <w:szCs w:val="24"/>
        </w:rPr>
      </w:pPr>
      <w:r w:rsidRPr="00FB1A0C">
        <w:rPr>
          <w:b/>
          <w:sz w:val="24"/>
          <w:szCs w:val="24"/>
        </w:rPr>
        <w:t xml:space="preserve">Adı </w:t>
      </w:r>
      <w:proofErr w:type="gramStart"/>
      <w:r w:rsidRPr="00FB1A0C">
        <w:rPr>
          <w:b/>
          <w:sz w:val="24"/>
          <w:szCs w:val="24"/>
        </w:rPr>
        <w:t>Soyadı :</w:t>
      </w:r>
      <w:proofErr w:type="gramEnd"/>
      <w:r w:rsidRPr="00FB1A0C">
        <w:rPr>
          <w:b/>
          <w:sz w:val="24"/>
          <w:szCs w:val="24"/>
        </w:rPr>
        <w:tab/>
      </w:r>
      <w:r w:rsidRPr="00FB1A0C">
        <w:rPr>
          <w:b/>
          <w:sz w:val="24"/>
          <w:szCs w:val="24"/>
        </w:rPr>
        <w:tab/>
      </w:r>
      <w:r w:rsidRPr="00FB1A0C">
        <w:rPr>
          <w:b/>
          <w:sz w:val="24"/>
          <w:szCs w:val="24"/>
        </w:rPr>
        <w:tab/>
      </w:r>
      <w:r w:rsidRPr="00FB1A0C">
        <w:rPr>
          <w:b/>
          <w:sz w:val="24"/>
          <w:szCs w:val="24"/>
        </w:rPr>
        <w:tab/>
        <w:t>Sınıfı/No:</w:t>
      </w:r>
      <w:r w:rsidRPr="00FB1A0C">
        <w:rPr>
          <w:b/>
          <w:sz w:val="24"/>
          <w:szCs w:val="24"/>
        </w:rPr>
        <w:tab/>
      </w:r>
      <w:r w:rsidRPr="00FB1A0C">
        <w:rPr>
          <w:b/>
          <w:sz w:val="24"/>
          <w:szCs w:val="24"/>
        </w:rPr>
        <w:tab/>
      </w:r>
      <w:r w:rsidRPr="00FB1A0C">
        <w:rPr>
          <w:b/>
          <w:sz w:val="24"/>
          <w:szCs w:val="24"/>
        </w:rPr>
        <w:tab/>
        <w:t>Aldığı Not:</w:t>
      </w:r>
    </w:p>
    <w:p w14:paraId="109AB6FF" w14:textId="77777777" w:rsidR="00D25C99" w:rsidRPr="00FB1A0C" w:rsidRDefault="00000000" w:rsidP="00FB1A0C">
      <w:pPr>
        <w:spacing w:after="40" w:line="360" w:lineRule="auto"/>
        <w:jc w:val="center"/>
        <w:rPr>
          <w:sz w:val="24"/>
          <w:szCs w:val="24"/>
        </w:rPr>
      </w:pPr>
      <w:r w:rsidRPr="00FB1A0C">
        <w:rPr>
          <w:b/>
          <w:sz w:val="24"/>
          <w:szCs w:val="24"/>
        </w:rPr>
        <w:t>SORULAR</w:t>
      </w:r>
    </w:p>
    <w:p w14:paraId="1A6B0531" w14:textId="77777777" w:rsidR="00D25C99" w:rsidRPr="00FB1A0C" w:rsidRDefault="00000000" w:rsidP="00FB1A0C">
      <w:pPr>
        <w:spacing w:after="50" w:line="360" w:lineRule="auto"/>
        <w:rPr>
          <w:bCs/>
          <w:sz w:val="22"/>
        </w:rPr>
      </w:pPr>
      <w:r w:rsidRPr="00FB1A0C">
        <w:rPr>
          <w:b/>
          <w:sz w:val="22"/>
        </w:rPr>
        <w:t>1.</w:t>
      </w:r>
      <w:r w:rsidRPr="00FB1A0C">
        <w:rPr>
          <w:bCs/>
          <w:sz w:val="22"/>
        </w:rPr>
        <w:t xml:space="preserve"> Pistonların görevi nedir? (10 Puan)</w:t>
      </w:r>
    </w:p>
    <w:p w14:paraId="16B2F741" w14:textId="77777777" w:rsidR="00D25C99" w:rsidRPr="00FB1A0C" w:rsidRDefault="00000000" w:rsidP="00FB1A0C">
      <w:pPr>
        <w:spacing w:after="50" w:line="360" w:lineRule="auto"/>
        <w:rPr>
          <w:bCs/>
          <w:sz w:val="22"/>
        </w:rPr>
      </w:pPr>
      <w:r w:rsidRPr="00FB1A0C">
        <w:rPr>
          <w:b/>
          <w:sz w:val="22"/>
        </w:rPr>
        <w:t>2.</w:t>
      </w:r>
      <w:r w:rsidRPr="00FB1A0C">
        <w:rPr>
          <w:bCs/>
          <w:sz w:val="22"/>
        </w:rPr>
        <w:t xml:space="preserve"> Piston arızalarının belirtileri nelerdir? (10 Puan)</w:t>
      </w:r>
    </w:p>
    <w:p w14:paraId="6AC432E8" w14:textId="77777777" w:rsidR="00D25C99" w:rsidRPr="00FB1A0C" w:rsidRDefault="00000000" w:rsidP="00FB1A0C">
      <w:pPr>
        <w:spacing w:after="50" w:line="360" w:lineRule="auto"/>
        <w:rPr>
          <w:bCs/>
          <w:sz w:val="22"/>
        </w:rPr>
      </w:pPr>
      <w:r w:rsidRPr="00FB1A0C">
        <w:rPr>
          <w:b/>
          <w:sz w:val="22"/>
        </w:rPr>
        <w:t>3.</w:t>
      </w:r>
      <w:r w:rsidRPr="00FB1A0C">
        <w:rPr>
          <w:bCs/>
          <w:sz w:val="22"/>
        </w:rPr>
        <w:t xml:space="preserve"> Pistonlar neden arızalanır? (10 Puan)</w:t>
      </w:r>
    </w:p>
    <w:p w14:paraId="03E1D443" w14:textId="77777777" w:rsidR="00D25C99" w:rsidRPr="00FB1A0C" w:rsidRDefault="00000000" w:rsidP="00FB1A0C">
      <w:pPr>
        <w:spacing w:after="50" w:line="360" w:lineRule="auto"/>
        <w:rPr>
          <w:bCs/>
          <w:sz w:val="22"/>
        </w:rPr>
      </w:pPr>
      <w:r w:rsidRPr="00FB1A0C">
        <w:rPr>
          <w:b/>
          <w:sz w:val="22"/>
        </w:rPr>
        <w:t>4.</w:t>
      </w:r>
      <w:r w:rsidRPr="00FB1A0C">
        <w:rPr>
          <w:bCs/>
          <w:sz w:val="22"/>
        </w:rPr>
        <w:t xml:space="preserve"> Pistonların başlıca arızaları nelerdir? (10 Puan)</w:t>
      </w:r>
    </w:p>
    <w:p w14:paraId="0998CA10" w14:textId="77777777" w:rsidR="00D25C99" w:rsidRPr="00FB1A0C" w:rsidRDefault="00000000" w:rsidP="00FB1A0C">
      <w:pPr>
        <w:spacing w:after="50" w:line="360" w:lineRule="auto"/>
        <w:rPr>
          <w:bCs/>
          <w:sz w:val="22"/>
        </w:rPr>
      </w:pPr>
      <w:r w:rsidRPr="00FB1A0C">
        <w:rPr>
          <w:b/>
          <w:sz w:val="22"/>
        </w:rPr>
        <w:t xml:space="preserve">5. </w:t>
      </w:r>
      <w:r w:rsidRPr="00FB1A0C">
        <w:rPr>
          <w:bCs/>
          <w:sz w:val="22"/>
        </w:rPr>
        <w:t>Piston piminin görevi nedir? (10 Puan)</w:t>
      </w:r>
    </w:p>
    <w:p w14:paraId="458C725F" w14:textId="77777777" w:rsidR="00D25C99" w:rsidRPr="00FB1A0C" w:rsidRDefault="00000000" w:rsidP="00FB1A0C">
      <w:pPr>
        <w:spacing w:after="50" w:line="360" w:lineRule="auto"/>
        <w:rPr>
          <w:bCs/>
          <w:sz w:val="22"/>
        </w:rPr>
      </w:pPr>
      <w:r w:rsidRPr="00FB1A0C">
        <w:rPr>
          <w:b/>
          <w:sz w:val="22"/>
        </w:rPr>
        <w:t>6.</w:t>
      </w:r>
      <w:r w:rsidRPr="00FB1A0C">
        <w:rPr>
          <w:bCs/>
          <w:sz w:val="22"/>
        </w:rPr>
        <w:t xml:space="preserve"> Piston pimi arızaları nelerdir ve neden oluşur? (10 Puan)</w:t>
      </w:r>
    </w:p>
    <w:p w14:paraId="380C86F2" w14:textId="77777777" w:rsidR="00D25C99" w:rsidRPr="00FB1A0C" w:rsidRDefault="00000000" w:rsidP="00FB1A0C">
      <w:pPr>
        <w:spacing w:after="50" w:line="360" w:lineRule="auto"/>
        <w:rPr>
          <w:bCs/>
          <w:sz w:val="22"/>
        </w:rPr>
      </w:pPr>
      <w:r w:rsidRPr="00FB1A0C">
        <w:rPr>
          <w:b/>
          <w:sz w:val="22"/>
        </w:rPr>
        <w:t>7.</w:t>
      </w:r>
      <w:r w:rsidRPr="00FB1A0C">
        <w:rPr>
          <w:bCs/>
          <w:sz w:val="22"/>
        </w:rPr>
        <w:t xml:space="preserve"> Segmanların görevi nedir? (10 Puan)</w:t>
      </w:r>
    </w:p>
    <w:p w14:paraId="53A1C2FC" w14:textId="77777777" w:rsidR="00D25C99" w:rsidRPr="00FB1A0C" w:rsidRDefault="00000000" w:rsidP="00FB1A0C">
      <w:pPr>
        <w:spacing w:after="50" w:line="360" w:lineRule="auto"/>
        <w:rPr>
          <w:bCs/>
          <w:sz w:val="22"/>
        </w:rPr>
      </w:pPr>
      <w:r w:rsidRPr="00FB1A0C">
        <w:rPr>
          <w:b/>
          <w:sz w:val="22"/>
        </w:rPr>
        <w:t>8.</w:t>
      </w:r>
      <w:r w:rsidRPr="00FB1A0C">
        <w:rPr>
          <w:bCs/>
          <w:sz w:val="22"/>
        </w:rPr>
        <w:t xml:space="preserve"> Segman çeşitleri nelerdir? (10 Puan)</w:t>
      </w:r>
    </w:p>
    <w:p w14:paraId="7FC22BEA" w14:textId="77777777" w:rsidR="00D25C99" w:rsidRPr="00FB1A0C" w:rsidRDefault="00000000" w:rsidP="00FB1A0C">
      <w:pPr>
        <w:spacing w:after="50" w:line="360" w:lineRule="auto"/>
        <w:rPr>
          <w:bCs/>
          <w:sz w:val="22"/>
        </w:rPr>
      </w:pPr>
      <w:r w:rsidRPr="00FB1A0C">
        <w:rPr>
          <w:b/>
          <w:sz w:val="22"/>
        </w:rPr>
        <w:t>9.</w:t>
      </w:r>
      <w:r w:rsidRPr="00FB1A0C">
        <w:rPr>
          <w:bCs/>
          <w:sz w:val="22"/>
        </w:rPr>
        <w:t xml:space="preserve"> Segmanlar hangi durumlarda değiştirilir? (10 Puan)</w:t>
      </w:r>
    </w:p>
    <w:p w14:paraId="571B9F33" w14:textId="77777777" w:rsidR="00D25C99" w:rsidRPr="00FB1A0C" w:rsidRDefault="00000000" w:rsidP="00FB1A0C">
      <w:pPr>
        <w:spacing w:after="50" w:line="360" w:lineRule="auto"/>
        <w:rPr>
          <w:bCs/>
          <w:sz w:val="22"/>
        </w:rPr>
      </w:pPr>
      <w:r w:rsidRPr="00FB1A0C">
        <w:rPr>
          <w:b/>
          <w:sz w:val="22"/>
        </w:rPr>
        <w:t>10.</w:t>
      </w:r>
      <w:r w:rsidRPr="00FB1A0C">
        <w:rPr>
          <w:bCs/>
          <w:sz w:val="22"/>
        </w:rPr>
        <w:t xml:space="preserve"> Biyel arızaları neden oluşur? (10 Puan)</w:t>
      </w:r>
    </w:p>
    <w:p w14:paraId="1B9EE50E" w14:textId="77777777" w:rsidR="00FB1A0C" w:rsidRDefault="00FB1A0C">
      <w:pPr>
        <w:spacing w:before="40" w:after="0"/>
        <w:rPr>
          <w:b/>
        </w:rPr>
      </w:pPr>
    </w:p>
    <w:p w14:paraId="59B756A5" w14:textId="0BB6A850" w:rsidR="00D25C99" w:rsidRPr="00FB1A0C" w:rsidRDefault="00000000" w:rsidP="00FB1A0C">
      <w:pPr>
        <w:spacing w:before="40" w:after="0" w:line="360" w:lineRule="auto"/>
        <w:rPr>
          <w:bCs/>
          <w:sz w:val="20"/>
          <w:szCs w:val="20"/>
        </w:rPr>
      </w:pPr>
      <w:proofErr w:type="spellStart"/>
      <w:proofErr w:type="gramStart"/>
      <w:r w:rsidRPr="00FB1A0C">
        <w:rPr>
          <w:bCs/>
          <w:sz w:val="20"/>
          <w:szCs w:val="20"/>
        </w:rPr>
        <w:t>Süre</w:t>
      </w:r>
      <w:proofErr w:type="spellEnd"/>
      <w:r w:rsidRPr="00FB1A0C">
        <w:rPr>
          <w:bCs/>
          <w:sz w:val="20"/>
          <w:szCs w:val="20"/>
        </w:rPr>
        <w:t xml:space="preserve"> :</w:t>
      </w:r>
      <w:proofErr w:type="gramEnd"/>
      <w:r w:rsidRPr="00FB1A0C">
        <w:rPr>
          <w:bCs/>
          <w:sz w:val="20"/>
          <w:szCs w:val="20"/>
        </w:rPr>
        <w:t xml:space="preserve"> 40 Dk</w:t>
      </w:r>
      <w:r w:rsidRPr="00FB1A0C">
        <w:rPr>
          <w:bCs/>
          <w:sz w:val="20"/>
          <w:szCs w:val="20"/>
        </w:rPr>
        <w:tab/>
      </w:r>
      <w:r w:rsidRPr="00FB1A0C">
        <w:rPr>
          <w:bCs/>
          <w:sz w:val="20"/>
          <w:szCs w:val="20"/>
        </w:rPr>
        <w:tab/>
      </w:r>
      <w:r w:rsidRPr="00FB1A0C">
        <w:rPr>
          <w:bCs/>
          <w:sz w:val="20"/>
          <w:szCs w:val="20"/>
        </w:rPr>
        <w:tab/>
      </w:r>
      <w:r w:rsidRPr="00FB1A0C">
        <w:rPr>
          <w:bCs/>
          <w:sz w:val="20"/>
          <w:szCs w:val="20"/>
        </w:rPr>
        <w:tab/>
      </w:r>
      <w:r w:rsidRPr="00FB1A0C">
        <w:rPr>
          <w:bCs/>
          <w:sz w:val="20"/>
          <w:szCs w:val="20"/>
        </w:rPr>
        <w:tab/>
      </w:r>
      <w:r w:rsidRPr="00FB1A0C">
        <w:rPr>
          <w:bCs/>
          <w:sz w:val="20"/>
          <w:szCs w:val="20"/>
        </w:rPr>
        <w:tab/>
      </w:r>
      <w:r w:rsidRPr="00FB1A0C">
        <w:rPr>
          <w:bCs/>
          <w:sz w:val="20"/>
          <w:szCs w:val="20"/>
        </w:rPr>
        <w:tab/>
      </w:r>
      <w:r w:rsidR="00FB1A0C" w:rsidRPr="00FB1A0C">
        <w:rPr>
          <w:bCs/>
          <w:sz w:val="20"/>
          <w:szCs w:val="20"/>
        </w:rPr>
        <w:tab/>
      </w:r>
      <w:r w:rsidR="00FB1A0C" w:rsidRPr="00FB1A0C">
        <w:rPr>
          <w:bCs/>
          <w:sz w:val="20"/>
          <w:szCs w:val="20"/>
        </w:rPr>
        <w:tab/>
      </w:r>
      <w:r w:rsidR="00FB1A0C" w:rsidRPr="00FB1A0C">
        <w:rPr>
          <w:bCs/>
          <w:sz w:val="20"/>
          <w:szCs w:val="20"/>
        </w:rPr>
        <w:tab/>
        <w:t xml:space="preserve">          </w:t>
      </w:r>
      <w:proofErr w:type="spellStart"/>
      <w:r w:rsidRPr="00FB1A0C">
        <w:rPr>
          <w:bCs/>
          <w:sz w:val="20"/>
          <w:szCs w:val="20"/>
        </w:rPr>
        <w:t>Başarılar</w:t>
      </w:r>
      <w:proofErr w:type="spellEnd"/>
    </w:p>
    <w:p w14:paraId="6983E017" w14:textId="77777777" w:rsidR="00D25C99" w:rsidRPr="00FB1A0C" w:rsidRDefault="00000000" w:rsidP="00FB1A0C">
      <w:pPr>
        <w:spacing w:after="0" w:line="360" w:lineRule="auto"/>
        <w:ind w:left="6480" w:firstLine="720"/>
        <w:rPr>
          <w:bCs/>
          <w:sz w:val="20"/>
          <w:szCs w:val="20"/>
        </w:rPr>
      </w:pPr>
      <w:proofErr w:type="gramStart"/>
      <w:r w:rsidRPr="00FB1A0C">
        <w:rPr>
          <w:bCs/>
          <w:sz w:val="20"/>
          <w:szCs w:val="20"/>
        </w:rPr>
        <w:t>Mot.Arç.Tekn</w:t>
      </w:r>
      <w:proofErr w:type="gramEnd"/>
      <w:r w:rsidRPr="00FB1A0C">
        <w:rPr>
          <w:bCs/>
          <w:sz w:val="20"/>
          <w:szCs w:val="20"/>
        </w:rPr>
        <w:t xml:space="preserve"> Öğrt Abdullah YANIK</w:t>
      </w:r>
    </w:p>
    <w:p w14:paraId="0338BEA2" w14:textId="77777777" w:rsidR="00D25C99" w:rsidRDefault="00000000">
      <w:r>
        <w:br w:type="page"/>
      </w:r>
    </w:p>
    <w:p w14:paraId="32F5EC06" w14:textId="77777777" w:rsidR="00D25C99" w:rsidRPr="00FB1A0C" w:rsidRDefault="00000000" w:rsidP="00FB1A0C">
      <w:pPr>
        <w:spacing w:after="60" w:line="360" w:lineRule="auto"/>
        <w:jc w:val="center"/>
        <w:rPr>
          <w:sz w:val="20"/>
          <w:szCs w:val="20"/>
        </w:rPr>
      </w:pPr>
      <w:r w:rsidRPr="00FB1A0C">
        <w:rPr>
          <w:b/>
          <w:sz w:val="20"/>
          <w:szCs w:val="20"/>
        </w:rPr>
        <w:lastRenderedPageBreak/>
        <w:t xml:space="preserve">2026/2027 KRANK MİLİ VE PİSTON-BİYEL YENİLEŞTİRME DERSİ </w:t>
      </w:r>
      <w:proofErr w:type="gramStart"/>
      <w:r w:rsidRPr="00FB1A0C">
        <w:rPr>
          <w:b/>
          <w:sz w:val="20"/>
          <w:szCs w:val="20"/>
        </w:rPr>
        <w:t>2.DÖNEM</w:t>
      </w:r>
      <w:proofErr w:type="gramEnd"/>
      <w:r w:rsidRPr="00FB1A0C">
        <w:rPr>
          <w:b/>
          <w:sz w:val="20"/>
          <w:szCs w:val="20"/>
        </w:rPr>
        <w:t xml:space="preserve"> </w:t>
      </w:r>
      <w:proofErr w:type="gramStart"/>
      <w:r w:rsidRPr="00FB1A0C">
        <w:rPr>
          <w:b/>
          <w:sz w:val="20"/>
          <w:szCs w:val="20"/>
        </w:rPr>
        <w:t>2.YAZILI</w:t>
      </w:r>
      <w:proofErr w:type="gramEnd"/>
      <w:r w:rsidRPr="00FB1A0C">
        <w:rPr>
          <w:b/>
          <w:sz w:val="20"/>
          <w:szCs w:val="20"/>
        </w:rPr>
        <w:t xml:space="preserve"> CEVAP ANAHTARI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D25C99" w:rsidRPr="00FB1A0C" w14:paraId="40226E97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6C6B3D" w14:textId="77777777" w:rsidR="00D25C99" w:rsidRPr="00FB1A0C" w:rsidRDefault="00000000" w:rsidP="00FB1A0C">
            <w:pPr>
              <w:spacing w:after="10" w:line="360" w:lineRule="auto"/>
              <w:rPr>
                <w:sz w:val="20"/>
                <w:szCs w:val="20"/>
              </w:rPr>
            </w:pPr>
            <w:r w:rsidRPr="00FB1A0C">
              <w:rPr>
                <w:b/>
                <w:sz w:val="20"/>
                <w:szCs w:val="20"/>
              </w:rPr>
              <w:t>1. Pistonların görevi nedir? (10 Puan)</w:t>
            </w:r>
          </w:p>
          <w:p w14:paraId="1D5AD176" w14:textId="77777777" w:rsidR="00D25C99" w:rsidRPr="00FB1A0C" w:rsidRDefault="00000000" w:rsidP="00FB1A0C">
            <w:pPr>
              <w:spacing w:after="0" w:line="360" w:lineRule="auto"/>
              <w:rPr>
                <w:sz w:val="20"/>
                <w:szCs w:val="20"/>
              </w:rPr>
            </w:pPr>
            <w:r w:rsidRPr="00FB1A0C">
              <w:rPr>
                <w:sz w:val="20"/>
                <w:szCs w:val="20"/>
              </w:rPr>
              <w:t>Silindir içinde iki ölü nokta arasında hareket ederek zamanları meydana getirir, silindirin alt tarafında hareketli kapak görevi görür ve yanmış gaz basıncını biyel yardımıyla krank miline iletir.</w:t>
            </w:r>
          </w:p>
        </w:tc>
      </w:tr>
      <w:tr w:rsidR="00D25C99" w:rsidRPr="00FB1A0C" w14:paraId="49AC2CDF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F95EB7" w14:textId="77777777" w:rsidR="00D25C99" w:rsidRPr="00FB1A0C" w:rsidRDefault="00000000" w:rsidP="00FB1A0C">
            <w:pPr>
              <w:spacing w:after="10" w:line="360" w:lineRule="auto"/>
              <w:rPr>
                <w:sz w:val="20"/>
                <w:szCs w:val="20"/>
              </w:rPr>
            </w:pPr>
            <w:r w:rsidRPr="00FB1A0C">
              <w:rPr>
                <w:b/>
                <w:sz w:val="20"/>
                <w:szCs w:val="20"/>
              </w:rPr>
              <w:t>2. Piston arızalarının belirtileri nelerdir? (10 Puan)</w:t>
            </w:r>
          </w:p>
          <w:p w14:paraId="10B34D61" w14:textId="77777777" w:rsidR="00D25C99" w:rsidRPr="00FB1A0C" w:rsidRDefault="00000000" w:rsidP="00FB1A0C">
            <w:pPr>
              <w:spacing w:after="0" w:line="360" w:lineRule="auto"/>
              <w:rPr>
                <w:sz w:val="20"/>
                <w:szCs w:val="20"/>
              </w:rPr>
            </w:pPr>
            <w:r w:rsidRPr="00FB1A0C">
              <w:rPr>
                <w:sz w:val="20"/>
                <w:szCs w:val="20"/>
              </w:rPr>
              <w:t>Motorda kompresyon kaçağı oluşur, motor gücü düşer ve fazla yağ sarfiyatı görülür.</w:t>
            </w:r>
          </w:p>
        </w:tc>
      </w:tr>
      <w:tr w:rsidR="00D25C99" w:rsidRPr="00FB1A0C" w14:paraId="25294853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424E69" w14:textId="77777777" w:rsidR="00D25C99" w:rsidRPr="00FB1A0C" w:rsidRDefault="00000000" w:rsidP="00FB1A0C">
            <w:pPr>
              <w:spacing w:after="10" w:line="360" w:lineRule="auto"/>
              <w:rPr>
                <w:sz w:val="20"/>
                <w:szCs w:val="20"/>
              </w:rPr>
            </w:pPr>
            <w:r w:rsidRPr="00FB1A0C">
              <w:rPr>
                <w:b/>
                <w:sz w:val="20"/>
                <w:szCs w:val="20"/>
              </w:rPr>
              <w:t>3. Pistonlar neden arızalanır? (10 Puan)</w:t>
            </w:r>
          </w:p>
          <w:p w14:paraId="23C70576" w14:textId="77777777" w:rsidR="00D25C99" w:rsidRPr="00FB1A0C" w:rsidRDefault="00000000" w:rsidP="00FB1A0C">
            <w:pPr>
              <w:spacing w:after="0" w:line="360" w:lineRule="auto"/>
              <w:rPr>
                <w:sz w:val="20"/>
                <w:szCs w:val="20"/>
              </w:rPr>
            </w:pPr>
            <w:r w:rsidRPr="00FB1A0C">
              <w:rPr>
                <w:sz w:val="20"/>
                <w:szCs w:val="20"/>
              </w:rPr>
              <w:t>Erken ateşleme, detonasyon, yetersiz soğutma ve yağlama, fazla veya az piston boşluğu, hatalı montaj, kir-pislik, yüksek ısı ve fazla yük nedeniyle arızalanırlar.</w:t>
            </w:r>
          </w:p>
        </w:tc>
      </w:tr>
      <w:tr w:rsidR="00D25C99" w:rsidRPr="00FB1A0C" w14:paraId="4D17B518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C8646E" w14:textId="77777777" w:rsidR="00D25C99" w:rsidRPr="00FB1A0C" w:rsidRDefault="00000000" w:rsidP="00FB1A0C">
            <w:pPr>
              <w:spacing w:after="10" w:line="360" w:lineRule="auto"/>
              <w:rPr>
                <w:sz w:val="20"/>
                <w:szCs w:val="20"/>
              </w:rPr>
            </w:pPr>
            <w:r w:rsidRPr="00FB1A0C">
              <w:rPr>
                <w:b/>
                <w:sz w:val="20"/>
                <w:szCs w:val="20"/>
              </w:rPr>
              <w:t>4. Pistonların başlıca arızaları nelerdir? (10 Puan)</w:t>
            </w:r>
          </w:p>
          <w:p w14:paraId="1269AB28" w14:textId="77777777" w:rsidR="00FB1A0C" w:rsidRPr="00FB1A0C" w:rsidRDefault="00000000" w:rsidP="00FB1A0C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0"/>
                <w:szCs w:val="20"/>
              </w:rPr>
            </w:pPr>
            <w:r w:rsidRPr="00FB1A0C">
              <w:rPr>
                <w:sz w:val="20"/>
                <w:szCs w:val="20"/>
              </w:rPr>
              <w:t xml:space="preserve">Segman yuvalarının bozulması, </w:t>
            </w:r>
          </w:p>
          <w:p w14:paraId="44071092" w14:textId="77F5F97B" w:rsidR="00FB1A0C" w:rsidRPr="00FB1A0C" w:rsidRDefault="00FB1A0C" w:rsidP="00FB1A0C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0"/>
                <w:szCs w:val="20"/>
              </w:rPr>
            </w:pPr>
            <w:r w:rsidRPr="00FB1A0C">
              <w:rPr>
                <w:sz w:val="20"/>
                <w:szCs w:val="20"/>
              </w:rPr>
              <w:t xml:space="preserve">Piston </w:t>
            </w:r>
            <w:proofErr w:type="spellStart"/>
            <w:r w:rsidR="00000000" w:rsidRPr="00FB1A0C">
              <w:rPr>
                <w:sz w:val="20"/>
                <w:szCs w:val="20"/>
              </w:rPr>
              <w:t>yüzeyinin</w:t>
            </w:r>
            <w:proofErr w:type="spellEnd"/>
            <w:r w:rsidR="00000000" w:rsidRPr="00FB1A0C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FB1A0C">
              <w:rPr>
                <w:sz w:val="20"/>
                <w:szCs w:val="20"/>
              </w:rPr>
              <w:t>aşınması</w:t>
            </w:r>
            <w:proofErr w:type="spellEnd"/>
            <w:r w:rsidR="00000000" w:rsidRPr="00FB1A0C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FB1A0C">
              <w:rPr>
                <w:sz w:val="20"/>
                <w:szCs w:val="20"/>
              </w:rPr>
              <w:t>ve</w:t>
            </w:r>
            <w:proofErr w:type="spellEnd"/>
            <w:r w:rsidR="00000000" w:rsidRPr="00FB1A0C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FB1A0C">
              <w:rPr>
                <w:sz w:val="20"/>
                <w:szCs w:val="20"/>
              </w:rPr>
              <w:t>çizilmesi</w:t>
            </w:r>
            <w:proofErr w:type="spellEnd"/>
            <w:r w:rsidR="00000000" w:rsidRPr="00FB1A0C">
              <w:rPr>
                <w:sz w:val="20"/>
                <w:szCs w:val="20"/>
              </w:rPr>
              <w:t xml:space="preserve">, </w:t>
            </w:r>
          </w:p>
          <w:p w14:paraId="306D1845" w14:textId="2C9BF2FA" w:rsidR="00FB1A0C" w:rsidRPr="00FB1A0C" w:rsidRDefault="00FB1A0C" w:rsidP="00FB1A0C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FB1A0C">
              <w:rPr>
                <w:sz w:val="20"/>
                <w:szCs w:val="20"/>
              </w:rPr>
              <w:t>Pörtüklenme</w:t>
            </w:r>
            <w:proofErr w:type="spellEnd"/>
            <w:r w:rsidR="00000000" w:rsidRPr="00FB1A0C">
              <w:rPr>
                <w:sz w:val="20"/>
                <w:szCs w:val="20"/>
              </w:rPr>
              <w:t xml:space="preserve">, </w:t>
            </w:r>
          </w:p>
          <w:p w14:paraId="5CA01801" w14:textId="27BEF5B8" w:rsidR="00FB1A0C" w:rsidRPr="00FB1A0C" w:rsidRDefault="00FB1A0C" w:rsidP="00FB1A0C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0"/>
                <w:szCs w:val="20"/>
              </w:rPr>
            </w:pPr>
            <w:r w:rsidRPr="00FB1A0C">
              <w:rPr>
                <w:sz w:val="20"/>
                <w:szCs w:val="20"/>
              </w:rPr>
              <w:t xml:space="preserve">Piston </w:t>
            </w:r>
            <w:proofErr w:type="spellStart"/>
            <w:r w:rsidR="00000000" w:rsidRPr="00FB1A0C">
              <w:rPr>
                <w:sz w:val="20"/>
                <w:szCs w:val="20"/>
              </w:rPr>
              <w:t>başının</w:t>
            </w:r>
            <w:proofErr w:type="spellEnd"/>
            <w:r w:rsidR="00000000" w:rsidRPr="00FB1A0C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FB1A0C">
              <w:rPr>
                <w:sz w:val="20"/>
                <w:szCs w:val="20"/>
              </w:rPr>
              <w:t>yanması</w:t>
            </w:r>
            <w:proofErr w:type="spellEnd"/>
            <w:r w:rsidR="00000000" w:rsidRPr="00FB1A0C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FB1A0C">
              <w:rPr>
                <w:sz w:val="20"/>
                <w:szCs w:val="20"/>
              </w:rPr>
              <w:t>veya</w:t>
            </w:r>
            <w:proofErr w:type="spellEnd"/>
            <w:r w:rsidR="00000000" w:rsidRPr="00FB1A0C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FB1A0C">
              <w:rPr>
                <w:sz w:val="20"/>
                <w:szCs w:val="20"/>
              </w:rPr>
              <w:t>delinmesi</w:t>
            </w:r>
            <w:proofErr w:type="spellEnd"/>
            <w:r w:rsidR="00000000" w:rsidRPr="00FB1A0C">
              <w:rPr>
                <w:sz w:val="20"/>
                <w:szCs w:val="20"/>
              </w:rPr>
              <w:t xml:space="preserve">, </w:t>
            </w:r>
          </w:p>
          <w:p w14:paraId="307D7176" w14:textId="708308B7" w:rsidR="00FB1A0C" w:rsidRPr="00FB1A0C" w:rsidRDefault="00FB1A0C" w:rsidP="00FB1A0C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0"/>
                <w:szCs w:val="20"/>
              </w:rPr>
            </w:pPr>
            <w:r w:rsidRPr="00FB1A0C">
              <w:rPr>
                <w:sz w:val="20"/>
                <w:szCs w:val="20"/>
              </w:rPr>
              <w:t xml:space="preserve">Piston </w:t>
            </w:r>
            <w:proofErr w:type="spellStart"/>
            <w:r w:rsidR="00000000" w:rsidRPr="00FB1A0C">
              <w:rPr>
                <w:sz w:val="20"/>
                <w:szCs w:val="20"/>
              </w:rPr>
              <w:t>eteği</w:t>
            </w:r>
            <w:proofErr w:type="spellEnd"/>
            <w:r w:rsidR="00000000" w:rsidRPr="00FB1A0C">
              <w:rPr>
                <w:sz w:val="20"/>
                <w:szCs w:val="20"/>
              </w:rPr>
              <w:t xml:space="preserve">, </w:t>
            </w:r>
          </w:p>
          <w:p w14:paraId="11C1A65B" w14:textId="0085BEEB" w:rsidR="00D25C99" w:rsidRPr="00FB1A0C" w:rsidRDefault="00FB1A0C" w:rsidP="00FB1A0C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0"/>
                <w:szCs w:val="20"/>
              </w:rPr>
            </w:pPr>
            <w:r w:rsidRPr="00FB1A0C">
              <w:rPr>
                <w:sz w:val="20"/>
                <w:szCs w:val="20"/>
              </w:rPr>
              <w:t xml:space="preserve">Pim </w:t>
            </w:r>
            <w:proofErr w:type="spellStart"/>
            <w:r w:rsidR="00000000" w:rsidRPr="00FB1A0C">
              <w:rPr>
                <w:sz w:val="20"/>
                <w:szCs w:val="20"/>
              </w:rPr>
              <w:t>yuvası</w:t>
            </w:r>
            <w:proofErr w:type="spellEnd"/>
            <w:r w:rsidR="00000000" w:rsidRPr="00FB1A0C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FB1A0C">
              <w:rPr>
                <w:sz w:val="20"/>
                <w:szCs w:val="20"/>
              </w:rPr>
              <w:t>ya</w:t>
            </w:r>
            <w:proofErr w:type="spellEnd"/>
            <w:r w:rsidR="00000000" w:rsidRPr="00FB1A0C">
              <w:rPr>
                <w:sz w:val="20"/>
                <w:szCs w:val="20"/>
              </w:rPr>
              <w:t xml:space="preserve"> da </w:t>
            </w:r>
            <w:proofErr w:type="spellStart"/>
            <w:r w:rsidR="00000000" w:rsidRPr="00FB1A0C">
              <w:rPr>
                <w:sz w:val="20"/>
                <w:szCs w:val="20"/>
              </w:rPr>
              <w:t>segman</w:t>
            </w:r>
            <w:proofErr w:type="spellEnd"/>
            <w:r w:rsidR="00000000" w:rsidRPr="00FB1A0C">
              <w:rPr>
                <w:sz w:val="20"/>
                <w:szCs w:val="20"/>
              </w:rPr>
              <w:t xml:space="preserve"> setlerinin kırılmasıdır.</w:t>
            </w:r>
          </w:p>
        </w:tc>
      </w:tr>
      <w:tr w:rsidR="00D25C99" w:rsidRPr="00FB1A0C" w14:paraId="31FAB717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18B30DD" w14:textId="77777777" w:rsidR="00D25C99" w:rsidRPr="00FB1A0C" w:rsidRDefault="00000000" w:rsidP="00FB1A0C">
            <w:pPr>
              <w:spacing w:after="10" w:line="360" w:lineRule="auto"/>
              <w:rPr>
                <w:sz w:val="20"/>
                <w:szCs w:val="20"/>
              </w:rPr>
            </w:pPr>
            <w:r w:rsidRPr="00FB1A0C">
              <w:rPr>
                <w:b/>
                <w:sz w:val="20"/>
                <w:szCs w:val="20"/>
              </w:rPr>
              <w:t>5. Piston piminin görevi nedir? (10 Puan)</w:t>
            </w:r>
          </w:p>
          <w:p w14:paraId="73DE4B46" w14:textId="77777777" w:rsidR="00D25C99" w:rsidRPr="00FB1A0C" w:rsidRDefault="00000000" w:rsidP="00FB1A0C">
            <w:pPr>
              <w:spacing w:after="0" w:line="360" w:lineRule="auto"/>
              <w:rPr>
                <w:sz w:val="20"/>
                <w:szCs w:val="20"/>
              </w:rPr>
            </w:pPr>
            <w:r w:rsidRPr="00FB1A0C">
              <w:rPr>
                <w:sz w:val="20"/>
                <w:szCs w:val="20"/>
              </w:rPr>
              <w:t>Piston pimi, pistonu biyele bağlayan; çelik alaşımından yapılmış, içi boş, silindirik, dayanıklı, dış yüzeyi sertleştirilmiş ve taşlanmış motor parçasıdır.</w:t>
            </w:r>
          </w:p>
        </w:tc>
      </w:tr>
      <w:tr w:rsidR="00D25C99" w:rsidRPr="00FB1A0C" w14:paraId="3F2EB5A7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4EAE2A" w14:textId="77777777" w:rsidR="00D25C99" w:rsidRPr="00FB1A0C" w:rsidRDefault="00000000" w:rsidP="00FB1A0C">
            <w:pPr>
              <w:spacing w:after="10" w:line="360" w:lineRule="auto"/>
              <w:rPr>
                <w:sz w:val="20"/>
                <w:szCs w:val="20"/>
              </w:rPr>
            </w:pPr>
            <w:r w:rsidRPr="00FB1A0C">
              <w:rPr>
                <w:b/>
                <w:sz w:val="20"/>
                <w:szCs w:val="20"/>
              </w:rPr>
              <w:t>6. Piston pimi arızaları nelerdir ve neden oluşur? (10 Puan)</w:t>
            </w:r>
          </w:p>
          <w:p w14:paraId="377C8608" w14:textId="77777777" w:rsidR="00D25C99" w:rsidRPr="00FB1A0C" w:rsidRDefault="00000000" w:rsidP="00FB1A0C">
            <w:pPr>
              <w:spacing w:after="0" w:line="360" w:lineRule="auto"/>
              <w:rPr>
                <w:sz w:val="20"/>
                <w:szCs w:val="20"/>
              </w:rPr>
            </w:pPr>
            <w:r w:rsidRPr="00FB1A0C">
              <w:rPr>
                <w:sz w:val="20"/>
                <w:szCs w:val="20"/>
              </w:rPr>
              <w:t>Normal aşınmanın yanında fazla ısı, yetersiz yağ boşluğu ve yağlama, montaj hataları, biyelin eğrilip burulması ve yuvaların şekil değiştirmesi nedeniyle düzensiz aşınma, sarma ve sıkışma görülebilir.</w:t>
            </w:r>
          </w:p>
        </w:tc>
      </w:tr>
      <w:tr w:rsidR="00D25C99" w:rsidRPr="00FB1A0C" w14:paraId="1323CB9F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FB8BD9" w14:textId="77777777" w:rsidR="00D25C99" w:rsidRPr="00FB1A0C" w:rsidRDefault="00000000" w:rsidP="00FB1A0C">
            <w:pPr>
              <w:spacing w:after="10" w:line="360" w:lineRule="auto"/>
              <w:rPr>
                <w:sz w:val="20"/>
                <w:szCs w:val="20"/>
              </w:rPr>
            </w:pPr>
            <w:r w:rsidRPr="00FB1A0C">
              <w:rPr>
                <w:b/>
                <w:sz w:val="20"/>
                <w:szCs w:val="20"/>
              </w:rPr>
              <w:t>7. Segmanların görevi nedir? (10 Puan)</w:t>
            </w:r>
          </w:p>
          <w:p w14:paraId="36310F46" w14:textId="77777777" w:rsidR="00D25C99" w:rsidRPr="00FB1A0C" w:rsidRDefault="00000000" w:rsidP="00FB1A0C">
            <w:pPr>
              <w:spacing w:after="0" w:line="360" w:lineRule="auto"/>
              <w:rPr>
                <w:sz w:val="20"/>
                <w:szCs w:val="20"/>
              </w:rPr>
            </w:pPr>
            <w:r w:rsidRPr="00FB1A0C">
              <w:rPr>
                <w:sz w:val="20"/>
                <w:szCs w:val="20"/>
              </w:rPr>
              <w:t>Silindir içinde gaz sızdırmazlığını sağlamak, silindir yüzeyindeki yağı kontrol etmek ve piston üzerindeki ısıyı silindir çeperine iletmektir.</w:t>
            </w:r>
          </w:p>
        </w:tc>
      </w:tr>
      <w:tr w:rsidR="00D25C99" w:rsidRPr="00FB1A0C" w14:paraId="5A22BA99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474869" w14:textId="77777777" w:rsidR="00D25C99" w:rsidRPr="00FB1A0C" w:rsidRDefault="00000000" w:rsidP="00FB1A0C">
            <w:pPr>
              <w:spacing w:after="10" w:line="360" w:lineRule="auto"/>
              <w:rPr>
                <w:sz w:val="20"/>
                <w:szCs w:val="20"/>
              </w:rPr>
            </w:pPr>
            <w:r w:rsidRPr="00FB1A0C">
              <w:rPr>
                <w:b/>
                <w:sz w:val="20"/>
                <w:szCs w:val="20"/>
              </w:rPr>
              <w:t>8. Segman çeşitleri nelerdir? (10 Puan)</w:t>
            </w:r>
          </w:p>
          <w:p w14:paraId="4CB1C015" w14:textId="77777777" w:rsidR="00D25C99" w:rsidRPr="00FB1A0C" w:rsidRDefault="00000000" w:rsidP="00FB1A0C">
            <w:pPr>
              <w:spacing w:after="0" w:line="360" w:lineRule="auto"/>
              <w:rPr>
                <w:sz w:val="20"/>
                <w:szCs w:val="20"/>
              </w:rPr>
            </w:pPr>
            <w:r w:rsidRPr="00FB1A0C">
              <w:rPr>
                <w:sz w:val="20"/>
                <w:szCs w:val="20"/>
              </w:rPr>
              <w:t>Sıkıştırma (kompresyon) segmanları ve yağ segmanları olmak üzere iki gruba ayrılır.</w:t>
            </w:r>
          </w:p>
        </w:tc>
      </w:tr>
      <w:tr w:rsidR="00D25C99" w:rsidRPr="00FB1A0C" w14:paraId="57F85BC4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5D58AD" w14:textId="77777777" w:rsidR="00D25C99" w:rsidRPr="00FB1A0C" w:rsidRDefault="00000000" w:rsidP="00FB1A0C">
            <w:pPr>
              <w:spacing w:after="10" w:line="360" w:lineRule="auto"/>
              <w:rPr>
                <w:sz w:val="20"/>
                <w:szCs w:val="20"/>
              </w:rPr>
            </w:pPr>
            <w:r w:rsidRPr="00FB1A0C">
              <w:rPr>
                <w:b/>
                <w:sz w:val="20"/>
                <w:szCs w:val="20"/>
              </w:rPr>
              <w:t>9. Segmanlar hangi durumlarda değiştirilir? (10 Puan)</w:t>
            </w:r>
          </w:p>
          <w:p w14:paraId="751F9732" w14:textId="77777777" w:rsidR="00D25C99" w:rsidRPr="00FB1A0C" w:rsidRDefault="00000000" w:rsidP="00FB1A0C">
            <w:pPr>
              <w:spacing w:after="0" w:line="360" w:lineRule="auto"/>
              <w:rPr>
                <w:sz w:val="20"/>
                <w:szCs w:val="20"/>
              </w:rPr>
            </w:pPr>
            <w:r w:rsidRPr="00FB1A0C">
              <w:rPr>
                <w:sz w:val="20"/>
                <w:szCs w:val="20"/>
              </w:rPr>
              <w:t>Motor yenileştirildiğinde, gömlek değiştirildiğinde, silindirlerde oval/konik aşınma olduğunda, sızdırmazlık ve yağ kontrolü bozulduğunda; eğilme, burulma, aşınma, çizilme, pörtüklenme veya esneklik azalması görüldüğünde değiştirilir.</w:t>
            </w:r>
          </w:p>
        </w:tc>
      </w:tr>
      <w:tr w:rsidR="00D25C99" w:rsidRPr="00FB1A0C" w14:paraId="527E8DFA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E5444B" w14:textId="77777777" w:rsidR="00D25C99" w:rsidRPr="00FB1A0C" w:rsidRDefault="00000000" w:rsidP="00FB1A0C">
            <w:pPr>
              <w:spacing w:after="10" w:line="360" w:lineRule="auto"/>
              <w:rPr>
                <w:sz w:val="20"/>
                <w:szCs w:val="20"/>
              </w:rPr>
            </w:pPr>
            <w:r w:rsidRPr="00FB1A0C">
              <w:rPr>
                <w:b/>
                <w:sz w:val="20"/>
                <w:szCs w:val="20"/>
              </w:rPr>
              <w:t>10. Biyel arızaları neden oluşur? (10 Puan)</w:t>
            </w:r>
          </w:p>
          <w:p w14:paraId="0F79E623" w14:textId="77777777" w:rsidR="00D25C99" w:rsidRPr="00FB1A0C" w:rsidRDefault="00000000" w:rsidP="00FB1A0C">
            <w:pPr>
              <w:spacing w:after="0" w:line="360" w:lineRule="auto"/>
              <w:rPr>
                <w:sz w:val="20"/>
                <w:szCs w:val="20"/>
              </w:rPr>
            </w:pPr>
            <w:r w:rsidRPr="00FB1A0C">
              <w:rPr>
                <w:sz w:val="20"/>
                <w:szCs w:val="20"/>
              </w:rPr>
              <w:t>Yanma sonucu oluşan ani darbeler, dengesizlik ve atalet kuvvetleri, malzemenin iç gerilmeleri, dengesiz veya fazla sıkma, yanlış montaj ve ayar, hatalı onarım ile yetersiz pim ve yatak boşlukları nedeniyle oluşur.</w:t>
            </w:r>
          </w:p>
        </w:tc>
      </w:tr>
    </w:tbl>
    <w:p w14:paraId="5C1991AD" w14:textId="77777777" w:rsidR="00DA2265" w:rsidRPr="00FB1A0C" w:rsidRDefault="00DA2265" w:rsidP="00FB1A0C">
      <w:pPr>
        <w:spacing w:line="360" w:lineRule="auto"/>
        <w:rPr>
          <w:sz w:val="20"/>
          <w:szCs w:val="20"/>
        </w:rPr>
      </w:pPr>
    </w:p>
    <w:sectPr w:rsidR="00DA2265" w:rsidRPr="00FB1A0C" w:rsidSect="00034616">
      <w:pgSz w:w="12240" w:h="15840"/>
      <w:pgMar w:top="652" w:right="822" w:bottom="595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B7827DC"/>
    <w:multiLevelType w:val="hybridMultilevel"/>
    <w:tmpl w:val="A6AECF7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321451">
    <w:abstractNumId w:val="8"/>
  </w:num>
  <w:num w:numId="2" w16cid:durableId="887574634">
    <w:abstractNumId w:val="6"/>
  </w:num>
  <w:num w:numId="3" w16cid:durableId="1172061974">
    <w:abstractNumId w:val="5"/>
  </w:num>
  <w:num w:numId="4" w16cid:durableId="977103297">
    <w:abstractNumId w:val="4"/>
  </w:num>
  <w:num w:numId="5" w16cid:durableId="32779481">
    <w:abstractNumId w:val="7"/>
  </w:num>
  <w:num w:numId="6" w16cid:durableId="1772817665">
    <w:abstractNumId w:val="3"/>
  </w:num>
  <w:num w:numId="7" w16cid:durableId="1525090720">
    <w:abstractNumId w:val="2"/>
  </w:num>
  <w:num w:numId="8" w16cid:durableId="2138793713">
    <w:abstractNumId w:val="1"/>
  </w:num>
  <w:num w:numId="9" w16cid:durableId="577905293">
    <w:abstractNumId w:val="0"/>
  </w:num>
  <w:num w:numId="10" w16cid:durableId="8906523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25C99"/>
    <w:rsid w:val="00DA2265"/>
    <w:rsid w:val="00DA68DD"/>
    <w:rsid w:val="00FB1A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41A48"/>
  <w14:defaultImageDpi w14:val="300"/>
  <w15:docId w15:val="{C3CF4D37-697F-46CA-9A8C-C4BDFB11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Abdullah Yanik</cp:lastModifiedBy>
  <cp:revision>2</cp:revision>
  <dcterms:created xsi:type="dcterms:W3CDTF">2013-12-23T23:15:00Z</dcterms:created>
  <dcterms:modified xsi:type="dcterms:W3CDTF">2026-09-06T17:26:00Z</dcterms:modified>
  <cp:category/>
</cp:coreProperties>
</file>