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A2D59" w14:textId="77777777" w:rsidR="001974C1" w:rsidRPr="00E25889" w:rsidRDefault="00000000" w:rsidP="00E25889">
      <w:pPr>
        <w:spacing w:after="0" w:line="360" w:lineRule="auto"/>
        <w:jc w:val="center"/>
        <w:rPr>
          <w:sz w:val="22"/>
        </w:rPr>
      </w:pPr>
      <w:r w:rsidRPr="00E25889">
        <w:rPr>
          <w:b/>
          <w:sz w:val="22"/>
        </w:rPr>
        <w:t>YAHŞİHAN MESLEKİ EĞİTİM MERKEZİ</w:t>
      </w:r>
    </w:p>
    <w:p w14:paraId="32AAA100" w14:textId="77777777" w:rsidR="001974C1" w:rsidRPr="00E25889" w:rsidRDefault="00000000" w:rsidP="00E25889">
      <w:pPr>
        <w:spacing w:after="0" w:line="360" w:lineRule="auto"/>
        <w:jc w:val="center"/>
        <w:rPr>
          <w:sz w:val="22"/>
        </w:rPr>
      </w:pPr>
      <w:r w:rsidRPr="00E25889">
        <w:rPr>
          <w:b/>
          <w:sz w:val="22"/>
        </w:rPr>
        <w:t>2026/2027 EĞİTİM ÖĞRETİM YILI MOTORLU ARAÇLAR TEKNOLOJİSİ ALANI</w:t>
      </w:r>
    </w:p>
    <w:p w14:paraId="56EF4588" w14:textId="77777777" w:rsidR="001974C1" w:rsidRPr="00E25889" w:rsidRDefault="00000000" w:rsidP="00E25889">
      <w:pPr>
        <w:spacing w:after="60" w:line="360" w:lineRule="auto"/>
        <w:jc w:val="center"/>
        <w:rPr>
          <w:sz w:val="22"/>
        </w:rPr>
      </w:pPr>
      <w:r w:rsidRPr="00E25889">
        <w:rPr>
          <w:b/>
          <w:sz w:val="22"/>
        </w:rPr>
        <w:t xml:space="preserve">MOTOR YENİLEŞTİRMEDE ARIZA TESPİTİ DERSİ </w:t>
      </w:r>
      <w:proofErr w:type="gramStart"/>
      <w:r w:rsidRPr="00E25889">
        <w:rPr>
          <w:b/>
          <w:sz w:val="22"/>
        </w:rPr>
        <w:t>1.DÖNEM</w:t>
      </w:r>
      <w:proofErr w:type="gramEnd"/>
      <w:r w:rsidRPr="00E25889">
        <w:rPr>
          <w:b/>
          <w:sz w:val="22"/>
        </w:rPr>
        <w:t xml:space="preserve"> </w:t>
      </w:r>
      <w:proofErr w:type="gramStart"/>
      <w:r w:rsidRPr="00E25889">
        <w:rPr>
          <w:b/>
          <w:sz w:val="22"/>
        </w:rPr>
        <w:t>2.YAZILI</w:t>
      </w:r>
      <w:proofErr w:type="gramEnd"/>
      <w:r w:rsidRPr="00E25889">
        <w:rPr>
          <w:b/>
          <w:sz w:val="22"/>
        </w:rPr>
        <w:t xml:space="preserve"> YOKLAMASI</w:t>
      </w:r>
    </w:p>
    <w:p w14:paraId="344B45A7" w14:textId="2E483092" w:rsidR="001974C1" w:rsidRPr="00E25889" w:rsidRDefault="00000000" w:rsidP="00E25889">
      <w:pPr>
        <w:spacing w:after="40" w:line="360" w:lineRule="auto"/>
        <w:rPr>
          <w:sz w:val="22"/>
        </w:rPr>
      </w:pPr>
      <w:proofErr w:type="spellStart"/>
      <w:r w:rsidRPr="00E25889">
        <w:rPr>
          <w:b/>
          <w:sz w:val="22"/>
        </w:rPr>
        <w:t>Adı</w:t>
      </w:r>
      <w:proofErr w:type="spellEnd"/>
      <w:r w:rsidRPr="00E25889">
        <w:rPr>
          <w:b/>
          <w:sz w:val="22"/>
        </w:rPr>
        <w:t xml:space="preserve"> </w:t>
      </w:r>
      <w:proofErr w:type="spellStart"/>
      <w:r w:rsidRPr="00E25889">
        <w:rPr>
          <w:b/>
          <w:sz w:val="22"/>
        </w:rPr>
        <w:t>Soyadı</w:t>
      </w:r>
      <w:proofErr w:type="spellEnd"/>
      <w:r w:rsidRPr="00E25889">
        <w:rPr>
          <w:b/>
          <w:sz w:val="22"/>
        </w:rPr>
        <w:t xml:space="preserve">  </w:t>
      </w:r>
      <w:proofErr w:type="gramStart"/>
      <w:r w:rsidRPr="00E25889">
        <w:rPr>
          <w:b/>
          <w:sz w:val="22"/>
        </w:rPr>
        <w:t xml:space="preserve">  :</w:t>
      </w:r>
      <w:proofErr w:type="gramEnd"/>
      <w:r w:rsidRPr="00E25889">
        <w:rPr>
          <w:b/>
          <w:sz w:val="22"/>
        </w:rPr>
        <w:tab/>
      </w:r>
      <w:r w:rsidRPr="00E25889">
        <w:rPr>
          <w:b/>
          <w:sz w:val="22"/>
        </w:rPr>
        <w:tab/>
      </w:r>
      <w:r w:rsidRPr="00E25889">
        <w:rPr>
          <w:b/>
          <w:sz w:val="22"/>
        </w:rPr>
        <w:tab/>
      </w:r>
      <w:r w:rsidRPr="00E25889">
        <w:rPr>
          <w:b/>
          <w:sz w:val="22"/>
        </w:rPr>
        <w:tab/>
      </w:r>
      <w:r w:rsidR="00E25889">
        <w:rPr>
          <w:b/>
          <w:sz w:val="22"/>
        </w:rPr>
        <w:tab/>
      </w:r>
      <w:proofErr w:type="spellStart"/>
      <w:r w:rsidRPr="00E25889">
        <w:rPr>
          <w:b/>
          <w:sz w:val="22"/>
        </w:rPr>
        <w:t>Sınıfı</w:t>
      </w:r>
      <w:proofErr w:type="spellEnd"/>
      <w:r w:rsidRPr="00E25889">
        <w:rPr>
          <w:b/>
          <w:sz w:val="22"/>
        </w:rPr>
        <w:t>/No:</w:t>
      </w:r>
      <w:r w:rsidRPr="00E25889">
        <w:rPr>
          <w:b/>
          <w:sz w:val="22"/>
        </w:rPr>
        <w:tab/>
      </w:r>
      <w:r w:rsidRPr="00E25889">
        <w:rPr>
          <w:b/>
          <w:sz w:val="22"/>
        </w:rPr>
        <w:tab/>
      </w:r>
      <w:r w:rsidRPr="00E25889">
        <w:rPr>
          <w:b/>
          <w:sz w:val="22"/>
        </w:rPr>
        <w:tab/>
      </w:r>
      <w:r w:rsidR="00E25889">
        <w:rPr>
          <w:b/>
          <w:sz w:val="22"/>
        </w:rPr>
        <w:tab/>
      </w:r>
      <w:proofErr w:type="spellStart"/>
      <w:r w:rsidRPr="00E25889">
        <w:rPr>
          <w:b/>
          <w:sz w:val="22"/>
        </w:rPr>
        <w:t>Aldığı</w:t>
      </w:r>
      <w:proofErr w:type="spellEnd"/>
      <w:r w:rsidRPr="00E25889">
        <w:rPr>
          <w:b/>
          <w:sz w:val="22"/>
        </w:rPr>
        <w:t xml:space="preserve"> Not:</w:t>
      </w:r>
    </w:p>
    <w:p w14:paraId="46BBE9F0" w14:textId="77777777" w:rsidR="001974C1" w:rsidRPr="00E25889" w:rsidRDefault="00000000" w:rsidP="00E25889">
      <w:pPr>
        <w:spacing w:after="40" w:line="360" w:lineRule="auto"/>
        <w:jc w:val="center"/>
        <w:rPr>
          <w:sz w:val="22"/>
        </w:rPr>
      </w:pPr>
      <w:r w:rsidRPr="00E25889">
        <w:rPr>
          <w:b/>
          <w:sz w:val="22"/>
        </w:rPr>
        <w:t>SORULAR</w:t>
      </w:r>
    </w:p>
    <w:p w14:paraId="320A86F6" w14:textId="77777777" w:rsidR="001974C1" w:rsidRPr="00E25889" w:rsidRDefault="00000000" w:rsidP="00E25889">
      <w:pPr>
        <w:spacing w:after="20" w:line="360" w:lineRule="auto"/>
        <w:rPr>
          <w:bCs/>
          <w:sz w:val="22"/>
        </w:rPr>
      </w:pPr>
      <w:r w:rsidRPr="00E25889">
        <w:rPr>
          <w:b/>
          <w:sz w:val="22"/>
        </w:rPr>
        <w:t>1.</w:t>
      </w:r>
      <w:r w:rsidRPr="00E25889">
        <w:rPr>
          <w:bCs/>
          <w:sz w:val="22"/>
        </w:rPr>
        <w:t xml:space="preserve"> Kompresyon testi hangi yerlerden yapılır? (10 Puan)</w:t>
      </w:r>
    </w:p>
    <w:p w14:paraId="58E85EFC" w14:textId="77777777" w:rsidR="001974C1" w:rsidRPr="00E25889" w:rsidRDefault="00000000" w:rsidP="00E25889">
      <w:pPr>
        <w:spacing w:after="20" w:line="360" w:lineRule="auto"/>
        <w:rPr>
          <w:bCs/>
          <w:sz w:val="22"/>
        </w:rPr>
      </w:pPr>
      <w:r w:rsidRPr="00E25889">
        <w:rPr>
          <w:b/>
          <w:sz w:val="22"/>
        </w:rPr>
        <w:t>2.</w:t>
      </w:r>
      <w:r w:rsidRPr="00E25889">
        <w:rPr>
          <w:bCs/>
          <w:sz w:val="22"/>
        </w:rPr>
        <w:t xml:space="preserve"> Silindir kaçak testi niçin yapılır? (10 Puan)</w:t>
      </w:r>
    </w:p>
    <w:p w14:paraId="6590DEA8" w14:textId="77777777" w:rsidR="001974C1" w:rsidRPr="00E25889" w:rsidRDefault="00000000" w:rsidP="00E25889">
      <w:pPr>
        <w:spacing w:after="20" w:line="360" w:lineRule="auto"/>
        <w:rPr>
          <w:bCs/>
          <w:sz w:val="22"/>
        </w:rPr>
      </w:pPr>
      <w:r w:rsidRPr="00E25889">
        <w:rPr>
          <w:b/>
          <w:sz w:val="22"/>
        </w:rPr>
        <w:t>3.</w:t>
      </w:r>
      <w:r w:rsidRPr="00E25889">
        <w:rPr>
          <w:bCs/>
          <w:sz w:val="22"/>
        </w:rPr>
        <w:t xml:space="preserve"> Motorlarda yağ basıncının yetersiz olduğu nasıl anlaşılır? (10 Puan)</w:t>
      </w:r>
    </w:p>
    <w:p w14:paraId="01BACF91" w14:textId="77777777" w:rsidR="001974C1" w:rsidRPr="00E25889" w:rsidRDefault="00000000" w:rsidP="00E25889">
      <w:pPr>
        <w:spacing w:after="20" w:line="360" w:lineRule="auto"/>
        <w:rPr>
          <w:bCs/>
          <w:sz w:val="22"/>
        </w:rPr>
      </w:pPr>
      <w:r w:rsidRPr="00E25889">
        <w:rPr>
          <w:b/>
          <w:sz w:val="22"/>
        </w:rPr>
        <w:t>4.</w:t>
      </w:r>
      <w:r w:rsidRPr="00E25889">
        <w:rPr>
          <w:bCs/>
          <w:sz w:val="22"/>
        </w:rPr>
        <w:t xml:space="preserve"> Kompresyon testi öncesinde motor nasıl hazırlanır? (10 Puan)</w:t>
      </w:r>
    </w:p>
    <w:p w14:paraId="76B99CCD" w14:textId="77777777" w:rsidR="001974C1" w:rsidRPr="00E25889" w:rsidRDefault="00000000" w:rsidP="00E25889">
      <w:pPr>
        <w:spacing w:after="20" w:line="360" w:lineRule="auto"/>
        <w:rPr>
          <w:bCs/>
          <w:sz w:val="22"/>
        </w:rPr>
      </w:pPr>
      <w:r w:rsidRPr="00E25889">
        <w:rPr>
          <w:b/>
          <w:sz w:val="22"/>
        </w:rPr>
        <w:t>5.</w:t>
      </w:r>
      <w:r w:rsidRPr="00E25889">
        <w:rPr>
          <w:bCs/>
          <w:sz w:val="22"/>
        </w:rPr>
        <w:t xml:space="preserve"> Kompresyon testi sonucunda bir silindirin değeri düşük çıkarsa arızanın segmanlardan kaynaklandığı nasıl kontrol edilir? (10 Puan)</w:t>
      </w:r>
    </w:p>
    <w:p w14:paraId="49C16E58" w14:textId="77777777" w:rsidR="001974C1" w:rsidRPr="00E25889" w:rsidRDefault="00000000" w:rsidP="00E25889">
      <w:pPr>
        <w:spacing w:after="20" w:line="360" w:lineRule="auto"/>
        <w:rPr>
          <w:bCs/>
          <w:sz w:val="22"/>
        </w:rPr>
      </w:pPr>
      <w:r w:rsidRPr="00E25889">
        <w:rPr>
          <w:b/>
          <w:sz w:val="22"/>
        </w:rPr>
        <w:t>6.</w:t>
      </w:r>
      <w:r w:rsidRPr="00E25889">
        <w:rPr>
          <w:bCs/>
          <w:sz w:val="22"/>
        </w:rPr>
        <w:t xml:space="preserve"> Yağ basınç testi için motorun hazırlık aşamalarını yazınız. (10 Puan)</w:t>
      </w:r>
    </w:p>
    <w:p w14:paraId="1CB2F8EB" w14:textId="77777777" w:rsidR="001974C1" w:rsidRPr="00E25889" w:rsidRDefault="00000000" w:rsidP="00E25889">
      <w:pPr>
        <w:spacing w:after="20" w:line="360" w:lineRule="auto"/>
        <w:rPr>
          <w:bCs/>
          <w:sz w:val="22"/>
        </w:rPr>
      </w:pPr>
      <w:r w:rsidRPr="00E25889">
        <w:rPr>
          <w:b/>
          <w:sz w:val="22"/>
        </w:rPr>
        <w:t>7.</w:t>
      </w:r>
      <w:r w:rsidRPr="00E25889">
        <w:rPr>
          <w:bCs/>
          <w:sz w:val="22"/>
        </w:rPr>
        <w:t xml:space="preserve"> Silindir kaçak testi sırasında basınçlı hava nerelerden kaçabilir? Dört örnek veriniz. (15 Puan)</w:t>
      </w:r>
    </w:p>
    <w:p w14:paraId="190405C6" w14:textId="77777777" w:rsidR="001974C1" w:rsidRPr="00E25889" w:rsidRDefault="00000000" w:rsidP="00E25889">
      <w:pPr>
        <w:spacing w:after="20" w:line="360" w:lineRule="auto"/>
        <w:rPr>
          <w:bCs/>
          <w:sz w:val="22"/>
        </w:rPr>
      </w:pPr>
      <w:r w:rsidRPr="00E25889">
        <w:rPr>
          <w:b/>
          <w:sz w:val="22"/>
        </w:rPr>
        <w:t>8.</w:t>
      </w:r>
      <w:r w:rsidRPr="00E25889">
        <w:rPr>
          <w:bCs/>
          <w:sz w:val="22"/>
        </w:rPr>
        <w:t xml:space="preserve"> Yağlama sisteminde basınç ayar supabı ve çek valf arızalarının yağ basıncına etkilerini açıklayınız. (25 Puan)</w:t>
      </w:r>
    </w:p>
    <w:p w14:paraId="718414FE" w14:textId="77777777" w:rsidR="00E25889" w:rsidRDefault="00E25889">
      <w:pPr>
        <w:spacing w:after="20" w:line="252" w:lineRule="auto"/>
      </w:pPr>
    </w:p>
    <w:p w14:paraId="4A5E2B76" w14:textId="6699A638" w:rsidR="001974C1" w:rsidRDefault="00000000" w:rsidP="00E25889">
      <w:pPr>
        <w:spacing w:before="40" w:after="0" w:line="360" w:lineRule="auto"/>
      </w:pPr>
      <w:proofErr w:type="spellStart"/>
      <w:proofErr w:type="gramStart"/>
      <w:r>
        <w:rPr>
          <w:b/>
        </w:rPr>
        <w:t>Süre</w:t>
      </w:r>
      <w:proofErr w:type="spellEnd"/>
      <w:r>
        <w:rPr>
          <w:b/>
        </w:rPr>
        <w:t xml:space="preserve"> :</w:t>
      </w:r>
      <w:proofErr w:type="gramEnd"/>
      <w:r>
        <w:rPr>
          <w:b/>
        </w:rPr>
        <w:t xml:space="preserve"> 40 Dk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E25889">
        <w:rPr>
          <w:b/>
        </w:rPr>
        <w:tab/>
      </w:r>
      <w:r w:rsidR="00E25889">
        <w:rPr>
          <w:b/>
        </w:rPr>
        <w:tab/>
      </w:r>
      <w:r w:rsidR="00E25889">
        <w:rPr>
          <w:b/>
        </w:rPr>
        <w:tab/>
      </w:r>
      <w:r w:rsidR="00E25889">
        <w:rPr>
          <w:b/>
        </w:rPr>
        <w:tab/>
      </w:r>
      <w:r w:rsidR="00E25889">
        <w:rPr>
          <w:b/>
        </w:rPr>
        <w:tab/>
        <w:t xml:space="preserve">    </w:t>
      </w:r>
      <w:proofErr w:type="spellStart"/>
      <w:r>
        <w:rPr>
          <w:b/>
        </w:rPr>
        <w:t>Başarılar</w:t>
      </w:r>
      <w:proofErr w:type="spellEnd"/>
    </w:p>
    <w:p w14:paraId="19B61FFE" w14:textId="77777777" w:rsidR="001974C1" w:rsidRDefault="00000000" w:rsidP="00E25889">
      <w:pPr>
        <w:spacing w:after="0" w:line="360" w:lineRule="auto"/>
        <w:jc w:val="right"/>
      </w:pPr>
      <w:r>
        <w:t>Mot.Arç.Tekn Öğrt Abdullah YANIK</w:t>
      </w:r>
    </w:p>
    <w:p w14:paraId="7AF609BE" w14:textId="77777777" w:rsidR="001974C1" w:rsidRDefault="00000000">
      <w:r>
        <w:br w:type="page"/>
      </w:r>
    </w:p>
    <w:p w14:paraId="28574C7C" w14:textId="77777777" w:rsidR="00E25889" w:rsidRDefault="00E25889" w:rsidP="00E25889">
      <w:pPr>
        <w:spacing w:after="60" w:line="360" w:lineRule="auto"/>
        <w:jc w:val="center"/>
        <w:rPr>
          <w:b/>
          <w:sz w:val="22"/>
        </w:rPr>
      </w:pPr>
    </w:p>
    <w:p w14:paraId="4BE0C040" w14:textId="01AEC20E" w:rsidR="001974C1" w:rsidRDefault="00000000" w:rsidP="00E25889">
      <w:pPr>
        <w:spacing w:after="60" w:line="360" w:lineRule="auto"/>
        <w:jc w:val="center"/>
        <w:rPr>
          <w:b/>
          <w:sz w:val="22"/>
        </w:rPr>
      </w:pPr>
      <w:r w:rsidRPr="00E25889">
        <w:rPr>
          <w:b/>
          <w:sz w:val="22"/>
        </w:rPr>
        <w:t xml:space="preserve">2026/2027 MOTOR YENİLEŞTİRMEDE ARIZA TESPİTİ DERSİ </w:t>
      </w:r>
      <w:proofErr w:type="gramStart"/>
      <w:r w:rsidRPr="00E25889">
        <w:rPr>
          <w:b/>
          <w:sz w:val="22"/>
        </w:rPr>
        <w:t>1.DÖNEM</w:t>
      </w:r>
      <w:proofErr w:type="gramEnd"/>
      <w:r w:rsidRPr="00E25889">
        <w:rPr>
          <w:b/>
          <w:sz w:val="22"/>
        </w:rPr>
        <w:t xml:space="preserve"> </w:t>
      </w:r>
      <w:proofErr w:type="gramStart"/>
      <w:r w:rsidRPr="00E25889">
        <w:rPr>
          <w:b/>
          <w:sz w:val="22"/>
        </w:rPr>
        <w:t>2.YAZILI</w:t>
      </w:r>
      <w:proofErr w:type="gramEnd"/>
      <w:r w:rsidRPr="00E25889">
        <w:rPr>
          <w:b/>
          <w:sz w:val="22"/>
        </w:rPr>
        <w:t xml:space="preserve"> CEVAP ANAHTARI</w:t>
      </w:r>
    </w:p>
    <w:p w14:paraId="6E9E084D" w14:textId="77777777" w:rsidR="00E25889" w:rsidRPr="00E25889" w:rsidRDefault="00E25889" w:rsidP="00E25889">
      <w:pPr>
        <w:spacing w:after="60" w:line="360" w:lineRule="auto"/>
        <w:jc w:val="center"/>
        <w:rPr>
          <w:sz w:val="22"/>
        </w:rPr>
      </w:pPr>
    </w:p>
    <w:p w14:paraId="083C2567" w14:textId="77777777" w:rsidR="001974C1" w:rsidRPr="00E25889" w:rsidRDefault="00000000" w:rsidP="00E25889">
      <w:pPr>
        <w:spacing w:after="0" w:line="360" w:lineRule="auto"/>
        <w:rPr>
          <w:sz w:val="22"/>
        </w:rPr>
      </w:pPr>
      <w:r w:rsidRPr="00E25889">
        <w:rPr>
          <w:b/>
          <w:sz w:val="22"/>
        </w:rPr>
        <w:t>1. Kompresyon testi hangi yerlerden yapılır? (10 Puan)</w:t>
      </w:r>
    </w:p>
    <w:p w14:paraId="0673A535" w14:textId="77777777" w:rsidR="001974C1" w:rsidRDefault="00000000" w:rsidP="00E25889">
      <w:pPr>
        <w:spacing w:after="20" w:line="360" w:lineRule="auto"/>
        <w:rPr>
          <w:sz w:val="22"/>
        </w:rPr>
      </w:pPr>
      <w:r w:rsidRPr="00E25889">
        <w:rPr>
          <w:sz w:val="22"/>
        </w:rPr>
        <w:t xml:space="preserve">Benzinli motorlarda buji yuvasından, dizel </w:t>
      </w:r>
      <w:proofErr w:type="spellStart"/>
      <w:r w:rsidRPr="00E25889">
        <w:rPr>
          <w:sz w:val="22"/>
        </w:rPr>
        <w:t>motorlarda</w:t>
      </w:r>
      <w:proofErr w:type="spellEnd"/>
      <w:r w:rsidRPr="00E25889">
        <w:rPr>
          <w:sz w:val="22"/>
        </w:rPr>
        <w:t xml:space="preserve"> </w:t>
      </w:r>
      <w:proofErr w:type="spellStart"/>
      <w:r w:rsidRPr="00E25889">
        <w:rPr>
          <w:sz w:val="22"/>
        </w:rPr>
        <w:t>enjektör</w:t>
      </w:r>
      <w:proofErr w:type="spellEnd"/>
      <w:r w:rsidRPr="00E25889">
        <w:rPr>
          <w:sz w:val="22"/>
        </w:rPr>
        <w:t xml:space="preserve"> </w:t>
      </w:r>
      <w:proofErr w:type="spellStart"/>
      <w:r w:rsidRPr="00E25889">
        <w:rPr>
          <w:sz w:val="22"/>
        </w:rPr>
        <w:t>yuvasından</w:t>
      </w:r>
      <w:proofErr w:type="spellEnd"/>
      <w:r w:rsidRPr="00E25889">
        <w:rPr>
          <w:sz w:val="22"/>
        </w:rPr>
        <w:t xml:space="preserve"> </w:t>
      </w:r>
      <w:proofErr w:type="spellStart"/>
      <w:r w:rsidRPr="00E25889">
        <w:rPr>
          <w:sz w:val="22"/>
        </w:rPr>
        <w:t>yapılır</w:t>
      </w:r>
      <w:proofErr w:type="spellEnd"/>
      <w:r w:rsidRPr="00E25889">
        <w:rPr>
          <w:sz w:val="22"/>
        </w:rPr>
        <w:t>.</w:t>
      </w:r>
    </w:p>
    <w:p w14:paraId="110C4CFF" w14:textId="77777777" w:rsidR="00E25889" w:rsidRPr="00E25889" w:rsidRDefault="00E25889" w:rsidP="00E25889">
      <w:pPr>
        <w:spacing w:after="20" w:line="360" w:lineRule="auto"/>
        <w:rPr>
          <w:sz w:val="22"/>
        </w:rPr>
      </w:pPr>
    </w:p>
    <w:p w14:paraId="1D958BFE" w14:textId="77777777" w:rsidR="001974C1" w:rsidRPr="00E25889" w:rsidRDefault="00000000" w:rsidP="00E25889">
      <w:pPr>
        <w:spacing w:after="0" w:line="360" w:lineRule="auto"/>
        <w:rPr>
          <w:sz w:val="22"/>
        </w:rPr>
      </w:pPr>
      <w:r w:rsidRPr="00E25889">
        <w:rPr>
          <w:b/>
          <w:sz w:val="22"/>
        </w:rPr>
        <w:t>2. Silindir kaçak testi niçin yapılır? (10 Puan)</w:t>
      </w:r>
    </w:p>
    <w:p w14:paraId="0D28496C" w14:textId="77777777" w:rsidR="001974C1" w:rsidRDefault="00000000" w:rsidP="00E25889">
      <w:pPr>
        <w:spacing w:after="20" w:line="360" w:lineRule="auto"/>
        <w:rPr>
          <w:sz w:val="22"/>
        </w:rPr>
      </w:pPr>
      <w:r w:rsidRPr="00E25889">
        <w:rPr>
          <w:sz w:val="22"/>
        </w:rPr>
        <w:t xml:space="preserve">Motorun çalışan parçalarının durumunu kontrol etmek ve kompresyon kaçağının yerini kesin </w:t>
      </w:r>
      <w:proofErr w:type="spellStart"/>
      <w:r w:rsidRPr="00E25889">
        <w:rPr>
          <w:sz w:val="22"/>
        </w:rPr>
        <w:t>biçimde</w:t>
      </w:r>
      <w:proofErr w:type="spellEnd"/>
      <w:r w:rsidRPr="00E25889">
        <w:rPr>
          <w:sz w:val="22"/>
        </w:rPr>
        <w:t xml:space="preserve"> </w:t>
      </w:r>
      <w:proofErr w:type="spellStart"/>
      <w:r w:rsidRPr="00E25889">
        <w:rPr>
          <w:sz w:val="22"/>
        </w:rPr>
        <w:t>belirlemek</w:t>
      </w:r>
      <w:proofErr w:type="spellEnd"/>
      <w:r w:rsidRPr="00E25889">
        <w:rPr>
          <w:sz w:val="22"/>
        </w:rPr>
        <w:t xml:space="preserve"> </w:t>
      </w:r>
      <w:proofErr w:type="spellStart"/>
      <w:r w:rsidRPr="00E25889">
        <w:rPr>
          <w:sz w:val="22"/>
        </w:rPr>
        <w:t>için</w:t>
      </w:r>
      <w:proofErr w:type="spellEnd"/>
      <w:r w:rsidRPr="00E25889">
        <w:rPr>
          <w:sz w:val="22"/>
        </w:rPr>
        <w:t xml:space="preserve"> </w:t>
      </w:r>
      <w:proofErr w:type="spellStart"/>
      <w:r w:rsidRPr="00E25889">
        <w:rPr>
          <w:sz w:val="22"/>
        </w:rPr>
        <w:t>yapılır</w:t>
      </w:r>
      <w:proofErr w:type="spellEnd"/>
      <w:r w:rsidRPr="00E25889">
        <w:rPr>
          <w:sz w:val="22"/>
        </w:rPr>
        <w:t>.</w:t>
      </w:r>
    </w:p>
    <w:p w14:paraId="39545293" w14:textId="77777777" w:rsidR="00E25889" w:rsidRPr="00E25889" w:rsidRDefault="00E25889" w:rsidP="00E25889">
      <w:pPr>
        <w:spacing w:after="20" w:line="360" w:lineRule="auto"/>
        <w:rPr>
          <w:sz w:val="22"/>
        </w:rPr>
      </w:pPr>
    </w:p>
    <w:p w14:paraId="5D9565E9" w14:textId="77777777" w:rsidR="001974C1" w:rsidRPr="00E25889" w:rsidRDefault="00000000" w:rsidP="00E25889">
      <w:pPr>
        <w:spacing w:after="0" w:line="360" w:lineRule="auto"/>
        <w:rPr>
          <w:sz w:val="22"/>
        </w:rPr>
      </w:pPr>
      <w:r w:rsidRPr="00E25889">
        <w:rPr>
          <w:b/>
          <w:sz w:val="22"/>
        </w:rPr>
        <w:t>3. Motorlarda yağ basıncının yetersiz olduğu nasıl anlaşılır? (10 Puan)</w:t>
      </w:r>
    </w:p>
    <w:p w14:paraId="477385E5" w14:textId="77777777" w:rsidR="001974C1" w:rsidRDefault="00000000" w:rsidP="00E25889">
      <w:pPr>
        <w:spacing w:after="20" w:line="360" w:lineRule="auto"/>
        <w:rPr>
          <w:sz w:val="22"/>
        </w:rPr>
      </w:pPr>
      <w:r w:rsidRPr="00E25889">
        <w:rPr>
          <w:sz w:val="22"/>
        </w:rPr>
        <w:t xml:space="preserve">Kontak açıldığında yağ ikaz lambası yanmalı; motor çalışıp yağ basıncı yükseldiğinde sönmelidir. Motor çalışırken lambanın yanması veya basınç göstergesinin düşük değer göstermesi yağ </w:t>
      </w:r>
      <w:proofErr w:type="spellStart"/>
      <w:r w:rsidRPr="00E25889">
        <w:rPr>
          <w:sz w:val="22"/>
        </w:rPr>
        <w:t>basıncının</w:t>
      </w:r>
      <w:proofErr w:type="spellEnd"/>
      <w:r w:rsidRPr="00E25889">
        <w:rPr>
          <w:sz w:val="22"/>
        </w:rPr>
        <w:t xml:space="preserve"> </w:t>
      </w:r>
      <w:proofErr w:type="spellStart"/>
      <w:r w:rsidRPr="00E25889">
        <w:rPr>
          <w:sz w:val="22"/>
        </w:rPr>
        <w:t>yetersiz</w:t>
      </w:r>
      <w:proofErr w:type="spellEnd"/>
      <w:r w:rsidRPr="00E25889">
        <w:rPr>
          <w:sz w:val="22"/>
        </w:rPr>
        <w:t xml:space="preserve"> </w:t>
      </w:r>
      <w:proofErr w:type="spellStart"/>
      <w:r w:rsidRPr="00E25889">
        <w:rPr>
          <w:sz w:val="22"/>
        </w:rPr>
        <w:t>olduğunu</w:t>
      </w:r>
      <w:proofErr w:type="spellEnd"/>
      <w:r w:rsidRPr="00E25889">
        <w:rPr>
          <w:sz w:val="22"/>
        </w:rPr>
        <w:t xml:space="preserve"> </w:t>
      </w:r>
      <w:proofErr w:type="spellStart"/>
      <w:r w:rsidRPr="00E25889">
        <w:rPr>
          <w:sz w:val="22"/>
        </w:rPr>
        <w:t>gösterir</w:t>
      </w:r>
      <w:proofErr w:type="spellEnd"/>
      <w:r w:rsidRPr="00E25889">
        <w:rPr>
          <w:sz w:val="22"/>
        </w:rPr>
        <w:t>.</w:t>
      </w:r>
    </w:p>
    <w:p w14:paraId="1456AD2D" w14:textId="77777777" w:rsidR="00E25889" w:rsidRPr="00E25889" w:rsidRDefault="00E25889" w:rsidP="00E25889">
      <w:pPr>
        <w:spacing w:after="20" w:line="360" w:lineRule="auto"/>
        <w:rPr>
          <w:sz w:val="22"/>
        </w:rPr>
      </w:pPr>
    </w:p>
    <w:p w14:paraId="35E46B66" w14:textId="77777777" w:rsidR="001974C1" w:rsidRPr="00E25889" w:rsidRDefault="00000000" w:rsidP="00E25889">
      <w:pPr>
        <w:spacing w:after="0" w:line="360" w:lineRule="auto"/>
        <w:rPr>
          <w:sz w:val="22"/>
        </w:rPr>
      </w:pPr>
      <w:r w:rsidRPr="00E25889">
        <w:rPr>
          <w:b/>
          <w:sz w:val="22"/>
        </w:rPr>
        <w:t>4. Kompresyon testi öncesinde motor nasıl hazırlanır? (10 Puan)</w:t>
      </w:r>
    </w:p>
    <w:p w14:paraId="16F8ED4B" w14:textId="77777777" w:rsidR="001974C1" w:rsidRDefault="00000000" w:rsidP="00E25889">
      <w:pPr>
        <w:spacing w:after="20" w:line="360" w:lineRule="auto"/>
        <w:rPr>
          <w:sz w:val="22"/>
        </w:rPr>
      </w:pPr>
      <w:r w:rsidRPr="00E25889">
        <w:rPr>
          <w:sz w:val="22"/>
        </w:rPr>
        <w:t xml:space="preserve">Motor normal çalışma sıcaklığına getirilir, durdurulur; buji/enjektör çevresi temizlenir; akünün dolu olmasına dikkat edilir ve gaz/hava kelebeği tam </w:t>
      </w:r>
      <w:proofErr w:type="spellStart"/>
      <w:r w:rsidRPr="00E25889">
        <w:rPr>
          <w:sz w:val="22"/>
        </w:rPr>
        <w:t>açık</w:t>
      </w:r>
      <w:proofErr w:type="spellEnd"/>
      <w:r w:rsidRPr="00E25889">
        <w:rPr>
          <w:sz w:val="22"/>
        </w:rPr>
        <w:t xml:space="preserve"> </w:t>
      </w:r>
      <w:proofErr w:type="spellStart"/>
      <w:r w:rsidRPr="00E25889">
        <w:rPr>
          <w:sz w:val="22"/>
        </w:rPr>
        <w:t>konuma</w:t>
      </w:r>
      <w:proofErr w:type="spellEnd"/>
      <w:r w:rsidRPr="00E25889">
        <w:rPr>
          <w:sz w:val="22"/>
        </w:rPr>
        <w:t xml:space="preserve"> </w:t>
      </w:r>
      <w:proofErr w:type="spellStart"/>
      <w:r w:rsidRPr="00E25889">
        <w:rPr>
          <w:sz w:val="22"/>
        </w:rPr>
        <w:t>getirilir</w:t>
      </w:r>
      <w:proofErr w:type="spellEnd"/>
      <w:r w:rsidRPr="00E25889">
        <w:rPr>
          <w:sz w:val="22"/>
        </w:rPr>
        <w:t>.</w:t>
      </w:r>
    </w:p>
    <w:p w14:paraId="5C56577F" w14:textId="77777777" w:rsidR="00E25889" w:rsidRPr="00E25889" w:rsidRDefault="00E25889" w:rsidP="00E25889">
      <w:pPr>
        <w:spacing w:after="20" w:line="360" w:lineRule="auto"/>
        <w:rPr>
          <w:sz w:val="22"/>
        </w:rPr>
      </w:pPr>
    </w:p>
    <w:p w14:paraId="66B4036D" w14:textId="77777777" w:rsidR="001974C1" w:rsidRPr="00E25889" w:rsidRDefault="00000000" w:rsidP="00E25889">
      <w:pPr>
        <w:spacing w:after="0" w:line="360" w:lineRule="auto"/>
        <w:rPr>
          <w:sz w:val="22"/>
        </w:rPr>
      </w:pPr>
      <w:r w:rsidRPr="00E25889">
        <w:rPr>
          <w:b/>
          <w:sz w:val="22"/>
        </w:rPr>
        <w:t>5. Kompresyon testi sonucunda bir silindirin değeri düşük çıkarsa arızanın segmanlardan kaynaklandığı nasıl kontrol edilir? (10 Puan)</w:t>
      </w:r>
    </w:p>
    <w:p w14:paraId="22F45ABF" w14:textId="77777777" w:rsidR="001974C1" w:rsidRDefault="00000000" w:rsidP="00E25889">
      <w:pPr>
        <w:spacing w:after="20" w:line="360" w:lineRule="auto"/>
        <w:rPr>
          <w:sz w:val="22"/>
        </w:rPr>
      </w:pPr>
      <w:r w:rsidRPr="00E25889">
        <w:rPr>
          <w:sz w:val="22"/>
        </w:rPr>
        <w:t xml:space="preserve">Düşük kompresyonlu silindire az miktarda motor yağı konularak test tekrarlanır. Basınç yükselirse segmanların </w:t>
      </w:r>
      <w:proofErr w:type="spellStart"/>
      <w:r w:rsidRPr="00E25889">
        <w:rPr>
          <w:sz w:val="22"/>
        </w:rPr>
        <w:t>aşınmış</w:t>
      </w:r>
      <w:proofErr w:type="spellEnd"/>
      <w:r w:rsidRPr="00E25889">
        <w:rPr>
          <w:sz w:val="22"/>
        </w:rPr>
        <w:t xml:space="preserve"> </w:t>
      </w:r>
      <w:proofErr w:type="spellStart"/>
      <w:r w:rsidRPr="00E25889">
        <w:rPr>
          <w:sz w:val="22"/>
        </w:rPr>
        <w:t>olma</w:t>
      </w:r>
      <w:proofErr w:type="spellEnd"/>
      <w:r w:rsidRPr="00E25889">
        <w:rPr>
          <w:sz w:val="22"/>
        </w:rPr>
        <w:t xml:space="preserve"> </w:t>
      </w:r>
      <w:proofErr w:type="spellStart"/>
      <w:r w:rsidRPr="00E25889">
        <w:rPr>
          <w:sz w:val="22"/>
        </w:rPr>
        <w:t>ihtimali</w:t>
      </w:r>
      <w:proofErr w:type="spellEnd"/>
      <w:r w:rsidRPr="00E25889">
        <w:rPr>
          <w:sz w:val="22"/>
        </w:rPr>
        <w:t xml:space="preserve"> </w:t>
      </w:r>
      <w:proofErr w:type="spellStart"/>
      <w:r w:rsidRPr="00E25889">
        <w:rPr>
          <w:sz w:val="22"/>
        </w:rPr>
        <w:t>yüksektir</w:t>
      </w:r>
      <w:proofErr w:type="spellEnd"/>
      <w:r w:rsidRPr="00E25889">
        <w:rPr>
          <w:sz w:val="22"/>
        </w:rPr>
        <w:t>.</w:t>
      </w:r>
    </w:p>
    <w:p w14:paraId="59D6019C" w14:textId="77777777" w:rsidR="00E25889" w:rsidRPr="00E25889" w:rsidRDefault="00E25889" w:rsidP="00E25889">
      <w:pPr>
        <w:spacing w:after="20" w:line="360" w:lineRule="auto"/>
        <w:rPr>
          <w:sz w:val="22"/>
        </w:rPr>
      </w:pPr>
    </w:p>
    <w:p w14:paraId="134A0551" w14:textId="77777777" w:rsidR="001974C1" w:rsidRPr="00E25889" w:rsidRDefault="00000000" w:rsidP="00E25889">
      <w:pPr>
        <w:spacing w:after="0" w:line="360" w:lineRule="auto"/>
        <w:rPr>
          <w:sz w:val="22"/>
        </w:rPr>
      </w:pPr>
      <w:r w:rsidRPr="00E25889">
        <w:rPr>
          <w:b/>
          <w:sz w:val="22"/>
        </w:rPr>
        <w:t>6. Yağ basınç testi için motorun hazırlık aşamalarını yazınız. (10 Puan)</w:t>
      </w:r>
    </w:p>
    <w:p w14:paraId="19BAA32F" w14:textId="77777777" w:rsidR="001974C1" w:rsidRDefault="00000000" w:rsidP="00E25889">
      <w:pPr>
        <w:spacing w:after="20" w:line="360" w:lineRule="auto"/>
        <w:rPr>
          <w:sz w:val="22"/>
        </w:rPr>
      </w:pPr>
      <w:r w:rsidRPr="00E25889">
        <w:rPr>
          <w:sz w:val="22"/>
        </w:rPr>
        <w:t xml:space="preserve">Yağ kaçakları giderilir; yağ ve filtre kontrol edilir/değiştirilir; yağ müşürü sökülüp uygun rekorla manometre bağlanır; yağ seviyesi normale getirilir ve üretici </w:t>
      </w:r>
      <w:proofErr w:type="spellStart"/>
      <w:r w:rsidRPr="00E25889">
        <w:rPr>
          <w:sz w:val="22"/>
        </w:rPr>
        <w:t>katalog</w:t>
      </w:r>
      <w:proofErr w:type="spellEnd"/>
      <w:r w:rsidRPr="00E25889">
        <w:rPr>
          <w:sz w:val="22"/>
        </w:rPr>
        <w:t xml:space="preserve"> </w:t>
      </w:r>
      <w:proofErr w:type="spellStart"/>
      <w:r w:rsidRPr="00E25889">
        <w:rPr>
          <w:sz w:val="22"/>
        </w:rPr>
        <w:t>basınç</w:t>
      </w:r>
      <w:proofErr w:type="spellEnd"/>
      <w:r w:rsidRPr="00E25889">
        <w:rPr>
          <w:sz w:val="22"/>
        </w:rPr>
        <w:t xml:space="preserve"> </w:t>
      </w:r>
      <w:proofErr w:type="spellStart"/>
      <w:r w:rsidRPr="00E25889">
        <w:rPr>
          <w:sz w:val="22"/>
        </w:rPr>
        <w:t>değeri</w:t>
      </w:r>
      <w:proofErr w:type="spellEnd"/>
      <w:r w:rsidRPr="00E25889">
        <w:rPr>
          <w:sz w:val="22"/>
        </w:rPr>
        <w:t xml:space="preserve"> </w:t>
      </w:r>
      <w:proofErr w:type="spellStart"/>
      <w:r w:rsidRPr="00E25889">
        <w:rPr>
          <w:sz w:val="22"/>
        </w:rPr>
        <w:t>öğrenilir</w:t>
      </w:r>
      <w:proofErr w:type="spellEnd"/>
      <w:r w:rsidRPr="00E25889">
        <w:rPr>
          <w:sz w:val="22"/>
        </w:rPr>
        <w:t>.</w:t>
      </w:r>
    </w:p>
    <w:p w14:paraId="2069BA17" w14:textId="77777777" w:rsidR="00E25889" w:rsidRPr="00E25889" w:rsidRDefault="00E25889" w:rsidP="00E25889">
      <w:pPr>
        <w:spacing w:after="20" w:line="360" w:lineRule="auto"/>
        <w:rPr>
          <w:sz w:val="22"/>
        </w:rPr>
      </w:pPr>
    </w:p>
    <w:p w14:paraId="281302BD" w14:textId="77777777" w:rsidR="001974C1" w:rsidRPr="00E25889" w:rsidRDefault="00000000" w:rsidP="00E25889">
      <w:pPr>
        <w:spacing w:after="0" w:line="360" w:lineRule="auto"/>
        <w:rPr>
          <w:sz w:val="22"/>
        </w:rPr>
      </w:pPr>
      <w:r w:rsidRPr="00E25889">
        <w:rPr>
          <w:b/>
          <w:sz w:val="22"/>
        </w:rPr>
        <w:t>7. Silindir kaçak testi sırasında basınçlı hava nerelerden kaçabilir? Dört örnek veriniz. (15 Puan)</w:t>
      </w:r>
    </w:p>
    <w:p w14:paraId="7C5CDD21" w14:textId="77777777" w:rsidR="001974C1" w:rsidRDefault="00000000" w:rsidP="00E25889">
      <w:pPr>
        <w:spacing w:after="20" w:line="360" w:lineRule="auto"/>
        <w:rPr>
          <w:sz w:val="22"/>
        </w:rPr>
      </w:pPr>
      <w:r w:rsidRPr="00E25889">
        <w:rPr>
          <w:sz w:val="22"/>
        </w:rPr>
        <w:t xml:space="preserve">Emme manifoldu: emme supabı; egzoz borusu: egzoz supabı; radyatör: kapak contası/kapak eğikliği; yağ doldurma kapağı: segmanlar; komşu buji yuvası: silindir kapak </w:t>
      </w:r>
      <w:proofErr w:type="spellStart"/>
      <w:r w:rsidRPr="00E25889">
        <w:rPr>
          <w:sz w:val="22"/>
        </w:rPr>
        <w:t>contası</w:t>
      </w:r>
      <w:proofErr w:type="spellEnd"/>
      <w:r w:rsidRPr="00E25889">
        <w:rPr>
          <w:sz w:val="22"/>
        </w:rPr>
        <w:t xml:space="preserve"> </w:t>
      </w:r>
      <w:proofErr w:type="spellStart"/>
      <w:r w:rsidRPr="00E25889">
        <w:rPr>
          <w:sz w:val="22"/>
        </w:rPr>
        <w:t>arızasına</w:t>
      </w:r>
      <w:proofErr w:type="spellEnd"/>
      <w:r w:rsidRPr="00E25889">
        <w:rPr>
          <w:sz w:val="22"/>
        </w:rPr>
        <w:t xml:space="preserve"> </w:t>
      </w:r>
      <w:proofErr w:type="spellStart"/>
      <w:r w:rsidRPr="00E25889">
        <w:rPr>
          <w:sz w:val="22"/>
        </w:rPr>
        <w:t>işaret</w:t>
      </w:r>
      <w:proofErr w:type="spellEnd"/>
      <w:r w:rsidRPr="00E25889">
        <w:rPr>
          <w:sz w:val="22"/>
        </w:rPr>
        <w:t xml:space="preserve"> </w:t>
      </w:r>
      <w:proofErr w:type="spellStart"/>
      <w:r w:rsidRPr="00E25889">
        <w:rPr>
          <w:sz w:val="22"/>
        </w:rPr>
        <w:t>edebilir</w:t>
      </w:r>
      <w:proofErr w:type="spellEnd"/>
      <w:r w:rsidRPr="00E25889">
        <w:rPr>
          <w:sz w:val="22"/>
        </w:rPr>
        <w:t>.</w:t>
      </w:r>
    </w:p>
    <w:p w14:paraId="1E307FCC" w14:textId="77777777" w:rsidR="00E25889" w:rsidRPr="00E25889" w:rsidRDefault="00E25889" w:rsidP="00E25889">
      <w:pPr>
        <w:spacing w:after="20" w:line="360" w:lineRule="auto"/>
        <w:rPr>
          <w:sz w:val="22"/>
        </w:rPr>
      </w:pPr>
    </w:p>
    <w:p w14:paraId="119C3E57" w14:textId="77777777" w:rsidR="001974C1" w:rsidRPr="00E25889" w:rsidRDefault="00000000" w:rsidP="00E25889">
      <w:pPr>
        <w:spacing w:after="0" w:line="360" w:lineRule="auto"/>
        <w:rPr>
          <w:sz w:val="22"/>
        </w:rPr>
      </w:pPr>
      <w:r w:rsidRPr="00E25889">
        <w:rPr>
          <w:b/>
          <w:sz w:val="22"/>
        </w:rPr>
        <w:t>8. Yağlama sisteminde basınç ayar supabı ve çek valf arızalarının yağ basıncına etkilerini açıklayınız. (25 Puan)</w:t>
      </w:r>
    </w:p>
    <w:p w14:paraId="3210531E" w14:textId="77777777" w:rsidR="001974C1" w:rsidRPr="00E25889" w:rsidRDefault="00000000" w:rsidP="00E25889">
      <w:pPr>
        <w:spacing w:after="20" w:line="360" w:lineRule="auto"/>
        <w:rPr>
          <w:sz w:val="22"/>
        </w:rPr>
      </w:pPr>
      <w:r w:rsidRPr="00E25889">
        <w:rPr>
          <w:sz w:val="22"/>
        </w:rPr>
        <w:t>Basınç ayar supabı yay tansiyonu düşerse basınç düşük kalır ve devir artsa da yükselmez. Supabın açılmasını pislik/tortu engellerse basınç katalog değerinin üstüne çıkar. Çek valf tam açılmıyorsa özellikle rölantide istenen basınca ulaşılamaz.</w:t>
      </w:r>
    </w:p>
    <w:sectPr w:rsidR="001974C1" w:rsidRPr="00E25889" w:rsidSect="00034616">
      <w:pgSz w:w="12240" w:h="15840"/>
      <w:pgMar w:top="369" w:right="567" w:bottom="369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00147595">
    <w:abstractNumId w:val="8"/>
  </w:num>
  <w:num w:numId="2" w16cid:durableId="1558202569">
    <w:abstractNumId w:val="6"/>
  </w:num>
  <w:num w:numId="3" w16cid:durableId="1824732543">
    <w:abstractNumId w:val="5"/>
  </w:num>
  <w:num w:numId="4" w16cid:durableId="822963389">
    <w:abstractNumId w:val="4"/>
  </w:num>
  <w:num w:numId="5" w16cid:durableId="2024239701">
    <w:abstractNumId w:val="7"/>
  </w:num>
  <w:num w:numId="6" w16cid:durableId="104277182">
    <w:abstractNumId w:val="3"/>
  </w:num>
  <w:num w:numId="7" w16cid:durableId="2067952307">
    <w:abstractNumId w:val="2"/>
  </w:num>
  <w:num w:numId="8" w16cid:durableId="1824545320">
    <w:abstractNumId w:val="1"/>
  </w:num>
  <w:num w:numId="9" w16cid:durableId="9931402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974C1"/>
    <w:rsid w:val="0029639D"/>
    <w:rsid w:val="00326F90"/>
    <w:rsid w:val="00AA1D8D"/>
    <w:rsid w:val="00B47730"/>
    <w:rsid w:val="00CB0664"/>
    <w:rsid w:val="00DA68DD"/>
    <w:rsid w:val="00E2588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2C465A"/>
  <w14:defaultImageDpi w14:val="300"/>
  <w15:docId w15:val="{C3CF4D37-697F-46CA-9A8C-C4BDFB117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Abdullah Yanik</cp:lastModifiedBy>
  <cp:revision>2</cp:revision>
  <dcterms:created xsi:type="dcterms:W3CDTF">2013-12-23T23:15:00Z</dcterms:created>
  <dcterms:modified xsi:type="dcterms:W3CDTF">2026-09-06T17:55:00Z</dcterms:modified>
  <cp:category/>
</cp:coreProperties>
</file>