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B2C9A" w14:textId="77777777" w:rsidR="0067721F" w:rsidRDefault="00000000" w:rsidP="004C27EF">
      <w:pPr>
        <w:spacing w:after="0" w:line="360" w:lineRule="auto"/>
        <w:jc w:val="center"/>
      </w:pPr>
      <w:r>
        <w:rPr>
          <w:b/>
          <w:sz w:val="24"/>
        </w:rPr>
        <w:t>YAHŞİHAN MESLEKİ EĞİTİM MERKEZİ</w:t>
      </w:r>
    </w:p>
    <w:p w14:paraId="3CDAEF54" w14:textId="77777777" w:rsidR="0067721F" w:rsidRDefault="00000000" w:rsidP="004C27EF">
      <w:pPr>
        <w:spacing w:after="0" w:line="360" w:lineRule="auto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361C4C1F" w14:textId="694B1153" w:rsidR="0067721F" w:rsidRDefault="00000000" w:rsidP="004C27EF">
      <w:pPr>
        <w:spacing w:after="0" w:line="360" w:lineRule="auto"/>
        <w:jc w:val="center"/>
      </w:pPr>
      <w:r>
        <w:rPr>
          <w:b/>
          <w:sz w:val="24"/>
        </w:rPr>
        <w:t>OTOMOTİV ELEKTRİK TEKNOLOJİSİ DERSİ 1. DÖNEM 1. YAZILI SINAVI</w:t>
      </w:r>
    </w:p>
    <w:p w14:paraId="76A11C99" w14:textId="77777777" w:rsidR="0067721F" w:rsidRDefault="00000000">
      <w:pPr>
        <w:spacing w:before="20" w:after="20"/>
      </w:pPr>
      <w:r>
        <w:rPr>
          <w:sz w:val="24"/>
        </w:rPr>
        <w:t>Adı Soyadı: ............................................................    Sınıfı/No: ....................    Aldığı Not: ............</w:t>
      </w:r>
    </w:p>
    <w:p w14:paraId="1DD30388" w14:textId="77777777" w:rsidR="0067721F" w:rsidRDefault="00000000">
      <w:pPr>
        <w:spacing w:after="20"/>
        <w:jc w:val="center"/>
      </w:pPr>
      <w:r>
        <w:rPr>
          <w:b/>
        </w:rPr>
        <w:t>SORULAR</w:t>
      </w:r>
    </w:p>
    <w:p w14:paraId="433B4C40" w14:textId="0594BA28" w:rsidR="0067721F" w:rsidRDefault="00000000" w:rsidP="004C27EF">
      <w:pPr>
        <w:spacing w:after="20" w:line="360" w:lineRule="auto"/>
      </w:pPr>
      <w:r>
        <w:rPr>
          <w:b/>
        </w:rPr>
        <w:t xml:space="preserve">1. </w:t>
      </w:r>
      <w:r>
        <w:t xml:space="preserve">Araç elektrik tesisatında kullanılan </w:t>
      </w:r>
      <w:proofErr w:type="spellStart"/>
      <w:r>
        <w:t>kablo</w:t>
      </w:r>
      <w:proofErr w:type="spellEnd"/>
      <w:r>
        <w:t xml:space="preserve"> </w:t>
      </w:r>
      <w:proofErr w:type="spellStart"/>
      <w:r>
        <w:t>çeşitlerinden</w:t>
      </w:r>
      <w:proofErr w:type="spellEnd"/>
      <w:r>
        <w:t xml:space="preserve"> </w:t>
      </w:r>
      <w:proofErr w:type="spellStart"/>
      <w:r>
        <w:t>beşini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4C27EF">
        <w:t xml:space="preserve"> </w:t>
      </w:r>
      <w:r w:rsidR="004C27EF">
        <w:t>(</w:t>
      </w:r>
      <w:r w:rsidR="004C27EF">
        <w:t>1</w:t>
      </w:r>
      <w:r w:rsidR="004C27EF">
        <w:t>0 Puan)</w:t>
      </w:r>
    </w:p>
    <w:p w14:paraId="54E916E7" w14:textId="130C01B0" w:rsidR="0067721F" w:rsidRDefault="00000000" w:rsidP="004C27EF">
      <w:pPr>
        <w:spacing w:after="20" w:line="360" w:lineRule="auto"/>
      </w:pPr>
      <w:r>
        <w:rPr>
          <w:b/>
        </w:rPr>
        <w:t xml:space="preserve">2. </w:t>
      </w:r>
      <w:r>
        <w:t xml:space="preserve">Far </w:t>
      </w:r>
      <w:proofErr w:type="spellStart"/>
      <w:r>
        <w:t>ayarının</w:t>
      </w:r>
      <w:proofErr w:type="spellEnd"/>
      <w:r>
        <w:t xml:space="preserve"> </w:t>
      </w:r>
      <w:proofErr w:type="spellStart"/>
      <w:r>
        <w:t>yapılma</w:t>
      </w:r>
      <w:proofErr w:type="spellEnd"/>
      <w:r>
        <w:t xml:space="preserve"> </w:t>
      </w:r>
      <w:proofErr w:type="spellStart"/>
      <w:r>
        <w:t>amacı</w:t>
      </w:r>
      <w:proofErr w:type="spellEnd"/>
      <w:r>
        <w:t xml:space="preserve"> </w:t>
      </w:r>
      <w:proofErr w:type="spellStart"/>
      <w:r>
        <w:t>nedir</w:t>
      </w:r>
      <w:proofErr w:type="spellEnd"/>
      <w:r>
        <w:t>?</w:t>
      </w:r>
      <w:r w:rsidR="004C27EF">
        <w:t xml:space="preserve"> </w:t>
      </w:r>
      <w:r w:rsidR="004C27EF">
        <w:t>(10 Puan)</w:t>
      </w:r>
    </w:p>
    <w:p w14:paraId="0D208C17" w14:textId="554FF905" w:rsidR="0067721F" w:rsidRDefault="00000000" w:rsidP="004C27EF">
      <w:pPr>
        <w:spacing w:after="20" w:line="360" w:lineRule="auto"/>
      </w:pPr>
      <w:r>
        <w:rPr>
          <w:b/>
        </w:rPr>
        <w:t xml:space="preserve">3. </w:t>
      </w:r>
      <w:proofErr w:type="spellStart"/>
      <w:r w:rsidR="004C27EF">
        <w:t>Aşağıdaki</w:t>
      </w:r>
      <w:proofErr w:type="spellEnd"/>
      <w:r w:rsidR="004C27EF">
        <w:t xml:space="preserve"> </w:t>
      </w:r>
      <w:proofErr w:type="spellStart"/>
      <w:r w:rsidR="004C27EF">
        <w:t>resimdeki</w:t>
      </w:r>
      <w:proofErr w:type="spellEnd"/>
      <w:r w:rsidR="004C27EF">
        <w:t xml:space="preserve"> </w:t>
      </w:r>
      <w:proofErr w:type="spellStart"/>
      <w:r w:rsidR="004C27EF">
        <w:t>marş</w:t>
      </w:r>
      <w:proofErr w:type="spellEnd"/>
      <w:r w:rsidR="004C27EF">
        <w:t xml:space="preserve"> </w:t>
      </w:r>
      <w:proofErr w:type="spellStart"/>
      <w:r w:rsidR="004C27EF">
        <w:t>motorunun</w:t>
      </w:r>
      <w:proofErr w:type="spellEnd"/>
      <w:r w:rsidR="004C27EF">
        <w:t xml:space="preserve"> </w:t>
      </w:r>
      <w:proofErr w:type="spellStart"/>
      <w:r w:rsidR="004C27EF">
        <w:t>parçalarını</w:t>
      </w:r>
      <w:proofErr w:type="spellEnd"/>
      <w:r w:rsidR="004C27EF">
        <w:t xml:space="preserve"> </w:t>
      </w:r>
      <w:proofErr w:type="spellStart"/>
      <w:r w:rsidR="004C27EF">
        <w:t>yazınız</w:t>
      </w:r>
      <w:proofErr w:type="spellEnd"/>
      <w:r w:rsidR="004C27EF">
        <w:t>. (20 Puan)</w:t>
      </w:r>
    </w:p>
    <w:p w14:paraId="5581D03E" w14:textId="6539629C" w:rsidR="004C27EF" w:rsidRDefault="004C27EF" w:rsidP="004C27EF">
      <w:pPr>
        <w:spacing w:after="20" w:line="360" w:lineRule="auto"/>
        <w:jc w:val="center"/>
      </w:pPr>
      <w:r>
        <w:rPr>
          <w:noProof/>
        </w:rPr>
        <w:drawing>
          <wp:inline distT="0" distB="0" distL="0" distR="0" wp14:anchorId="6588EC7C" wp14:editId="49E1FE27">
            <wp:extent cx="5410200" cy="2346575"/>
            <wp:effectExtent l="0" t="0" r="0" b="0"/>
            <wp:docPr id="146162629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626293" name="Resim 146162629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4883" cy="2352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AFE9C" w14:textId="57F3A587" w:rsidR="0067721F" w:rsidRDefault="00000000" w:rsidP="004C27EF">
      <w:pPr>
        <w:spacing w:after="20" w:line="360" w:lineRule="auto"/>
      </w:pPr>
      <w:r>
        <w:rPr>
          <w:b/>
        </w:rPr>
        <w:t xml:space="preserve">4. </w:t>
      </w:r>
      <w:r>
        <w:t xml:space="preserve">Sinyal ve dörtlü </w:t>
      </w:r>
      <w:proofErr w:type="spellStart"/>
      <w:r>
        <w:t>flaşör</w:t>
      </w:r>
      <w:proofErr w:type="spellEnd"/>
      <w:r>
        <w:t xml:space="preserve"> </w:t>
      </w:r>
      <w:proofErr w:type="spellStart"/>
      <w:r>
        <w:t>devrelerinin</w:t>
      </w:r>
      <w:proofErr w:type="spellEnd"/>
      <w:r>
        <w:t xml:space="preserve"> </w:t>
      </w:r>
      <w:proofErr w:type="spellStart"/>
      <w:r>
        <w:t>görevlerini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4C27EF">
        <w:t xml:space="preserve"> </w:t>
      </w:r>
      <w:r w:rsidR="004C27EF">
        <w:t>(10 Puan)</w:t>
      </w:r>
    </w:p>
    <w:p w14:paraId="1EF67F9D" w14:textId="6C537DB9" w:rsidR="0067721F" w:rsidRDefault="00000000" w:rsidP="004C27EF">
      <w:pPr>
        <w:spacing w:after="20" w:line="360" w:lineRule="auto"/>
      </w:pPr>
      <w:r>
        <w:rPr>
          <w:b/>
        </w:rPr>
        <w:t xml:space="preserve">5. </w:t>
      </w:r>
      <w:proofErr w:type="spellStart"/>
      <w:r>
        <w:t>Sigortanın</w:t>
      </w:r>
      <w:proofErr w:type="spellEnd"/>
      <w:r>
        <w:t xml:space="preserve"> </w:t>
      </w:r>
      <w:proofErr w:type="spellStart"/>
      <w:r>
        <w:t>görevini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4C27EF">
        <w:t xml:space="preserve"> </w:t>
      </w:r>
      <w:r w:rsidR="004C27EF">
        <w:t>(10 Puan)</w:t>
      </w:r>
    </w:p>
    <w:p w14:paraId="718A74D0" w14:textId="777ECFF6" w:rsidR="0067721F" w:rsidRDefault="00000000" w:rsidP="004C27EF">
      <w:pPr>
        <w:spacing w:after="20" w:line="360" w:lineRule="auto"/>
      </w:pPr>
      <w:r>
        <w:rPr>
          <w:b/>
        </w:rPr>
        <w:t xml:space="preserve">6. </w:t>
      </w:r>
      <w:r>
        <w:t xml:space="preserve">Rölenin araç </w:t>
      </w:r>
      <w:proofErr w:type="spellStart"/>
      <w:r>
        <w:t>elektrik</w:t>
      </w:r>
      <w:proofErr w:type="spellEnd"/>
      <w:r>
        <w:t xml:space="preserve"> </w:t>
      </w:r>
      <w:proofErr w:type="spellStart"/>
      <w:r>
        <w:t>devrelerindeki</w:t>
      </w:r>
      <w:proofErr w:type="spellEnd"/>
      <w:r>
        <w:t xml:space="preserve"> </w:t>
      </w:r>
      <w:proofErr w:type="spellStart"/>
      <w:r>
        <w:t>görevi</w:t>
      </w:r>
      <w:proofErr w:type="spellEnd"/>
      <w:r>
        <w:t xml:space="preserve"> </w:t>
      </w:r>
      <w:proofErr w:type="spellStart"/>
      <w:r>
        <w:t>nedir</w:t>
      </w:r>
      <w:proofErr w:type="spellEnd"/>
      <w:r>
        <w:t>?</w:t>
      </w:r>
      <w:r w:rsidR="004C27EF">
        <w:t xml:space="preserve"> </w:t>
      </w:r>
      <w:r w:rsidR="004C27EF">
        <w:t>(10 Puan)</w:t>
      </w:r>
    </w:p>
    <w:p w14:paraId="67B0340A" w14:textId="440A3307" w:rsidR="0067721F" w:rsidRDefault="00000000" w:rsidP="004C27EF">
      <w:pPr>
        <w:spacing w:after="20" w:line="360" w:lineRule="auto"/>
      </w:pPr>
      <w:r>
        <w:rPr>
          <w:b/>
        </w:rPr>
        <w:t xml:space="preserve">7. </w:t>
      </w:r>
      <w:r>
        <w:t xml:space="preserve">Marş </w:t>
      </w:r>
      <w:proofErr w:type="spellStart"/>
      <w:r>
        <w:t>sisteminin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görevi</w:t>
      </w:r>
      <w:proofErr w:type="spellEnd"/>
      <w:r>
        <w:t xml:space="preserve"> </w:t>
      </w:r>
      <w:proofErr w:type="spellStart"/>
      <w:r>
        <w:t>nedir</w:t>
      </w:r>
      <w:proofErr w:type="spellEnd"/>
      <w:r>
        <w:t>?</w:t>
      </w:r>
      <w:r w:rsidR="004C27EF">
        <w:t xml:space="preserve"> </w:t>
      </w:r>
      <w:r w:rsidR="004C27EF">
        <w:t>(10 Puan)</w:t>
      </w:r>
    </w:p>
    <w:p w14:paraId="6DC953CC" w14:textId="7EB048E2" w:rsidR="0067721F" w:rsidRDefault="00000000" w:rsidP="004C27EF">
      <w:pPr>
        <w:spacing w:after="20" w:line="360" w:lineRule="auto"/>
      </w:pPr>
      <w:r>
        <w:rPr>
          <w:b/>
        </w:rPr>
        <w:t xml:space="preserve">8. </w:t>
      </w:r>
      <w:r>
        <w:t xml:space="preserve">Marş </w:t>
      </w:r>
      <w:proofErr w:type="spellStart"/>
      <w:r>
        <w:t>selenoidinin</w:t>
      </w:r>
      <w:proofErr w:type="spellEnd"/>
      <w:r>
        <w:t xml:space="preserve"> </w:t>
      </w:r>
      <w:proofErr w:type="spellStart"/>
      <w:r>
        <w:t>görevlerinden</w:t>
      </w:r>
      <w:proofErr w:type="spellEnd"/>
      <w:r>
        <w:t xml:space="preserve"> </w:t>
      </w:r>
      <w:proofErr w:type="spellStart"/>
      <w:r>
        <w:t>ikisini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4C27EF">
        <w:t xml:space="preserve"> </w:t>
      </w:r>
      <w:r w:rsidR="004C27EF">
        <w:t>(10 Puan)</w:t>
      </w:r>
    </w:p>
    <w:p w14:paraId="3376694C" w14:textId="197ECFE8" w:rsidR="0067721F" w:rsidRDefault="004C27EF" w:rsidP="004C27EF">
      <w:pPr>
        <w:spacing w:after="20" w:line="360" w:lineRule="auto"/>
      </w:pPr>
      <w:r>
        <w:rPr>
          <w:b/>
        </w:rPr>
        <w:t>9</w:t>
      </w:r>
      <w:r w:rsidR="00000000">
        <w:rPr>
          <w:b/>
        </w:rPr>
        <w:t xml:space="preserve">. </w:t>
      </w:r>
      <w:r w:rsidR="00000000">
        <w:t xml:space="preserve">Marş sisteminde </w:t>
      </w:r>
      <w:proofErr w:type="spellStart"/>
      <w:r w:rsidR="00000000">
        <w:t>görülebilecek</w:t>
      </w:r>
      <w:proofErr w:type="spellEnd"/>
      <w:r w:rsidR="00000000">
        <w:t xml:space="preserve"> </w:t>
      </w:r>
      <w:proofErr w:type="spellStart"/>
      <w:r w:rsidR="00000000">
        <w:t>arızalardan</w:t>
      </w:r>
      <w:proofErr w:type="spellEnd"/>
      <w:r w:rsidR="00000000">
        <w:t xml:space="preserve"> </w:t>
      </w:r>
      <w:proofErr w:type="spellStart"/>
      <w:r w:rsidR="00000000">
        <w:t>beşini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(10 Puan)</w:t>
      </w:r>
    </w:p>
    <w:p w14:paraId="3435E172" w14:textId="2AF992F8" w:rsidR="0067721F" w:rsidRDefault="004C27EF" w:rsidP="004C27EF">
      <w:pPr>
        <w:spacing w:after="0"/>
        <w:ind w:left="5760" w:firstLine="720"/>
        <w:jc w:val="center"/>
      </w:pPr>
      <w:r>
        <w:t xml:space="preserve">        </w:t>
      </w:r>
      <w:proofErr w:type="spellStart"/>
      <w:r w:rsidR="00000000">
        <w:t>Başarılar</w:t>
      </w:r>
      <w:proofErr w:type="spellEnd"/>
    </w:p>
    <w:p w14:paraId="12169C26" w14:textId="09C14DFB" w:rsidR="0067721F" w:rsidRDefault="00000000">
      <w:pPr>
        <w:spacing w:after="0"/>
      </w:pPr>
      <w:proofErr w:type="spellStart"/>
      <w:r>
        <w:rPr>
          <w:b/>
          <w:u w:val="single"/>
        </w:rPr>
        <w:t>Süre</w:t>
      </w:r>
      <w:proofErr w:type="spellEnd"/>
      <w:r>
        <w:rPr>
          <w:b/>
          <w:u w:val="single"/>
        </w:rPr>
        <w:t>:</w:t>
      </w:r>
      <w:r>
        <w:t xml:space="preserve"> 40 </w:t>
      </w:r>
      <w:proofErr w:type="gramStart"/>
      <w:r>
        <w:t>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C27EF">
        <w:tab/>
      </w:r>
      <w:r w:rsidR="004C27EF">
        <w:tab/>
      </w:r>
      <w:r w:rsidR="004C27EF">
        <w:tab/>
      </w:r>
      <w:proofErr w:type="spellStart"/>
      <w:r>
        <w:t>Mot.Arç.Tekn</w:t>
      </w:r>
      <w:proofErr w:type="spellEnd"/>
      <w:proofErr w:type="gramEnd"/>
      <w:r>
        <w:t xml:space="preserve"> Öğrt Abdullah YANIK</w:t>
      </w:r>
    </w:p>
    <w:p w14:paraId="033BBD43" w14:textId="77777777" w:rsidR="004C27EF" w:rsidRDefault="004C27EF" w:rsidP="004C27EF">
      <w:pPr>
        <w:spacing w:after="0" w:line="360" w:lineRule="auto"/>
      </w:pPr>
    </w:p>
    <w:p w14:paraId="77EAA8BF" w14:textId="77777777" w:rsidR="004C27EF" w:rsidRDefault="004C27EF" w:rsidP="004C27EF">
      <w:pPr>
        <w:spacing w:after="0" w:line="360" w:lineRule="auto"/>
      </w:pPr>
    </w:p>
    <w:p w14:paraId="6313E9C2" w14:textId="77777777" w:rsidR="004C27EF" w:rsidRDefault="004C27EF" w:rsidP="004C27EF">
      <w:pPr>
        <w:spacing w:after="0" w:line="360" w:lineRule="auto"/>
      </w:pPr>
    </w:p>
    <w:p w14:paraId="088C7EC5" w14:textId="77777777" w:rsidR="004C27EF" w:rsidRDefault="004C27EF" w:rsidP="004C27EF">
      <w:pPr>
        <w:spacing w:after="0" w:line="360" w:lineRule="auto"/>
      </w:pPr>
    </w:p>
    <w:p w14:paraId="3007B0F8" w14:textId="77777777" w:rsidR="004C27EF" w:rsidRDefault="004C27EF" w:rsidP="004C27EF">
      <w:pPr>
        <w:spacing w:after="0" w:line="360" w:lineRule="auto"/>
      </w:pPr>
    </w:p>
    <w:p w14:paraId="1B624E06" w14:textId="77777777" w:rsidR="004C27EF" w:rsidRDefault="004C27EF" w:rsidP="004C27EF">
      <w:pPr>
        <w:spacing w:after="0" w:line="360" w:lineRule="auto"/>
      </w:pPr>
    </w:p>
    <w:p w14:paraId="3DDEC02C" w14:textId="77777777" w:rsidR="004C27EF" w:rsidRDefault="004C27EF" w:rsidP="004C27EF">
      <w:pPr>
        <w:spacing w:after="0" w:line="360" w:lineRule="auto"/>
      </w:pPr>
    </w:p>
    <w:p w14:paraId="1AC4278B" w14:textId="77777777" w:rsidR="004C27EF" w:rsidRDefault="004C27EF" w:rsidP="004C27EF">
      <w:pPr>
        <w:spacing w:after="0" w:line="360" w:lineRule="auto"/>
      </w:pPr>
    </w:p>
    <w:p w14:paraId="60F24CB3" w14:textId="77777777" w:rsidR="004C27EF" w:rsidRDefault="004C27EF" w:rsidP="004C27EF">
      <w:pPr>
        <w:spacing w:after="0" w:line="360" w:lineRule="auto"/>
      </w:pPr>
    </w:p>
    <w:p w14:paraId="1592439C" w14:textId="77777777" w:rsidR="004C27EF" w:rsidRDefault="004C27EF" w:rsidP="004C27EF">
      <w:pPr>
        <w:spacing w:after="0" w:line="360" w:lineRule="auto"/>
      </w:pPr>
    </w:p>
    <w:p w14:paraId="3BB553FE" w14:textId="77777777" w:rsidR="004C27EF" w:rsidRDefault="004C27EF" w:rsidP="004C27EF">
      <w:pPr>
        <w:spacing w:after="0" w:line="360" w:lineRule="auto"/>
      </w:pPr>
    </w:p>
    <w:p w14:paraId="37B21A0E" w14:textId="77777777" w:rsidR="004C27EF" w:rsidRDefault="004C27EF" w:rsidP="004C27EF">
      <w:pPr>
        <w:spacing w:after="0" w:line="360" w:lineRule="auto"/>
      </w:pPr>
    </w:p>
    <w:p w14:paraId="7329DA6A" w14:textId="62FA497A" w:rsidR="0067721F" w:rsidRDefault="00000000" w:rsidP="004C27EF">
      <w:pPr>
        <w:spacing w:after="0" w:line="360" w:lineRule="auto"/>
        <w:jc w:val="center"/>
      </w:pPr>
      <w:r>
        <w:rPr>
          <w:b/>
          <w:sz w:val="24"/>
        </w:rPr>
        <w:lastRenderedPageBreak/>
        <w:t>YAHŞİHAN MESLEKİ EĞİTİM MERKEZİ</w:t>
      </w:r>
    </w:p>
    <w:p w14:paraId="27AD0547" w14:textId="77777777" w:rsidR="0067721F" w:rsidRDefault="00000000" w:rsidP="004C27EF">
      <w:pPr>
        <w:spacing w:after="0" w:line="360" w:lineRule="auto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33B03682" w14:textId="28FE7EA8" w:rsidR="0067721F" w:rsidRDefault="00000000" w:rsidP="004C27EF">
      <w:pPr>
        <w:spacing w:after="0" w:line="360" w:lineRule="auto"/>
        <w:jc w:val="center"/>
        <w:rPr>
          <w:b/>
        </w:rPr>
      </w:pPr>
      <w:r>
        <w:rPr>
          <w:b/>
        </w:rPr>
        <w:t xml:space="preserve">OTOMOTİV ELEKTRİK TEKNOLOJİSİ DERSİ 1. DÖNEM 1. YAZILI </w:t>
      </w:r>
      <w:proofErr w:type="gramStart"/>
      <w:r>
        <w:rPr>
          <w:b/>
        </w:rPr>
        <w:t>SINAVI  CEVAP</w:t>
      </w:r>
      <w:proofErr w:type="gramEnd"/>
      <w:r>
        <w:rPr>
          <w:b/>
        </w:rPr>
        <w:t xml:space="preserve"> ANAHTARI</w:t>
      </w:r>
    </w:p>
    <w:p w14:paraId="309425E0" w14:textId="77777777" w:rsidR="004C27EF" w:rsidRDefault="004C27EF">
      <w:pPr>
        <w:spacing w:after="0"/>
        <w:jc w:val="center"/>
      </w:pPr>
    </w:p>
    <w:p w14:paraId="0A27D82C" w14:textId="470D823E" w:rsidR="0067721F" w:rsidRDefault="00000000" w:rsidP="004C27EF">
      <w:pPr>
        <w:spacing w:after="20"/>
      </w:pPr>
      <w:r>
        <w:rPr>
          <w:b/>
        </w:rPr>
        <w:t xml:space="preserve">1. </w:t>
      </w:r>
      <w:r>
        <w:t xml:space="preserve">Araç elektrik tesisatında kullanılan </w:t>
      </w:r>
      <w:proofErr w:type="spellStart"/>
      <w:r>
        <w:t>kablo</w:t>
      </w:r>
      <w:proofErr w:type="spellEnd"/>
      <w:r>
        <w:t xml:space="preserve"> </w:t>
      </w:r>
      <w:proofErr w:type="spellStart"/>
      <w:r>
        <w:t>çeşitlerinden</w:t>
      </w:r>
      <w:proofErr w:type="spellEnd"/>
      <w:r>
        <w:t xml:space="preserve"> </w:t>
      </w:r>
      <w:proofErr w:type="spellStart"/>
      <w:r>
        <w:t>beşini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4C27EF">
        <w:t xml:space="preserve"> </w:t>
      </w:r>
      <w:r w:rsidR="004C27EF">
        <w:t>(10 Puan)</w:t>
      </w:r>
    </w:p>
    <w:p w14:paraId="359CB347" w14:textId="77777777" w:rsidR="0067721F" w:rsidRDefault="00000000" w:rsidP="004C27EF">
      <w:pPr>
        <w:spacing w:after="20"/>
        <w:ind w:left="255"/>
      </w:pPr>
      <w:r>
        <w:rPr>
          <w:b/>
        </w:rPr>
        <w:t xml:space="preserve">1. </w:t>
      </w:r>
      <w:r>
        <w:t>Tek damarlı kablo</w:t>
      </w:r>
    </w:p>
    <w:p w14:paraId="57967379" w14:textId="77777777" w:rsidR="0067721F" w:rsidRDefault="00000000" w:rsidP="004C27EF">
      <w:pPr>
        <w:spacing w:after="20"/>
        <w:ind w:left="255"/>
      </w:pPr>
      <w:r>
        <w:rPr>
          <w:b/>
        </w:rPr>
        <w:t xml:space="preserve">2. </w:t>
      </w:r>
      <w:r>
        <w:t>Çok damarlı kablo</w:t>
      </w:r>
    </w:p>
    <w:p w14:paraId="41D8CA24" w14:textId="77777777" w:rsidR="0067721F" w:rsidRDefault="00000000" w:rsidP="004C27EF">
      <w:pPr>
        <w:spacing w:after="20"/>
        <w:ind w:left="255"/>
      </w:pPr>
      <w:r>
        <w:rPr>
          <w:b/>
        </w:rPr>
        <w:t xml:space="preserve">3. </w:t>
      </w:r>
      <w:r>
        <w:t>Ekranlı kablo</w:t>
      </w:r>
    </w:p>
    <w:p w14:paraId="34CF911C" w14:textId="77777777" w:rsidR="0067721F" w:rsidRDefault="00000000" w:rsidP="004C27EF">
      <w:pPr>
        <w:spacing w:after="20"/>
        <w:ind w:left="255"/>
      </w:pPr>
      <w:r>
        <w:rPr>
          <w:b/>
        </w:rPr>
        <w:t xml:space="preserve">4. </w:t>
      </w:r>
      <w:r>
        <w:t>Akü kablosu</w:t>
      </w:r>
    </w:p>
    <w:p w14:paraId="19FEA455" w14:textId="6C4A6999" w:rsidR="0067721F" w:rsidRDefault="00000000" w:rsidP="004C27EF">
      <w:pPr>
        <w:spacing w:after="20"/>
        <w:ind w:left="255"/>
      </w:pPr>
      <w:r>
        <w:rPr>
          <w:b/>
        </w:rPr>
        <w:t xml:space="preserve">5. </w:t>
      </w:r>
      <w:r>
        <w:t xml:space="preserve">Yüksek </w:t>
      </w:r>
      <w:proofErr w:type="spellStart"/>
      <w:r>
        <w:t>gerilim</w:t>
      </w:r>
      <w:proofErr w:type="spellEnd"/>
      <w:r>
        <w:t xml:space="preserve"> </w:t>
      </w:r>
      <w:proofErr w:type="spellStart"/>
      <w:r>
        <w:t>kablosu</w:t>
      </w:r>
      <w:proofErr w:type="spellEnd"/>
      <w:r w:rsidR="004C27EF">
        <w:t xml:space="preserve"> </w:t>
      </w:r>
    </w:p>
    <w:p w14:paraId="58F31D74" w14:textId="0963D4D9" w:rsidR="0067721F" w:rsidRDefault="00000000" w:rsidP="004C27EF">
      <w:pPr>
        <w:spacing w:after="20"/>
      </w:pPr>
      <w:r>
        <w:rPr>
          <w:b/>
        </w:rPr>
        <w:t xml:space="preserve">2. </w:t>
      </w:r>
      <w:r>
        <w:t xml:space="preserve">Far </w:t>
      </w:r>
      <w:proofErr w:type="spellStart"/>
      <w:r>
        <w:t>ayarının</w:t>
      </w:r>
      <w:proofErr w:type="spellEnd"/>
      <w:r>
        <w:t xml:space="preserve"> </w:t>
      </w:r>
      <w:proofErr w:type="spellStart"/>
      <w:r>
        <w:t>yapılma</w:t>
      </w:r>
      <w:proofErr w:type="spellEnd"/>
      <w:r>
        <w:t xml:space="preserve"> </w:t>
      </w:r>
      <w:proofErr w:type="spellStart"/>
      <w:r>
        <w:t>amacı</w:t>
      </w:r>
      <w:proofErr w:type="spellEnd"/>
      <w:r>
        <w:t xml:space="preserve"> </w:t>
      </w:r>
      <w:proofErr w:type="spellStart"/>
      <w:r>
        <w:t>nedir</w:t>
      </w:r>
      <w:proofErr w:type="spellEnd"/>
      <w:r>
        <w:t>?</w:t>
      </w:r>
      <w:r w:rsidR="004C27EF">
        <w:t xml:space="preserve"> </w:t>
      </w:r>
      <w:r w:rsidR="004C27EF">
        <w:t>(10 Puan)</w:t>
      </w:r>
    </w:p>
    <w:p w14:paraId="01BDDD69" w14:textId="77777777" w:rsidR="0067721F" w:rsidRDefault="00000000" w:rsidP="004C27EF">
      <w:pPr>
        <w:spacing w:after="20"/>
        <w:ind w:left="255"/>
      </w:pPr>
      <w:r>
        <w:t>Far ışığının yolu doğru aydınlatmasını ve karşıdan gelen sürücünün gözünü almamasını sağlamaktır.</w:t>
      </w:r>
    </w:p>
    <w:p w14:paraId="6BE3B8B1" w14:textId="248C843B" w:rsidR="0067721F" w:rsidRDefault="00000000" w:rsidP="004C27EF">
      <w:pPr>
        <w:spacing w:after="20"/>
      </w:pPr>
      <w:r>
        <w:rPr>
          <w:b/>
        </w:rPr>
        <w:t xml:space="preserve">3. </w:t>
      </w:r>
      <w:proofErr w:type="spellStart"/>
      <w:r w:rsidR="004C27EF">
        <w:t>Aşağıdaki</w:t>
      </w:r>
      <w:proofErr w:type="spellEnd"/>
      <w:r w:rsidR="004C27EF">
        <w:t xml:space="preserve"> </w:t>
      </w:r>
      <w:proofErr w:type="spellStart"/>
      <w:r w:rsidR="004C27EF">
        <w:t>resimdeki</w:t>
      </w:r>
      <w:proofErr w:type="spellEnd"/>
      <w:r w:rsidR="004C27EF">
        <w:t xml:space="preserve"> </w:t>
      </w:r>
      <w:proofErr w:type="spellStart"/>
      <w:r w:rsidR="004C27EF">
        <w:t>marş</w:t>
      </w:r>
      <w:proofErr w:type="spellEnd"/>
      <w:r w:rsidR="004C27EF">
        <w:t xml:space="preserve"> </w:t>
      </w:r>
      <w:proofErr w:type="spellStart"/>
      <w:r w:rsidR="004C27EF">
        <w:t>motorunun</w:t>
      </w:r>
      <w:proofErr w:type="spellEnd"/>
      <w:r w:rsidR="004C27EF">
        <w:t xml:space="preserve"> </w:t>
      </w:r>
      <w:proofErr w:type="spellStart"/>
      <w:r w:rsidR="004C27EF">
        <w:t>parçalarını</w:t>
      </w:r>
      <w:proofErr w:type="spellEnd"/>
      <w:r w:rsidR="004C27EF">
        <w:t xml:space="preserve"> </w:t>
      </w:r>
      <w:proofErr w:type="spellStart"/>
      <w:r w:rsidR="004C27EF">
        <w:t>yazınız</w:t>
      </w:r>
      <w:proofErr w:type="spellEnd"/>
      <w:r w:rsidR="004C27EF">
        <w:t>. (20 Puan)</w:t>
      </w:r>
    </w:p>
    <w:p w14:paraId="1A315D4F" w14:textId="6F8DAF82" w:rsidR="0067721F" w:rsidRDefault="004C27EF" w:rsidP="004C27EF">
      <w:pPr>
        <w:spacing w:after="20"/>
        <w:ind w:left="255"/>
        <w:jc w:val="center"/>
      </w:pPr>
      <w:r>
        <w:rPr>
          <w:noProof/>
        </w:rPr>
        <w:drawing>
          <wp:inline distT="0" distB="0" distL="0" distR="0" wp14:anchorId="6A7BC274" wp14:editId="3380CEE3">
            <wp:extent cx="5059680" cy="2807936"/>
            <wp:effectExtent l="0" t="0" r="7620" b="0"/>
            <wp:docPr id="180126670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266702" name="Resim 180126670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6224" cy="281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5659B" w14:textId="6F87B6B2" w:rsidR="0067721F" w:rsidRDefault="00000000" w:rsidP="004C27EF">
      <w:pPr>
        <w:spacing w:after="20"/>
      </w:pPr>
      <w:r>
        <w:rPr>
          <w:b/>
        </w:rPr>
        <w:t xml:space="preserve">4. </w:t>
      </w:r>
      <w:r>
        <w:t xml:space="preserve">Sinyal ve dörtlü </w:t>
      </w:r>
      <w:proofErr w:type="spellStart"/>
      <w:r>
        <w:t>flaşör</w:t>
      </w:r>
      <w:proofErr w:type="spellEnd"/>
      <w:r>
        <w:t xml:space="preserve"> </w:t>
      </w:r>
      <w:proofErr w:type="spellStart"/>
      <w:r>
        <w:t>devrelerinin</w:t>
      </w:r>
      <w:proofErr w:type="spellEnd"/>
      <w:r>
        <w:t xml:space="preserve"> </w:t>
      </w:r>
      <w:proofErr w:type="spellStart"/>
      <w:r>
        <w:t>görevlerini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4C27EF">
        <w:t xml:space="preserve"> </w:t>
      </w:r>
      <w:r w:rsidR="004C27EF">
        <w:t>(10 Puan)</w:t>
      </w:r>
    </w:p>
    <w:p w14:paraId="7FA7D734" w14:textId="77777777" w:rsidR="0067721F" w:rsidRDefault="00000000" w:rsidP="004C27EF">
      <w:pPr>
        <w:spacing w:after="20"/>
        <w:ind w:left="255"/>
      </w:pPr>
      <w:r>
        <w:t>Sinyal devresi dönüş yönünü bildirir; dörtlü flaşör devresi aracın tehlike veya acil durumunu bildirir.</w:t>
      </w:r>
    </w:p>
    <w:p w14:paraId="64F7D54F" w14:textId="68987D91" w:rsidR="0067721F" w:rsidRDefault="00000000" w:rsidP="004C27EF">
      <w:pPr>
        <w:spacing w:after="20"/>
      </w:pPr>
      <w:r>
        <w:rPr>
          <w:b/>
        </w:rPr>
        <w:t xml:space="preserve">5. </w:t>
      </w:r>
      <w:proofErr w:type="spellStart"/>
      <w:r>
        <w:t>Sigortanın</w:t>
      </w:r>
      <w:proofErr w:type="spellEnd"/>
      <w:r>
        <w:t xml:space="preserve"> </w:t>
      </w:r>
      <w:proofErr w:type="spellStart"/>
      <w:r>
        <w:t>görevini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4C27EF">
        <w:t xml:space="preserve"> </w:t>
      </w:r>
      <w:r w:rsidR="004C27EF">
        <w:t>(10 Puan)</w:t>
      </w:r>
    </w:p>
    <w:p w14:paraId="12BF1570" w14:textId="77777777" w:rsidR="0067721F" w:rsidRDefault="00000000" w:rsidP="004C27EF">
      <w:pPr>
        <w:spacing w:after="20"/>
        <w:ind w:left="255"/>
      </w:pPr>
      <w:r>
        <w:t>Aşırı akım veya kısa devre durumunda devreyi açarak tesisatı korur.</w:t>
      </w:r>
    </w:p>
    <w:p w14:paraId="47A62614" w14:textId="125A83B8" w:rsidR="0067721F" w:rsidRDefault="00000000" w:rsidP="004C27EF">
      <w:pPr>
        <w:spacing w:after="20"/>
      </w:pPr>
      <w:r>
        <w:rPr>
          <w:b/>
        </w:rPr>
        <w:t xml:space="preserve">6. </w:t>
      </w:r>
      <w:r>
        <w:t xml:space="preserve">Rölenin araç </w:t>
      </w:r>
      <w:proofErr w:type="spellStart"/>
      <w:r>
        <w:t>elektrik</w:t>
      </w:r>
      <w:proofErr w:type="spellEnd"/>
      <w:r>
        <w:t xml:space="preserve"> </w:t>
      </w:r>
      <w:proofErr w:type="spellStart"/>
      <w:r>
        <w:t>devrelerindeki</w:t>
      </w:r>
      <w:proofErr w:type="spellEnd"/>
      <w:r>
        <w:t xml:space="preserve"> </w:t>
      </w:r>
      <w:proofErr w:type="spellStart"/>
      <w:r>
        <w:t>görevi</w:t>
      </w:r>
      <w:proofErr w:type="spellEnd"/>
      <w:r>
        <w:t xml:space="preserve"> </w:t>
      </w:r>
      <w:proofErr w:type="spellStart"/>
      <w:r>
        <w:t>nedir</w:t>
      </w:r>
      <w:proofErr w:type="spellEnd"/>
      <w:r>
        <w:t>?</w:t>
      </w:r>
      <w:r w:rsidR="004C27EF">
        <w:t xml:space="preserve"> </w:t>
      </w:r>
      <w:r w:rsidR="004C27EF">
        <w:t>(10 Puan)</w:t>
      </w:r>
    </w:p>
    <w:p w14:paraId="4C0FB68A" w14:textId="77777777" w:rsidR="0067721F" w:rsidRDefault="00000000" w:rsidP="004C27EF">
      <w:pPr>
        <w:spacing w:after="20"/>
        <w:ind w:left="255"/>
      </w:pPr>
      <w:r>
        <w:t>Düşük akımlı bir kumanda devresiyle yüksek akımlı devrenin açılıp kapanmasını sağlar.</w:t>
      </w:r>
    </w:p>
    <w:p w14:paraId="11DAADD8" w14:textId="6DB52FA3" w:rsidR="0067721F" w:rsidRDefault="00000000" w:rsidP="004C27EF">
      <w:pPr>
        <w:spacing w:after="20"/>
      </w:pPr>
      <w:r>
        <w:rPr>
          <w:b/>
        </w:rPr>
        <w:t xml:space="preserve">7. </w:t>
      </w:r>
      <w:r>
        <w:t xml:space="preserve">Marş </w:t>
      </w:r>
      <w:proofErr w:type="spellStart"/>
      <w:r>
        <w:t>sisteminin</w:t>
      </w:r>
      <w:proofErr w:type="spellEnd"/>
      <w:r>
        <w:t xml:space="preserve"> </w:t>
      </w:r>
      <w:proofErr w:type="spellStart"/>
      <w:r>
        <w:t>temel</w:t>
      </w:r>
      <w:proofErr w:type="spellEnd"/>
      <w:r>
        <w:t xml:space="preserve"> </w:t>
      </w:r>
      <w:proofErr w:type="spellStart"/>
      <w:r>
        <w:t>görevi</w:t>
      </w:r>
      <w:proofErr w:type="spellEnd"/>
      <w:r>
        <w:t xml:space="preserve"> </w:t>
      </w:r>
      <w:proofErr w:type="spellStart"/>
      <w:r>
        <w:t>nedir</w:t>
      </w:r>
      <w:proofErr w:type="spellEnd"/>
      <w:r>
        <w:t>?</w:t>
      </w:r>
      <w:r w:rsidR="004C27EF">
        <w:t xml:space="preserve"> </w:t>
      </w:r>
      <w:r w:rsidR="004C27EF">
        <w:t>(10 Puan)</w:t>
      </w:r>
    </w:p>
    <w:p w14:paraId="0D4BE58E" w14:textId="77777777" w:rsidR="0067721F" w:rsidRDefault="00000000" w:rsidP="004C27EF">
      <w:pPr>
        <w:spacing w:after="20"/>
        <w:ind w:left="255"/>
      </w:pPr>
      <w:r>
        <w:t>Motorun ilk hareketini sağlayarak çalışmasını başlatmaktır.</w:t>
      </w:r>
    </w:p>
    <w:p w14:paraId="33B220E6" w14:textId="7C150EFE" w:rsidR="0067721F" w:rsidRDefault="00000000" w:rsidP="004C27EF">
      <w:pPr>
        <w:spacing w:after="20"/>
      </w:pPr>
      <w:r>
        <w:rPr>
          <w:b/>
        </w:rPr>
        <w:t xml:space="preserve">8. </w:t>
      </w:r>
      <w:r>
        <w:t xml:space="preserve">Marş </w:t>
      </w:r>
      <w:proofErr w:type="spellStart"/>
      <w:r>
        <w:t>selenoidinin</w:t>
      </w:r>
      <w:proofErr w:type="spellEnd"/>
      <w:r>
        <w:t xml:space="preserve"> </w:t>
      </w:r>
      <w:proofErr w:type="spellStart"/>
      <w:r>
        <w:t>görevlerinden</w:t>
      </w:r>
      <w:proofErr w:type="spellEnd"/>
      <w:r>
        <w:t xml:space="preserve"> </w:t>
      </w:r>
      <w:proofErr w:type="spellStart"/>
      <w:r>
        <w:t>ikisini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4C27EF">
        <w:t xml:space="preserve"> </w:t>
      </w:r>
      <w:r w:rsidR="004C27EF">
        <w:t>(10 Puan)</w:t>
      </w:r>
    </w:p>
    <w:p w14:paraId="53A4E6C1" w14:textId="77777777" w:rsidR="0067721F" w:rsidRDefault="00000000" w:rsidP="004C27EF">
      <w:pPr>
        <w:spacing w:after="20"/>
        <w:ind w:left="255"/>
      </w:pPr>
      <w:r>
        <w:rPr>
          <w:b/>
        </w:rPr>
        <w:t xml:space="preserve">1. </w:t>
      </w:r>
      <w:r>
        <w:t>Marş dişlisini volan dişlisine yaklaştırır.</w:t>
      </w:r>
    </w:p>
    <w:p w14:paraId="783553B9" w14:textId="77777777" w:rsidR="0067721F" w:rsidRDefault="00000000" w:rsidP="004C27EF">
      <w:pPr>
        <w:spacing w:after="20"/>
        <w:ind w:left="255"/>
      </w:pPr>
      <w:r>
        <w:rPr>
          <w:b/>
        </w:rPr>
        <w:t xml:space="preserve">2. </w:t>
      </w:r>
      <w:r>
        <w:t>Marş motoruna yüksek akımın iletilmesini sağlar.</w:t>
      </w:r>
    </w:p>
    <w:p w14:paraId="71086EA0" w14:textId="5D079067" w:rsidR="0067721F" w:rsidRDefault="004C27EF" w:rsidP="004C27EF">
      <w:pPr>
        <w:spacing w:after="20"/>
      </w:pPr>
      <w:r>
        <w:rPr>
          <w:b/>
        </w:rPr>
        <w:t>9</w:t>
      </w:r>
      <w:r w:rsidR="00000000">
        <w:rPr>
          <w:b/>
        </w:rPr>
        <w:t xml:space="preserve">. </w:t>
      </w:r>
      <w:r w:rsidR="00000000">
        <w:t xml:space="preserve">Marş sisteminde </w:t>
      </w:r>
      <w:proofErr w:type="spellStart"/>
      <w:r w:rsidR="00000000">
        <w:t>görülebilecek</w:t>
      </w:r>
      <w:proofErr w:type="spellEnd"/>
      <w:r w:rsidR="00000000">
        <w:t xml:space="preserve"> </w:t>
      </w:r>
      <w:proofErr w:type="spellStart"/>
      <w:r w:rsidR="00000000">
        <w:t>arızalardan</w:t>
      </w:r>
      <w:proofErr w:type="spellEnd"/>
      <w:r w:rsidR="00000000">
        <w:t xml:space="preserve"> </w:t>
      </w:r>
      <w:proofErr w:type="spellStart"/>
      <w:r w:rsidR="00000000">
        <w:t>beşini</w:t>
      </w:r>
      <w:proofErr w:type="spellEnd"/>
      <w:r w:rsidR="00000000">
        <w:t xml:space="preserve"> </w:t>
      </w:r>
      <w:proofErr w:type="spellStart"/>
      <w:r w:rsidR="00000000">
        <w:t>yazınız</w:t>
      </w:r>
      <w:proofErr w:type="spellEnd"/>
      <w:r w:rsidR="00000000">
        <w:t>.</w:t>
      </w:r>
      <w:r>
        <w:t xml:space="preserve"> </w:t>
      </w:r>
      <w:r>
        <w:t>(10 Puan)</w:t>
      </w:r>
    </w:p>
    <w:p w14:paraId="6B88E8AF" w14:textId="77777777" w:rsidR="0067721F" w:rsidRDefault="00000000" w:rsidP="004C27EF">
      <w:pPr>
        <w:spacing w:after="20"/>
        <w:ind w:left="255"/>
      </w:pPr>
      <w:r>
        <w:rPr>
          <w:b/>
        </w:rPr>
        <w:t xml:space="preserve">1. </w:t>
      </w:r>
      <w:r>
        <w:t>Marş motorunun dönmemesi</w:t>
      </w:r>
    </w:p>
    <w:p w14:paraId="7E536573" w14:textId="77777777" w:rsidR="0067721F" w:rsidRDefault="00000000" w:rsidP="004C27EF">
      <w:pPr>
        <w:spacing w:after="20"/>
        <w:ind w:left="255"/>
      </w:pPr>
      <w:r>
        <w:rPr>
          <w:b/>
        </w:rPr>
        <w:t xml:space="preserve">2. </w:t>
      </w:r>
      <w:r>
        <w:t>Marş motorunun yavaş dönmesi</w:t>
      </w:r>
    </w:p>
    <w:p w14:paraId="6067F1EC" w14:textId="77777777" w:rsidR="0067721F" w:rsidRDefault="00000000" w:rsidP="004C27EF">
      <w:pPr>
        <w:spacing w:after="20"/>
        <w:ind w:left="255"/>
      </w:pPr>
      <w:r>
        <w:rPr>
          <w:b/>
        </w:rPr>
        <w:t xml:space="preserve">3. </w:t>
      </w:r>
      <w:r>
        <w:t>Selenoidin çalışmaması</w:t>
      </w:r>
    </w:p>
    <w:p w14:paraId="0EB8E266" w14:textId="77777777" w:rsidR="0067721F" w:rsidRDefault="00000000" w:rsidP="004C27EF">
      <w:pPr>
        <w:spacing w:after="20"/>
        <w:ind w:left="255"/>
      </w:pPr>
      <w:r>
        <w:rPr>
          <w:b/>
        </w:rPr>
        <w:t xml:space="preserve">4. </w:t>
      </w:r>
      <w:r>
        <w:t>Marş dişlisinin kavramaması</w:t>
      </w:r>
    </w:p>
    <w:p w14:paraId="65D2199A" w14:textId="77777777" w:rsidR="0067721F" w:rsidRDefault="00000000" w:rsidP="004C27EF">
      <w:pPr>
        <w:spacing w:after="20"/>
        <w:ind w:left="255"/>
      </w:pPr>
      <w:r>
        <w:rPr>
          <w:b/>
        </w:rPr>
        <w:t xml:space="preserve">5. </w:t>
      </w:r>
      <w:r>
        <w:t>Kablo veya bağlantıların gevşek olması</w:t>
      </w:r>
    </w:p>
    <w:sectPr w:rsidR="0067721F" w:rsidSect="00034616">
      <w:pgSz w:w="12240" w:h="15840"/>
      <w:pgMar w:top="680" w:right="680" w:bottom="680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5939242">
    <w:abstractNumId w:val="8"/>
  </w:num>
  <w:num w:numId="2" w16cid:durableId="401417574">
    <w:abstractNumId w:val="6"/>
  </w:num>
  <w:num w:numId="3" w16cid:durableId="311522463">
    <w:abstractNumId w:val="5"/>
  </w:num>
  <w:num w:numId="4" w16cid:durableId="327633097">
    <w:abstractNumId w:val="4"/>
  </w:num>
  <w:num w:numId="5" w16cid:durableId="1989702483">
    <w:abstractNumId w:val="7"/>
  </w:num>
  <w:num w:numId="6" w16cid:durableId="1079329611">
    <w:abstractNumId w:val="3"/>
  </w:num>
  <w:num w:numId="7" w16cid:durableId="1354768655">
    <w:abstractNumId w:val="2"/>
  </w:num>
  <w:num w:numId="8" w16cid:durableId="1899045725">
    <w:abstractNumId w:val="1"/>
  </w:num>
  <w:num w:numId="9" w16cid:durableId="1902864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27EF"/>
    <w:rsid w:val="0067721F"/>
    <w:rsid w:val="008E361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15DA08"/>
  <w14:defaultImageDpi w14:val="300"/>
  <w15:docId w15:val="{E35994B1-0921-4990-AB1D-C2D22608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2026-09-28T16:52:00Z</dcterms:modified>
  <cp:category/>
</cp:coreProperties>
</file>