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87C04" w14:textId="77777777" w:rsidR="009157CD" w:rsidRDefault="00000000" w:rsidP="0011196B">
      <w:pPr>
        <w:spacing w:after="0" w:line="360" w:lineRule="auto"/>
        <w:jc w:val="center"/>
      </w:pPr>
      <w:r>
        <w:rPr>
          <w:b/>
          <w:sz w:val="24"/>
        </w:rPr>
        <w:t>YAHŞİHAN MESLEKİ EĞİTİM MERKEZİ</w:t>
      </w:r>
    </w:p>
    <w:p w14:paraId="30C775C1" w14:textId="53DE31C7" w:rsidR="009157CD" w:rsidRDefault="00000000" w:rsidP="0011196B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6EFD326B" w14:textId="7457C87E" w:rsidR="009157CD" w:rsidRDefault="00000000" w:rsidP="0011196B">
      <w:pPr>
        <w:spacing w:after="0" w:line="360" w:lineRule="auto"/>
        <w:jc w:val="center"/>
      </w:pPr>
      <w:r>
        <w:rPr>
          <w:b/>
          <w:sz w:val="24"/>
        </w:rPr>
        <w:t>OTOMOTİV ELEKTRİK TEKNOLOJİSİ DERSİ 2. DÖNEM 1. YAZILI SINAVI</w:t>
      </w:r>
    </w:p>
    <w:p w14:paraId="028433C0" w14:textId="77777777" w:rsidR="009157CD" w:rsidRDefault="00000000" w:rsidP="0011196B">
      <w:pPr>
        <w:spacing w:before="20" w:after="20" w:line="360" w:lineRule="auto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24C2106A" w14:textId="77777777" w:rsidR="009157CD" w:rsidRDefault="00000000">
      <w:pPr>
        <w:spacing w:after="20"/>
        <w:jc w:val="center"/>
      </w:pPr>
      <w:r>
        <w:rPr>
          <w:b/>
        </w:rPr>
        <w:t>SORULAR</w:t>
      </w:r>
    </w:p>
    <w:p w14:paraId="43FC66CF" w14:textId="684E1D5A" w:rsidR="009157CD" w:rsidRDefault="00000000" w:rsidP="0011196B">
      <w:pPr>
        <w:spacing w:after="20" w:line="360" w:lineRule="auto"/>
      </w:pPr>
      <w:r>
        <w:rPr>
          <w:b/>
        </w:rPr>
        <w:t xml:space="preserve">1. </w:t>
      </w:r>
      <w:r>
        <w:t xml:space="preserve">Tek nokta enjeksiyon sisteminin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elemanlarından</w:t>
      </w:r>
      <w:proofErr w:type="spellEnd"/>
      <w:r>
        <w:t xml:space="preserve"> </w:t>
      </w:r>
      <w:proofErr w:type="spellStart"/>
      <w:r>
        <w:t>beşini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11196B">
        <w:t xml:space="preserve"> (20 Puan)</w:t>
      </w:r>
    </w:p>
    <w:p w14:paraId="1B348830" w14:textId="1FDA4CA4" w:rsidR="009157CD" w:rsidRDefault="0011196B" w:rsidP="0011196B">
      <w:pPr>
        <w:spacing w:after="20" w:line="36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 w:rsidR="00000000">
        <w:t xml:space="preserve">Araç klima sisteminin </w:t>
      </w:r>
      <w:proofErr w:type="spellStart"/>
      <w:r w:rsidR="00000000">
        <w:t>görevlerinden</w:t>
      </w:r>
      <w:proofErr w:type="spellEnd"/>
      <w:r w:rsidR="00000000">
        <w:t xml:space="preserve"> </w:t>
      </w:r>
      <w:proofErr w:type="spellStart"/>
      <w:r w:rsidR="00000000">
        <w:t>üç</w:t>
      </w:r>
      <w:proofErr w:type="spellEnd"/>
      <w:r w:rsidR="00000000">
        <w:t xml:space="preserve"> </w:t>
      </w:r>
      <w:proofErr w:type="spellStart"/>
      <w:r w:rsidR="00000000">
        <w:t>tanesini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</w:t>
      </w:r>
      <w:r>
        <w:t>1</w:t>
      </w:r>
      <w:r>
        <w:t>0 Puan)</w:t>
      </w:r>
    </w:p>
    <w:p w14:paraId="495964BD" w14:textId="6029C751" w:rsidR="009157CD" w:rsidRDefault="0011196B" w:rsidP="0011196B">
      <w:pPr>
        <w:spacing w:after="20" w:line="36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soğutucu</w:t>
      </w:r>
      <w:proofErr w:type="spellEnd"/>
      <w:r w:rsidR="00000000">
        <w:t xml:space="preserve"> </w:t>
      </w:r>
      <w:proofErr w:type="spellStart"/>
      <w:r w:rsidR="00000000">
        <w:t>akışkanının</w:t>
      </w:r>
      <w:proofErr w:type="spellEnd"/>
      <w:r w:rsidR="00000000">
        <w:t xml:space="preserve"> </w:t>
      </w:r>
      <w:proofErr w:type="spellStart"/>
      <w:r w:rsidR="00000000">
        <w:t>görevi</w:t>
      </w:r>
      <w:proofErr w:type="spellEnd"/>
      <w:r w:rsidR="00000000">
        <w:t xml:space="preserve"> </w:t>
      </w:r>
      <w:proofErr w:type="spellStart"/>
      <w:r w:rsidR="00000000">
        <w:t>nedir</w:t>
      </w:r>
      <w:proofErr w:type="spellEnd"/>
      <w:r w:rsidR="00000000">
        <w:t>?</w:t>
      </w:r>
      <w:r>
        <w:t xml:space="preserve"> </w:t>
      </w:r>
      <w:r>
        <w:t>(</w:t>
      </w:r>
      <w:r>
        <w:t>1</w:t>
      </w:r>
      <w:r>
        <w:t>0 Puan)</w:t>
      </w:r>
    </w:p>
    <w:p w14:paraId="057A958F" w14:textId="7DEF2227" w:rsidR="009157CD" w:rsidRDefault="0011196B" w:rsidP="0011196B">
      <w:pPr>
        <w:spacing w:after="20" w:line="36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servisinde</w:t>
      </w:r>
      <w:proofErr w:type="spellEnd"/>
      <w:r w:rsidR="00000000">
        <w:t xml:space="preserve"> </w:t>
      </w:r>
      <w:proofErr w:type="spellStart"/>
      <w:r w:rsidR="00000000">
        <w:t>kullanılan</w:t>
      </w:r>
      <w:proofErr w:type="spellEnd"/>
      <w:r w:rsidR="00000000">
        <w:t xml:space="preserve"> </w:t>
      </w:r>
      <w:proofErr w:type="spellStart"/>
      <w:r w:rsidR="00000000">
        <w:t>araçlardan</w:t>
      </w:r>
      <w:proofErr w:type="spellEnd"/>
      <w:r w:rsidR="00000000">
        <w:t xml:space="preserve"> </w:t>
      </w:r>
      <w:r>
        <w:t xml:space="preserve">3 </w:t>
      </w:r>
      <w:proofErr w:type="spellStart"/>
      <w:r>
        <w:t>tanesini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(15 Puan)</w:t>
      </w:r>
    </w:p>
    <w:p w14:paraId="4AC83BD5" w14:textId="057533FE" w:rsidR="009157CD" w:rsidRDefault="0011196B" w:rsidP="0011196B">
      <w:pPr>
        <w:spacing w:after="20" w:line="36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kompresörünün</w:t>
      </w:r>
      <w:proofErr w:type="spellEnd"/>
      <w:r w:rsidR="00000000">
        <w:t xml:space="preserve"> </w:t>
      </w:r>
      <w:proofErr w:type="spellStart"/>
      <w:r w:rsidR="00000000">
        <w:t>görevi</w:t>
      </w:r>
      <w:proofErr w:type="spellEnd"/>
      <w:r w:rsidR="00000000">
        <w:t xml:space="preserve"> </w:t>
      </w:r>
      <w:proofErr w:type="spellStart"/>
      <w:r w:rsidR="00000000">
        <w:t>nedir</w:t>
      </w:r>
      <w:proofErr w:type="spellEnd"/>
      <w:r w:rsidR="00000000">
        <w:t>?</w:t>
      </w:r>
      <w:r>
        <w:t xml:space="preserve"> </w:t>
      </w:r>
      <w:r>
        <w:t>(1</w:t>
      </w:r>
      <w:r>
        <w:t>0</w:t>
      </w:r>
      <w:r>
        <w:t xml:space="preserve"> Puan)</w:t>
      </w:r>
    </w:p>
    <w:p w14:paraId="2E39C714" w14:textId="62B413DC" w:rsidR="009157CD" w:rsidRDefault="0011196B" w:rsidP="0011196B">
      <w:pPr>
        <w:spacing w:after="20" w:line="36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 xml:space="preserve">Klima soğutucu akışkan devresinin temel </w:t>
      </w:r>
      <w:proofErr w:type="spellStart"/>
      <w:r w:rsidR="00000000">
        <w:t>elemanlarından</w:t>
      </w:r>
      <w:proofErr w:type="spellEnd"/>
      <w:r w:rsidR="00000000">
        <w:t xml:space="preserve"> </w:t>
      </w:r>
      <w:r>
        <w:t xml:space="preserve">3 </w:t>
      </w:r>
      <w:proofErr w:type="spellStart"/>
      <w:r>
        <w:t>tanesini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</w:t>
      </w:r>
      <w:r>
        <w:t>15</w:t>
      </w:r>
      <w:r>
        <w:t xml:space="preserve"> Puan)</w:t>
      </w:r>
    </w:p>
    <w:p w14:paraId="79971DF5" w14:textId="686109F0" w:rsidR="009157CD" w:rsidRDefault="0011196B" w:rsidP="0011196B">
      <w:pPr>
        <w:spacing w:after="20" w:line="360" w:lineRule="auto"/>
      </w:pPr>
      <w:r>
        <w:rPr>
          <w:b/>
        </w:rPr>
        <w:t>7</w:t>
      </w:r>
      <w:r w:rsidR="00000000">
        <w:rPr>
          <w:b/>
        </w:rPr>
        <w:t xml:space="preserve">. </w:t>
      </w:r>
      <w:r w:rsidR="00000000">
        <w:t xml:space="preserve">Klima sisteminde </w:t>
      </w:r>
      <w:proofErr w:type="spellStart"/>
      <w:r w:rsidR="00000000">
        <w:t>görülebilecek</w:t>
      </w:r>
      <w:proofErr w:type="spellEnd"/>
      <w:r w:rsidR="00000000">
        <w:t xml:space="preserve"> </w:t>
      </w:r>
      <w:proofErr w:type="spellStart"/>
      <w:r w:rsidR="00000000">
        <w:t>arızalardan</w:t>
      </w:r>
      <w:proofErr w:type="spellEnd"/>
      <w:r w:rsidR="00000000">
        <w:t xml:space="preserve"> </w:t>
      </w:r>
      <w:proofErr w:type="spellStart"/>
      <w:r w:rsidR="00000000">
        <w:t>beşini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</w:t>
      </w:r>
      <w:r>
        <w:t>20</w:t>
      </w:r>
      <w:r>
        <w:t xml:space="preserve"> Puan)</w:t>
      </w:r>
    </w:p>
    <w:p w14:paraId="35653C16" w14:textId="0CF7B5F0" w:rsidR="009157CD" w:rsidRDefault="0011196B">
      <w:pPr>
        <w:spacing w:before="20" w:after="20"/>
      </w:pPr>
      <w:r>
        <w:rPr>
          <w:b/>
          <w:u w:val="single"/>
        </w:rPr>
        <w:t xml:space="preserve"> </w:t>
      </w:r>
    </w:p>
    <w:p w14:paraId="07BEEA0B" w14:textId="77777777" w:rsidR="009157CD" w:rsidRDefault="00000000" w:rsidP="0011196B">
      <w:pPr>
        <w:spacing w:after="0"/>
        <w:ind w:left="5040" w:firstLine="720"/>
        <w:jc w:val="center"/>
      </w:pPr>
      <w:r>
        <w:t>Başarılar</w:t>
      </w:r>
    </w:p>
    <w:p w14:paraId="42255780" w14:textId="77DC5CF4" w:rsidR="009157CD" w:rsidRDefault="00000000">
      <w:pPr>
        <w:spacing w:after="0"/>
      </w:pPr>
      <w:proofErr w:type="spellStart"/>
      <w:r>
        <w:rPr>
          <w:b/>
          <w:u w:val="single"/>
        </w:rPr>
        <w:t>Süre</w:t>
      </w:r>
      <w:proofErr w:type="spellEnd"/>
      <w:r>
        <w:rPr>
          <w:b/>
          <w:u w:val="single"/>
        </w:rPr>
        <w:t>:</w:t>
      </w:r>
      <w:r>
        <w:t xml:space="preserve"> 40 </w:t>
      </w:r>
      <w:proofErr w:type="gramStart"/>
      <w:r>
        <w:t>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196B">
        <w:tab/>
      </w:r>
      <w:r w:rsidR="0011196B">
        <w:tab/>
      </w:r>
      <w:proofErr w:type="spellStart"/>
      <w:r>
        <w:t>Mot.Arç.Tekn</w:t>
      </w:r>
      <w:proofErr w:type="spellEnd"/>
      <w:proofErr w:type="gramEnd"/>
      <w:r>
        <w:t xml:space="preserve"> Öğrt Abdullah YANIK</w:t>
      </w:r>
    </w:p>
    <w:p w14:paraId="4E515CBE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4E609380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39F991C5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36F6EAD3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1D5ADE13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07C0EB9F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3EA9C952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31FB9C5C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4B9E7B4C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32545CA6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7DD3B5EB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440D2F5B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1F73C303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08A4D2A3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1F4D0BB1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788AAD46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0A09E8D7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6E96B61C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5EE116FC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1834BA93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6F34410D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06ABB598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498A36F6" w14:textId="77777777" w:rsidR="0011196B" w:rsidRDefault="0011196B" w:rsidP="0011196B">
      <w:pPr>
        <w:spacing w:after="0" w:line="360" w:lineRule="auto"/>
        <w:jc w:val="center"/>
        <w:rPr>
          <w:b/>
        </w:rPr>
      </w:pPr>
    </w:p>
    <w:p w14:paraId="2164C7AD" w14:textId="046248A9" w:rsidR="009157CD" w:rsidRPr="0011196B" w:rsidRDefault="00000000" w:rsidP="0011196B">
      <w:pPr>
        <w:spacing w:after="0" w:line="360" w:lineRule="auto"/>
        <w:jc w:val="center"/>
      </w:pPr>
      <w:r w:rsidRPr="0011196B">
        <w:rPr>
          <w:b/>
        </w:rPr>
        <w:lastRenderedPageBreak/>
        <w:t>YAHŞİHAN MESLEKİ EĞİTİM MERKEZİ</w:t>
      </w:r>
    </w:p>
    <w:p w14:paraId="324CF238" w14:textId="77777777" w:rsidR="009157CD" w:rsidRPr="0011196B" w:rsidRDefault="00000000" w:rsidP="0011196B">
      <w:pPr>
        <w:spacing w:after="0" w:line="360" w:lineRule="auto"/>
        <w:jc w:val="center"/>
      </w:pPr>
      <w:r w:rsidRPr="0011196B">
        <w:rPr>
          <w:b/>
        </w:rPr>
        <w:t>2026/2027 EĞİTİM ÖĞRETİM YILI MOTORLU ARAÇLAR TEKNOLOJİSİ ALANI</w:t>
      </w:r>
    </w:p>
    <w:p w14:paraId="4CF514ED" w14:textId="5BE6E1B8" w:rsidR="009157CD" w:rsidRPr="0011196B" w:rsidRDefault="00000000" w:rsidP="0011196B">
      <w:pPr>
        <w:spacing w:after="0" w:line="360" w:lineRule="auto"/>
        <w:jc w:val="center"/>
      </w:pPr>
      <w:r w:rsidRPr="0011196B">
        <w:rPr>
          <w:b/>
        </w:rPr>
        <w:t>OTOMOTİV ELEKTRİK TEKNOLOJİSİ DERSİ 2. DÖNEM 1. YAZILI SINAVI CEVAP ANAHTARI</w:t>
      </w:r>
    </w:p>
    <w:p w14:paraId="7130A5FB" w14:textId="6F3CE654" w:rsidR="009157CD" w:rsidRDefault="00000000" w:rsidP="0011196B">
      <w:pPr>
        <w:spacing w:after="20" w:line="360" w:lineRule="auto"/>
      </w:pPr>
      <w:r>
        <w:rPr>
          <w:b/>
        </w:rPr>
        <w:t xml:space="preserve">1. </w:t>
      </w:r>
      <w:r>
        <w:t xml:space="preserve">Tek nokta enjeksiyon sisteminin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elemanlarından</w:t>
      </w:r>
      <w:proofErr w:type="spellEnd"/>
      <w:r>
        <w:t xml:space="preserve"> </w:t>
      </w:r>
      <w:proofErr w:type="spellStart"/>
      <w:r>
        <w:t>beşini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11196B">
        <w:t xml:space="preserve"> </w:t>
      </w:r>
      <w:r w:rsidR="0011196B">
        <w:t>(</w:t>
      </w:r>
      <w:r w:rsidR="0011196B">
        <w:t>2</w:t>
      </w:r>
      <w:r w:rsidR="0011196B">
        <w:t>0 Puan)</w:t>
      </w:r>
    </w:p>
    <w:p w14:paraId="725C7EDF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Yakıt pompası</w:t>
      </w:r>
    </w:p>
    <w:p w14:paraId="617C3868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Enjektör</w:t>
      </w:r>
    </w:p>
    <w:p w14:paraId="758CD04F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Gaz kelebeği gövdesi</w:t>
      </w:r>
    </w:p>
    <w:p w14:paraId="3620616F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ECU</w:t>
      </w:r>
    </w:p>
    <w:p w14:paraId="1346A72F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proofErr w:type="spellStart"/>
      <w:r>
        <w:t>Basınç</w:t>
      </w:r>
      <w:proofErr w:type="spellEnd"/>
      <w:r>
        <w:t xml:space="preserve"> </w:t>
      </w:r>
      <w:proofErr w:type="spellStart"/>
      <w:r>
        <w:t>regülatörü</w:t>
      </w:r>
      <w:proofErr w:type="spellEnd"/>
    </w:p>
    <w:p w14:paraId="6973CA83" w14:textId="77777777" w:rsidR="0011196B" w:rsidRDefault="0011196B">
      <w:pPr>
        <w:spacing w:after="20" w:line="240" w:lineRule="auto"/>
        <w:ind w:left="255"/>
      </w:pPr>
    </w:p>
    <w:p w14:paraId="4A7D7F6B" w14:textId="731CCF73" w:rsidR="009157CD" w:rsidRDefault="0011196B" w:rsidP="0011196B">
      <w:pPr>
        <w:spacing w:after="20" w:line="36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 w:rsidR="00000000">
        <w:t xml:space="preserve">Araç klima sisteminin </w:t>
      </w:r>
      <w:proofErr w:type="spellStart"/>
      <w:r w:rsidR="00000000">
        <w:t>görevlerinden</w:t>
      </w:r>
      <w:proofErr w:type="spellEnd"/>
      <w:r w:rsidR="00000000">
        <w:t xml:space="preserve"> </w:t>
      </w:r>
      <w:proofErr w:type="spellStart"/>
      <w:r w:rsidR="00000000">
        <w:t>üç</w:t>
      </w:r>
      <w:proofErr w:type="spellEnd"/>
      <w:r w:rsidR="00000000">
        <w:t xml:space="preserve"> </w:t>
      </w:r>
      <w:proofErr w:type="spellStart"/>
      <w:r w:rsidR="00000000">
        <w:t>tanesini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(10 Puan)</w:t>
      </w:r>
    </w:p>
    <w:p w14:paraId="4B8DF826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Kabin sıcaklığını düşürmek</w:t>
      </w:r>
    </w:p>
    <w:p w14:paraId="2075A033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Havadaki nemi azaltmak</w:t>
      </w:r>
    </w:p>
    <w:p w14:paraId="5B8F8890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proofErr w:type="spellStart"/>
      <w:r>
        <w:t>Konforlu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şartı</w:t>
      </w:r>
      <w:proofErr w:type="spellEnd"/>
      <w:r>
        <w:t xml:space="preserve"> </w:t>
      </w:r>
      <w:proofErr w:type="spellStart"/>
      <w:r>
        <w:t>sağlamak</w:t>
      </w:r>
      <w:proofErr w:type="spellEnd"/>
    </w:p>
    <w:p w14:paraId="4B143EA2" w14:textId="77777777" w:rsidR="0011196B" w:rsidRDefault="0011196B">
      <w:pPr>
        <w:spacing w:after="20" w:line="240" w:lineRule="auto"/>
        <w:ind w:left="255"/>
      </w:pPr>
    </w:p>
    <w:p w14:paraId="2C76D375" w14:textId="079299D5" w:rsidR="009157CD" w:rsidRDefault="0011196B" w:rsidP="0011196B">
      <w:pPr>
        <w:spacing w:after="20" w:line="36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soğutucu</w:t>
      </w:r>
      <w:proofErr w:type="spellEnd"/>
      <w:r w:rsidR="00000000">
        <w:t xml:space="preserve"> </w:t>
      </w:r>
      <w:proofErr w:type="spellStart"/>
      <w:r w:rsidR="00000000">
        <w:t>akışkanının</w:t>
      </w:r>
      <w:proofErr w:type="spellEnd"/>
      <w:r w:rsidR="00000000">
        <w:t xml:space="preserve"> </w:t>
      </w:r>
      <w:proofErr w:type="spellStart"/>
      <w:r w:rsidR="00000000">
        <w:t>görevi</w:t>
      </w:r>
      <w:proofErr w:type="spellEnd"/>
      <w:r w:rsidR="00000000">
        <w:t xml:space="preserve"> </w:t>
      </w:r>
      <w:proofErr w:type="spellStart"/>
      <w:r w:rsidR="00000000">
        <w:t>nedir</w:t>
      </w:r>
      <w:proofErr w:type="spellEnd"/>
      <w:r w:rsidR="00000000">
        <w:t>?</w:t>
      </w:r>
      <w:r>
        <w:t xml:space="preserve"> </w:t>
      </w:r>
      <w:r>
        <w:t>(10 Puan)</w:t>
      </w:r>
    </w:p>
    <w:p w14:paraId="659AEC7E" w14:textId="77777777" w:rsidR="009157CD" w:rsidRDefault="00000000">
      <w:pPr>
        <w:spacing w:after="20" w:line="240" w:lineRule="auto"/>
        <w:ind w:left="255"/>
      </w:pPr>
      <w:r>
        <w:t xml:space="preserve">Sistem içinde ısıyı taşıyarak </w:t>
      </w:r>
      <w:proofErr w:type="spellStart"/>
      <w:r>
        <w:t>kabin</w:t>
      </w:r>
      <w:proofErr w:type="spellEnd"/>
      <w:r>
        <w:t xml:space="preserve"> </w:t>
      </w:r>
      <w:proofErr w:type="spellStart"/>
      <w:r>
        <w:t>havasının</w:t>
      </w:r>
      <w:proofErr w:type="spellEnd"/>
      <w:r>
        <w:t xml:space="preserve"> </w:t>
      </w:r>
      <w:proofErr w:type="spellStart"/>
      <w:r>
        <w:t>soğutulmasını</w:t>
      </w:r>
      <w:proofErr w:type="spellEnd"/>
      <w:r>
        <w:t xml:space="preserve"> </w:t>
      </w:r>
      <w:proofErr w:type="spellStart"/>
      <w:r>
        <w:t>sağlar</w:t>
      </w:r>
      <w:proofErr w:type="spellEnd"/>
      <w:r>
        <w:t>.</w:t>
      </w:r>
    </w:p>
    <w:p w14:paraId="23C9268C" w14:textId="77777777" w:rsidR="0011196B" w:rsidRDefault="0011196B">
      <w:pPr>
        <w:spacing w:after="20" w:line="240" w:lineRule="auto"/>
        <w:ind w:left="255"/>
      </w:pPr>
    </w:p>
    <w:p w14:paraId="036F986F" w14:textId="6082DED2" w:rsidR="009157CD" w:rsidRDefault="0011196B" w:rsidP="0011196B">
      <w:pPr>
        <w:spacing w:after="20" w:line="36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servisinde</w:t>
      </w:r>
      <w:proofErr w:type="spellEnd"/>
      <w:r w:rsidR="00000000">
        <w:t xml:space="preserve"> </w:t>
      </w:r>
      <w:proofErr w:type="spellStart"/>
      <w:r w:rsidR="00000000">
        <w:t>kullanılan</w:t>
      </w:r>
      <w:proofErr w:type="spellEnd"/>
      <w:r w:rsidR="00000000">
        <w:t xml:space="preserve"> </w:t>
      </w:r>
      <w:proofErr w:type="spellStart"/>
      <w:r w:rsidR="00000000">
        <w:t>araçlardan</w:t>
      </w:r>
      <w:proofErr w:type="spellEnd"/>
      <w:r w:rsidR="00000000">
        <w:t xml:space="preserve"> </w:t>
      </w:r>
      <w:r>
        <w:t xml:space="preserve">3 </w:t>
      </w:r>
      <w:proofErr w:type="spellStart"/>
      <w:r>
        <w:t>tanesini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</w:t>
      </w:r>
      <w:r>
        <w:t>5</w:t>
      </w:r>
      <w:r>
        <w:t xml:space="preserve"> Puan)</w:t>
      </w:r>
    </w:p>
    <w:p w14:paraId="6B379B0F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Klima dolum cihazı</w:t>
      </w:r>
    </w:p>
    <w:p w14:paraId="4F448C41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Manometre seti</w:t>
      </w:r>
    </w:p>
    <w:p w14:paraId="13C5728E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Kaçak kontrol cihazı</w:t>
      </w:r>
    </w:p>
    <w:p w14:paraId="18C87C5E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Vakum pompası</w:t>
      </w:r>
    </w:p>
    <w:p w14:paraId="5E57E043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proofErr w:type="spellStart"/>
      <w:r>
        <w:t>Termometre</w:t>
      </w:r>
      <w:proofErr w:type="spellEnd"/>
    </w:p>
    <w:p w14:paraId="05FAD489" w14:textId="22F61766" w:rsidR="0011196B" w:rsidRDefault="0011196B">
      <w:pPr>
        <w:spacing w:after="20" w:line="240" w:lineRule="auto"/>
        <w:ind w:left="255"/>
      </w:pPr>
    </w:p>
    <w:p w14:paraId="6C435A6E" w14:textId="6A424768" w:rsidR="009157CD" w:rsidRDefault="0011196B">
      <w:pPr>
        <w:spacing w:after="20" w:line="24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 xml:space="preserve">Klima </w:t>
      </w:r>
      <w:proofErr w:type="spellStart"/>
      <w:r w:rsidR="00000000">
        <w:t>kompresörünün</w:t>
      </w:r>
      <w:proofErr w:type="spellEnd"/>
      <w:r w:rsidR="00000000">
        <w:t xml:space="preserve"> </w:t>
      </w:r>
      <w:proofErr w:type="spellStart"/>
      <w:r w:rsidR="00000000">
        <w:t>görevi</w:t>
      </w:r>
      <w:proofErr w:type="spellEnd"/>
      <w:r w:rsidR="00000000">
        <w:t xml:space="preserve"> </w:t>
      </w:r>
      <w:proofErr w:type="spellStart"/>
      <w:r w:rsidR="00000000">
        <w:t>nedir</w:t>
      </w:r>
      <w:proofErr w:type="spellEnd"/>
      <w:r w:rsidR="00000000">
        <w:t>?</w:t>
      </w:r>
      <w:r>
        <w:t xml:space="preserve"> </w:t>
      </w:r>
      <w:r>
        <w:t>(10 Puan)</w:t>
      </w:r>
    </w:p>
    <w:p w14:paraId="6EF123F8" w14:textId="77777777" w:rsidR="009157CD" w:rsidRDefault="00000000">
      <w:pPr>
        <w:spacing w:after="20" w:line="240" w:lineRule="auto"/>
        <w:ind w:left="255"/>
      </w:pPr>
      <w:r>
        <w:t xml:space="preserve">Soğutucu akışkanı sıkıştırarak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dolaşmasını</w:t>
      </w:r>
      <w:proofErr w:type="spellEnd"/>
      <w:r>
        <w:t xml:space="preserve"> </w:t>
      </w:r>
      <w:proofErr w:type="spellStart"/>
      <w:r>
        <w:t>sağlar</w:t>
      </w:r>
      <w:proofErr w:type="spellEnd"/>
      <w:r>
        <w:t>.</w:t>
      </w:r>
    </w:p>
    <w:p w14:paraId="71A70253" w14:textId="77777777" w:rsidR="0011196B" w:rsidRDefault="0011196B">
      <w:pPr>
        <w:spacing w:after="20" w:line="240" w:lineRule="auto"/>
        <w:ind w:left="255"/>
      </w:pPr>
    </w:p>
    <w:p w14:paraId="1F50A09C" w14:textId="090DA43C" w:rsidR="009157CD" w:rsidRDefault="0011196B">
      <w:pPr>
        <w:spacing w:after="20" w:line="24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 xml:space="preserve">Klima soğutucu akışkan </w:t>
      </w:r>
      <w:proofErr w:type="spellStart"/>
      <w:r w:rsidR="00000000">
        <w:t>devresinin</w:t>
      </w:r>
      <w:proofErr w:type="spellEnd"/>
      <w:r w:rsidR="00000000">
        <w:t xml:space="preserve"> </w:t>
      </w:r>
      <w:proofErr w:type="spellStart"/>
      <w:r w:rsidR="00000000">
        <w:t>temel</w:t>
      </w:r>
      <w:proofErr w:type="spellEnd"/>
      <w:r w:rsidR="00000000">
        <w:t xml:space="preserve"> </w:t>
      </w:r>
      <w:proofErr w:type="spellStart"/>
      <w:r w:rsidR="00000000">
        <w:t>elemanlarından</w:t>
      </w:r>
      <w:proofErr w:type="spellEnd"/>
      <w:r w:rsidR="00000000">
        <w:t xml:space="preserve"> </w:t>
      </w:r>
      <w:r>
        <w:t xml:space="preserve">3 </w:t>
      </w:r>
      <w:proofErr w:type="spellStart"/>
      <w:r>
        <w:t>tanesini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(15 Puan)</w:t>
      </w:r>
    </w:p>
    <w:p w14:paraId="732E34E5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Kompresör</w:t>
      </w:r>
    </w:p>
    <w:p w14:paraId="4EB0262F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Kondenser</w:t>
      </w:r>
    </w:p>
    <w:p w14:paraId="56B5AF9E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Kurutucu/filtre</w:t>
      </w:r>
    </w:p>
    <w:p w14:paraId="131F1260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Genleşme valfi</w:t>
      </w:r>
    </w:p>
    <w:p w14:paraId="2A10956A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proofErr w:type="spellStart"/>
      <w:r>
        <w:t>Evaporatör</w:t>
      </w:r>
      <w:proofErr w:type="spellEnd"/>
    </w:p>
    <w:p w14:paraId="14BC0687" w14:textId="77777777" w:rsidR="0011196B" w:rsidRDefault="0011196B">
      <w:pPr>
        <w:spacing w:after="20" w:line="240" w:lineRule="auto"/>
        <w:ind w:left="255"/>
      </w:pPr>
    </w:p>
    <w:p w14:paraId="5940C13F" w14:textId="69CBA362" w:rsidR="009157CD" w:rsidRDefault="0011196B">
      <w:pPr>
        <w:spacing w:after="20" w:line="240" w:lineRule="auto"/>
      </w:pPr>
      <w:r>
        <w:rPr>
          <w:b/>
        </w:rPr>
        <w:t>7</w:t>
      </w:r>
      <w:r w:rsidR="00000000">
        <w:rPr>
          <w:b/>
        </w:rPr>
        <w:t xml:space="preserve">. </w:t>
      </w:r>
      <w:r w:rsidR="00000000">
        <w:t xml:space="preserve">Klima sisteminde </w:t>
      </w:r>
      <w:proofErr w:type="spellStart"/>
      <w:r w:rsidR="00000000">
        <w:t>görülebilecek</w:t>
      </w:r>
      <w:proofErr w:type="spellEnd"/>
      <w:r w:rsidR="00000000">
        <w:t xml:space="preserve"> </w:t>
      </w:r>
      <w:proofErr w:type="spellStart"/>
      <w:r w:rsidR="00000000">
        <w:t>arızalardan</w:t>
      </w:r>
      <w:proofErr w:type="spellEnd"/>
      <w:r w:rsidR="00000000">
        <w:t xml:space="preserve"> </w:t>
      </w:r>
      <w:proofErr w:type="spellStart"/>
      <w:r w:rsidR="00000000">
        <w:t>beşini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(20 Puan)</w:t>
      </w:r>
    </w:p>
    <w:p w14:paraId="24428181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Soğutmama</w:t>
      </w:r>
    </w:p>
    <w:p w14:paraId="266EEFC2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Gaz kaçağı</w:t>
      </w:r>
    </w:p>
    <w:p w14:paraId="08F09A4E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Kompresörün devreye girmemesi</w:t>
      </w:r>
    </w:p>
    <w:p w14:paraId="115C57FD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Fan arızası</w:t>
      </w:r>
    </w:p>
    <w:p w14:paraId="1EA83A7C" w14:textId="77777777" w:rsidR="009157CD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Devrede tıkanma</w:t>
      </w:r>
    </w:p>
    <w:sectPr w:rsidR="009157CD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9639936">
    <w:abstractNumId w:val="8"/>
  </w:num>
  <w:num w:numId="2" w16cid:durableId="507403042">
    <w:abstractNumId w:val="6"/>
  </w:num>
  <w:num w:numId="3" w16cid:durableId="545679956">
    <w:abstractNumId w:val="5"/>
  </w:num>
  <w:num w:numId="4" w16cid:durableId="295111260">
    <w:abstractNumId w:val="4"/>
  </w:num>
  <w:num w:numId="5" w16cid:durableId="310596038">
    <w:abstractNumId w:val="7"/>
  </w:num>
  <w:num w:numId="6" w16cid:durableId="92169323">
    <w:abstractNumId w:val="3"/>
  </w:num>
  <w:num w:numId="7" w16cid:durableId="49809483">
    <w:abstractNumId w:val="2"/>
  </w:num>
  <w:num w:numId="8" w16cid:durableId="512383616">
    <w:abstractNumId w:val="1"/>
  </w:num>
  <w:num w:numId="9" w16cid:durableId="1718819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96B"/>
    <w:rsid w:val="0015074B"/>
    <w:rsid w:val="0029639D"/>
    <w:rsid w:val="00326F90"/>
    <w:rsid w:val="008E3611"/>
    <w:rsid w:val="009157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DC3789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2026-09-28T17:51:00Z</dcterms:modified>
  <cp:category/>
</cp:coreProperties>
</file>