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841271" w14:textId="77777777" w:rsidR="00E71625" w:rsidRDefault="00000000" w:rsidP="005040C2">
      <w:pPr>
        <w:spacing w:after="0" w:line="360" w:lineRule="auto"/>
        <w:jc w:val="center"/>
      </w:pPr>
      <w:r>
        <w:rPr>
          <w:b/>
          <w:sz w:val="24"/>
        </w:rPr>
        <w:t>YAHŞİHAN MESLEKİ EĞİTİM MERKEZİ</w:t>
      </w:r>
    </w:p>
    <w:p w14:paraId="6DC433F1" w14:textId="77777777" w:rsidR="00E71625" w:rsidRDefault="00000000" w:rsidP="005040C2">
      <w:pPr>
        <w:spacing w:after="0" w:line="360" w:lineRule="auto"/>
        <w:jc w:val="center"/>
      </w:pPr>
      <w:r>
        <w:rPr>
          <w:b/>
          <w:sz w:val="24"/>
        </w:rPr>
        <w:t>2026/2027 EĞİTİM ÖĞRETİM YILI MOTORLU ARAÇLAR TEKNOLOJİSİ ALANI</w:t>
      </w:r>
    </w:p>
    <w:p w14:paraId="1B099BEA" w14:textId="5303D39E" w:rsidR="00E71625" w:rsidRDefault="00000000" w:rsidP="005040C2">
      <w:pPr>
        <w:spacing w:after="0" w:line="360" w:lineRule="auto"/>
        <w:jc w:val="center"/>
      </w:pPr>
      <w:r>
        <w:rPr>
          <w:b/>
          <w:sz w:val="24"/>
        </w:rPr>
        <w:t>OTOMOTİV ELEKTRİK TEKNOLOJİSİ DERSİ 2. DÖNEM 1. YAZILI SINAVI</w:t>
      </w:r>
    </w:p>
    <w:p w14:paraId="5AAF211F" w14:textId="77777777" w:rsidR="00E71625" w:rsidRDefault="00000000" w:rsidP="005040C2">
      <w:pPr>
        <w:spacing w:before="20" w:after="20" w:line="360" w:lineRule="auto"/>
      </w:pPr>
      <w:r>
        <w:rPr>
          <w:sz w:val="24"/>
        </w:rPr>
        <w:t>Adı Soyadı: ............................................................    Sınıfı/No: ....................    Aldığı Not: ............</w:t>
      </w:r>
    </w:p>
    <w:p w14:paraId="0B96762F" w14:textId="77777777" w:rsidR="00E71625" w:rsidRDefault="00000000">
      <w:pPr>
        <w:spacing w:after="20"/>
        <w:jc w:val="center"/>
      </w:pPr>
      <w:r>
        <w:rPr>
          <w:b/>
        </w:rPr>
        <w:t>SORULAR</w:t>
      </w:r>
    </w:p>
    <w:p w14:paraId="1A4681EE" w14:textId="649C8D0D" w:rsidR="00E71625" w:rsidRDefault="005040C2" w:rsidP="005040C2">
      <w:pPr>
        <w:spacing w:after="20" w:line="360" w:lineRule="auto"/>
      </w:pPr>
      <w:r>
        <w:rPr>
          <w:b/>
        </w:rPr>
        <w:t>1</w:t>
      </w:r>
      <w:r w:rsidR="00000000">
        <w:rPr>
          <w:b/>
        </w:rPr>
        <w:t xml:space="preserve">. </w:t>
      </w:r>
      <w:r w:rsidR="00000000">
        <w:t xml:space="preserve">Çok nokta enjeksiyon sisteminin </w:t>
      </w:r>
      <w:proofErr w:type="spellStart"/>
      <w:r w:rsidR="00000000">
        <w:t>elemanları</w:t>
      </w:r>
      <w:proofErr w:type="spellEnd"/>
      <w:r>
        <w:t xml:space="preserve"> </w:t>
      </w:r>
      <w:proofErr w:type="spellStart"/>
      <w:r>
        <w:t>nelerdir</w:t>
      </w:r>
      <w:proofErr w:type="spellEnd"/>
      <w:r>
        <w:t xml:space="preserve"> </w:t>
      </w:r>
      <w:proofErr w:type="spellStart"/>
      <w:r>
        <w:t>maddeler</w:t>
      </w:r>
      <w:proofErr w:type="spellEnd"/>
      <w:r>
        <w:t xml:space="preserve"> </w:t>
      </w:r>
      <w:proofErr w:type="spellStart"/>
      <w:r>
        <w:t>halinde</w:t>
      </w:r>
      <w:proofErr w:type="spellEnd"/>
      <w:r w:rsidR="00000000">
        <w:t xml:space="preserve"> </w:t>
      </w:r>
      <w:proofErr w:type="spellStart"/>
      <w:r w:rsidR="00000000">
        <w:t>yazınız</w:t>
      </w:r>
      <w:proofErr w:type="spellEnd"/>
      <w:r w:rsidR="00000000">
        <w:t>.</w:t>
      </w:r>
      <w:r>
        <w:t xml:space="preserve"> (20 Puan)</w:t>
      </w:r>
    </w:p>
    <w:p w14:paraId="1DF33818" w14:textId="792FD8F1" w:rsidR="00E71625" w:rsidRDefault="005040C2" w:rsidP="005040C2">
      <w:pPr>
        <w:spacing w:after="20" w:line="360" w:lineRule="auto"/>
      </w:pPr>
      <w:r>
        <w:rPr>
          <w:b/>
        </w:rPr>
        <w:t>2</w:t>
      </w:r>
      <w:r w:rsidR="00000000">
        <w:rPr>
          <w:b/>
        </w:rPr>
        <w:t xml:space="preserve">. </w:t>
      </w:r>
      <w:r w:rsidR="00000000">
        <w:t xml:space="preserve">Direkt </w:t>
      </w:r>
      <w:proofErr w:type="spellStart"/>
      <w:r w:rsidR="00000000">
        <w:t>enjeksiyon</w:t>
      </w:r>
      <w:proofErr w:type="spellEnd"/>
      <w:r w:rsidR="00000000">
        <w:t xml:space="preserve"> </w:t>
      </w:r>
      <w:proofErr w:type="spellStart"/>
      <w:r w:rsidR="00000000">
        <w:t>sisteminin</w:t>
      </w:r>
      <w:proofErr w:type="spellEnd"/>
      <w:r w:rsidR="00000000">
        <w:t xml:space="preserve"> </w:t>
      </w:r>
      <w:proofErr w:type="spellStart"/>
      <w:r w:rsidR="00000000">
        <w:t>avantajların</w:t>
      </w:r>
      <w:r>
        <w:t>ı</w:t>
      </w:r>
      <w:proofErr w:type="spellEnd"/>
      <w:r w:rsidR="00000000">
        <w:t xml:space="preserve"> </w:t>
      </w:r>
      <w:proofErr w:type="spellStart"/>
      <w:r w:rsidR="00000000">
        <w:t>yazınız</w:t>
      </w:r>
      <w:proofErr w:type="spellEnd"/>
      <w:r w:rsidR="00000000">
        <w:t>.</w:t>
      </w:r>
      <w:r>
        <w:t xml:space="preserve"> </w:t>
      </w:r>
      <w:r>
        <w:t>(</w:t>
      </w:r>
      <w:r>
        <w:t>1</w:t>
      </w:r>
      <w:r>
        <w:t>0 Puan)</w:t>
      </w:r>
    </w:p>
    <w:p w14:paraId="16BB9FC7" w14:textId="5622BEE0" w:rsidR="00E71625" w:rsidRDefault="005040C2" w:rsidP="005040C2">
      <w:pPr>
        <w:spacing w:after="20" w:line="360" w:lineRule="auto"/>
      </w:pPr>
      <w:r>
        <w:rPr>
          <w:b/>
        </w:rPr>
        <w:t>3</w:t>
      </w:r>
      <w:r w:rsidR="00000000">
        <w:rPr>
          <w:b/>
        </w:rPr>
        <w:t xml:space="preserve">. </w:t>
      </w:r>
      <w:r w:rsidR="00000000">
        <w:t xml:space="preserve">Klima gazlarının çevreye etkileri nedeniyle servis </w:t>
      </w:r>
      <w:proofErr w:type="spellStart"/>
      <w:r w:rsidR="00000000">
        <w:t>sırasında</w:t>
      </w:r>
      <w:proofErr w:type="spellEnd"/>
      <w:r w:rsidR="00000000">
        <w:t xml:space="preserve"> </w:t>
      </w:r>
      <w:proofErr w:type="spellStart"/>
      <w:r w:rsidR="00000000">
        <w:t>nelere</w:t>
      </w:r>
      <w:proofErr w:type="spellEnd"/>
      <w:r w:rsidR="00000000">
        <w:t xml:space="preserve"> </w:t>
      </w:r>
      <w:proofErr w:type="spellStart"/>
      <w:r w:rsidR="00000000">
        <w:t>dikkat</w:t>
      </w:r>
      <w:proofErr w:type="spellEnd"/>
      <w:r w:rsidR="00000000">
        <w:t xml:space="preserve"> </w:t>
      </w:r>
      <w:proofErr w:type="spellStart"/>
      <w:r w:rsidR="00000000">
        <w:t>edilmelidir</w:t>
      </w:r>
      <w:proofErr w:type="spellEnd"/>
      <w:r w:rsidR="00000000">
        <w:t>?</w:t>
      </w:r>
      <w:r>
        <w:t xml:space="preserve"> </w:t>
      </w:r>
      <w:r>
        <w:t>(10 Puan)</w:t>
      </w:r>
    </w:p>
    <w:p w14:paraId="36ED4B78" w14:textId="6A01E9E6" w:rsidR="00E71625" w:rsidRDefault="005040C2" w:rsidP="005040C2">
      <w:pPr>
        <w:spacing w:after="20" w:line="360" w:lineRule="auto"/>
      </w:pPr>
      <w:r>
        <w:rPr>
          <w:b/>
        </w:rPr>
        <w:t>4</w:t>
      </w:r>
      <w:r w:rsidR="00000000">
        <w:rPr>
          <w:b/>
        </w:rPr>
        <w:t xml:space="preserve">. </w:t>
      </w:r>
      <w:r w:rsidR="00000000">
        <w:t xml:space="preserve">Klima </w:t>
      </w:r>
      <w:proofErr w:type="spellStart"/>
      <w:r w:rsidR="00000000">
        <w:t>soğutucu</w:t>
      </w:r>
      <w:proofErr w:type="spellEnd"/>
      <w:r w:rsidR="00000000">
        <w:t xml:space="preserve"> </w:t>
      </w:r>
      <w:proofErr w:type="spellStart"/>
      <w:r w:rsidR="00000000">
        <w:t>akışkan</w:t>
      </w:r>
      <w:proofErr w:type="spellEnd"/>
      <w:r w:rsidR="00000000">
        <w:t xml:space="preserve"> </w:t>
      </w:r>
      <w:proofErr w:type="spellStart"/>
      <w:r w:rsidR="00000000">
        <w:t>tüplerinde</w:t>
      </w:r>
      <w:proofErr w:type="spellEnd"/>
      <w:r w:rsidR="00000000">
        <w:t xml:space="preserve"> </w:t>
      </w:r>
      <w:proofErr w:type="spellStart"/>
      <w:r>
        <w:t>dikkat</w:t>
      </w:r>
      <w:proofErr w:type="spellEnd"/>
      <w:r>
        <w:t xml:space="preserve"> </w:t>
      </w:r>
      <w:proofErr w:type="spellStart"/>
      <w:r>
        <w:t>edilecek</w:t>
      </w:r>
      <w:proofErr w:type="spellEnd"/>
      <w:r>
        <w:t xml:space="preserve"> </w:t>
      </w:r>
      <w:proofErr w:type="spellStart"/>
      <w:r>
        <w:t>hususları</w:t>
      </w:r>
      <w:proofErr w:type="spellEnd"/>
      <w:r>
        <w:t xml:space="preserve"> </w:t>
      </w:r>
      <w:proofErr w:type="spellStart"/>
      <w:r>
        <w:t>maddeler</w:t>
      </w:r>
      <w:proofErr w:type="spellEnd"/>
      <w:r>
        <w:t xml:space="preserve"> </w:t>
      </w:r>
      <w:proofErr w:type="spellStart"/>
      <w:r>
        <w:t>halinde</w:t>
      </w:r>
      <w:proofErr w:type="spellEnd"/>
      <w:r>
        <w:t xml:space="preserve"> </w:t>
      </w:r>
      <w:proofErr w:type="spellStart"/>
      <w:r>
        <w:t>yazınız</w:t>
      </w:r>
      <w:proofErr w:type="spellEnd"/>
      <w:r>
        <w:t>.</w:t>
      </w:r>
      <w:r>
        <w:t xml:space="preserve"> </w:t>
      </w:r>
      <w:r>
        <w:t>(10 Puan)</w:t>
      </w:r>
    </w:p>
    <w:p w14:paraId="4874FA95" w14:textId="7F35D712" w:rsidR="00E71625" w:rsidRDefault="005040C2" w:rsidP="005040C2">
      <w:pPr>
        <w:spacing w:after="20" w:line="360" w:lineRule="auto"/>
      </w:pPr>
      <w:r>
        <w:rPr>
          <w:b/>
        </w:rPr>
        <w:t>5</w:t>
      </w:r>
      <w:r w:rsidR="00000000">
        <w:rPr>
          <w:b/>
        </w:rPr>
        <w:t xml:space="preserve">. </w:t>
      </w:r>
      <w:r w:rsidR="00000000">
        <w:t xml:space="preserve">Klima </w:t>
      </w:r>
      <w:proofErr w:type="spellStart"/>
      <w:r w:rsidR="00000000">
        <w:t>kompresör</w:t>
      </w:r>
      <w:proofErr w:type="spellEnd"/>
      <w:r w:rsidR="00000000">
        <w:t xml:space="preserve"> </w:t>
      </w:r>
      <w:proofErr w:type="spellStart"/>
      <w:r w:rsidR="00000000">
        <w:t>yağının</w:t>
      </w:r>
      <w:proofErr w:type="spellEnd"/>
      <w:r w:rsidR="00000000">
        <w:t xml:space="preserve"> </w:t>
      </w:r>
      <w:proofErr w:type="spellStart"/>
      <w:r w:rsidR="00000000">
        <w:t>görevlerin</w:t>
      </w:r>
      <w:r>
        <w:t>i</w:t>
      </w:r>
      <w:proofErr w:type="spellEnd"/>
      <w:r w:rsidR="00000000">
        <w:t xml:space="preserve"> </w:t>
      </w:r>
      <w:proofErr w:type="spellStart"/>
      <w:r w:rsidR="00000000">
        <w:t>yazınız</w:t>
      </w:r>
      <w:proofErr w:type="spellEnd"/>
      <w:r w:rsidR="00000000">
        <w:t>.</w:t>
      </w:r>
      <w:r>
        <w:t xml:space="preserve"> </w:t>
      </w:r>
      <w:r>
        <w:t>(10 Puan)</w:t>
      </w:r>
    </w:p>
    <w:p w14:paraId="4ABE049D" w14:textId="50240E5B" w:rsidR="00E71625" w:rsidRDefault="005040C2" w:rsidP="005040C2">
      <w:pPr>
        <w:spacing w:after="20" w:line="360" w:lineRule="auto"/>
      </w:pPr>
      <w:r>
        <w:rPr>
          <w:b/>
        </w:rPr>
        <w:t>6</w:t>
      </w:r>
      <w:r w:rsidR="00000000">
        <w:rPr>
          <w:b/>
        </w:rPr>
        <w:t xml:space="preserve">. </w:t>
      </w:r>
      <w:r w:rsidR="00000000">
        <w:t xml:space="preserve">Klima </w:t>
      </w:r>
      <w:proofErr w:type="spellStart"/>
      <w:r w:rsidR="00000000">
        <w:t>kompresöründe</w:t>
      </w:r>
      <w:proofErr w:type="spellEnd"/>
      <w:r w:rsidR="00000000">
        <w:t xml:space="preserve"> </w:t>
      </w:r>
      <w:proofErr w:type="spellStart"/>
      <w:r w:rsidR="00000000">
        <w:t>yapılabilecek</w:t>
      </w:r>
      <w:proofErr w:type="spellEnd"/>
      <w:r w:rsidR="00000000">
        <w:t xml:space="preserve"> </w:t>
      </w:r>
      <w:proofErr w:type="spellStart"/>
      <w:r w:rsidR="00000000">
        <w:t>kontroller</w:t>
      </w:r>
      <w:r>
        <w:t>ini</w:t>
      </w:r>
      <w:proofErr w:type="spellEnd"/>
      <w:r>
        <w:t xml:space="preserve"> </w:t>
      </w:r>
      <w:proofErr w:type="spellStart"/>
      <w:r w:rsidR="00000000">
        <w:t>yazınız</w:t>
      </w:r>
      <w:proofErr w:type="spellEnd"/>
      <w:r w:rsidR="00000000">
        <w:t>.</w:t>
      </w:r>
      <w:r>
        <w:t xml:space="preserve"> </w:t>
      </w:r>
      <w:r>
        <w:t>(10 Puan)</w:t>
      </w:r>
    </w:p>
    <w:p w14:paraId="76C3D6BF" w14:textId="605F61C4" w:rsidR="00E71625" w:rsidRDefault="005040C2" w:rsidP="005040C2">
      <w:pPr>
        <w:spacing w:after="20" w:line="360" w:lineRule="auto"/>
      </w:pPr>
      <w:r>
        <w:rPr>
          <w:b/>
        </w:rPr>
        <w:t>7</w:t>
      </w:r>
      <w:r w:rsidR="00000000">
        <w:rPr>
          <w:b/>
        </w:rPr>
        <w:t xml:space="preserve">. </w:t>
      </w:r>
      <w:r>
        <w:t xml:space="preserve">Klima </w:t>
      </w:r>
      <w:proofErr w:type="spellStart"/>
      <w:r>
        <w:t>sisteminde</w:t>
      </w:r>
      <w:proofErr w:type="spellEnd"/>
      <w:r>
        <w:t xml:space="preserve"> </w:t>
      </w:r>
      <w:proofErr w:type="spellStart"/>
      <w:r>
        <w:t>kabin</w:t>
      </w:r>
      <w:proofErr w:type="spellEnd"/>
      <w:r>
        <w:t xml:space="preserve"> </w:t>
      </w:r>
      <w:proofErr w:type="spellStart"/>
      <w:r>
        <w:t>havasından</w:t>
      </w:r>
      <w:proofErr w:type="spellEnd"/>
      <w:r>
        <w:t xml:space="preserve"> </w:t>
      </w:r>
      <w:proofErr w:type="spellStart"/>
      <w:r>
        <w:t>ısı</w:t>
      </w:r>
      <w:proofErr w:type="spellEnd"/>
      <w:r>
        <w:t xml:space="preserve"> </w:t>
      </w:r>
      <w:proofErr w:type="spellStart"/>
      <w:r>
        <w:t>alan</w:t>
      </w:r>
      <w:proofErr w:type="spellEnd"/>
      <w:r>
        <w:t xml:space="preserve"> </w:t>
      </w:r>
      <w:proofErr w:type="spellStart"/>
      <w:r>
        <w:t>eleman</w:t>
      </w:r>
      <w:proofErr w:type="spellEnd"/>
      <w:r>
        <w:t xml:space="preserve"> ____________________ </w:t>
      </w:r>
      <w:proofErr w:type="spellStart"/>
      <w:r>
        <w:t>olarak</w:t>
      </w:r>
      <w:proofErr w:type="spellEnd"/>
      <w:r>
        <w:t xml:space="preserve"> </w:t>
      </w:r>
      <w:proofErr w:type="spellStart"/>
      <w:r>
        <w:t>adlandırılır</w:t>
      </w:r>
      <w:proofErr w:type="spellEnd"/>
      <w:r>
        <w:t>.</w:t>
      </w:r>
      <w:r>
        <w:t xml:space="preserve"> </w:t>
      </w:r>
      <w:r>
        <w:t>(10 Puan)</w:t>
      </w:r>
    </w:p>
    <w:p w14:paraId="21C06818" w14:textId="42E8D1D4" w:rsidR="00E71625" w:rsidRDefault="005040C2" w:rsidP="005040C2">
      <w:pPr>
        <w:spacing w:after="20" w:line="360" w:lineRule="auto"/>
      </w:pPr>
      <w:r>
        <w:rPr>
          <w:b/>
        </w:rPr>
        <w:t>8</w:t>
      </w:r>
      <w:r w:rsidR="00000000">
        <w:rPr>
          <w:b/>
        </w:rPr>
        <w:t xml:space="preserve">. </w:t>
      </w:r>
      <w:r w:rsidR="00000000">
        <w:t xml:space="preserve">Klima sisteminin soğutmamasına neden </w:t>
      </w:r>
      <w:proofErr w:type="spellStart"/>
      <w:r w:rsidR="00000000">
        <w:t>olabilecek</w:t>
      </w:r>
      <w:proofErr w:type="spellEnd"/>
      <w:r w:rsidR="00000000">
        <w:t xml:space="preserve"> </w:t>
      </w:r>
      <w:proofErr w:type="spellStart"/>
      <w:r w:rsidR="00000000">
        <w:t>beş</w:t>
      </w:r>
      <w:proofErr w:type="spellEnd"/>
      <w:r w:rsidR="00000000">
        <w:t xml:space="preserve"> </w:t>
      </w:r>
      <w:proofErr w:type="spellStart"/>
      <w:r w:rsidR="00000000">
        <w:t>durumu</w:t>
      </w:r>
      <w:proofErr w:type="spellEnd"/>
      <w:r w:rsidR="00000000">
        <w:t xml:space="preserve"> </w:t>
      </w:r>
      <w:proofErr w:type="spellStart"/>
      <w:r w:rsidR="00000000">
        <w:t>yazınız</w:t>
      </w:r>
      <w:proofErr w:type="spellEnd"/>
      <w:r w:rsidR="00000000">
        <w:t>.</w:t>
      </w:r>
      <w:r>
        <w:t xml:space="preserve"> </w:t>
      </w:r>
      <w:r>
        <w:t>(20 Puan)</w:t>
      </w:r>
    </w:p>
    <w:p w14:paraId="00D6ABB1" w14:textId="77777777" w:rsidR="00E71625" w:rsidRDefault="00000000" w:rsidP="005040C2">
      <w:pPr>
        <w:spacing w:after="0"/>
        <w:ind w:left="5040" w:firstLine="720"/>
        <w:jc w:val="center"/>
      </w:pPr>
      <w:proofErr w:type="spellStart"/>
      <w:r>
        <w:t>Başarılar</w:t>
      </w:r>
      <w:proofErr w:type="spellEnd"/>
    </w:p>
    <w:p w14:paraId="46856151" w14:textId="1D44F264" w:rsidR="00E71625" w:rsidRDefault="00000000">
      <w:pPr>
        <w:spacing w:after="0"/>
      </w:pPr>
      <w:proofErr w:type="spellStart"/>
      <w:r>
        <w:rPr>
          <w:b/>
          <w:u w:val="single"/>
        </w:rPr>
        <w:t>Süre</w:t>
      </w:r>
      <w:proofErr w:type="spellEnd"/>
      <w:r>
        <w:rPr>
          <w:b/>
          <w:u w:val="single"/>
        </w:rPr>
        <w:t>:</w:t>
      </w:r>
      <w:r>
        <w:t xml:space="preserve"> 40 </w:t>
      </w:r>
      <w:proofErr w:type="gramStart"/>
      <w:r>
        <w:t>Dk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5040C2">
        <w:tab/>
      </w:r>
      <w:r w:rsidR="005040C2">
        <w:tab/>
      </w:r>
      <w:proofErr w:type="spellStart"/>
      <w:r>
        <w:t>Mot.Arç.Tekn</w:t>
      </w:r>
      <w:proofErr w:type="spellEnd"/>
      <w:proofErr w:type="gramEnd"/>
      <w:r>
        <w:t xml:space="preserve"> Öğrt Abdullah YANIK</w:t>
      </w:r>
    </w:p>
    <w:p w14:paraId="107F06B4" w14:textId="77777777" w:rsidR="005040C2" w:rsidRDefault="005040C2">
      <w:pPr>
        <w:spacing w:after="0"/>
        <w:jc w:val="center"/>
        <w:rPr>
          <w:b/>
        </w:rPr>
      </w:pPr>
    </w:p>
    <w:p w14:paraId="1168E6E7" w14:textId="77777777" w:rsidR="005040C2" w:rsidRDefault="005040C2">
      <w:pPr>
        <w:spacing w:after="0"/>
        <w:jc w:val="center"/>
        <w:rPr>
          <w:b/>
        </w:rPr>
      </w:pPr>
    </w:p>
    <w:p w14:paraId="3763440A" w14:textId="77777777" w:rsidR="005040C2" w:rsidRDefault="005040C2">
      <w:pPr>
        <w:spacing w:after="0"/>
        <w:jc w:val="center"/>
        <w:rPr>
          <w:b/>
        </w:rPr>
      </w:pPr>
    </w:p>
    <w:p w14:paraId="0FE6D82B" w14:textId="77777777" w:rsidR="005040C2" w:rsidRDefault="005040C2">
      <w:pPr>
        <w:spacing w:after="0"/>
        <w:jc w:val="center"/>
        <w:rPr>
          <w:b/>
        </w:rPr>
      </w:pPr>
    </w:p>
    <w:p w14:paraId="5CA77DD1" w14:textId="77777777" w:rsidR="005040C2" w:rsidRDefault="005040C2">
      <w:pPr>
        <w:spacing w:after="0"/>
        <w:jc w:val="center"/>
        <w:rPr>
          <w:b/>
        </w:rPr>
      </w:pPr>
    </w:p>
    <w:p w14:paraId="36E580E3" w14:textId="77777777" w:rsidR="005040C2" w:rsidRDefault="005040C2">
      <w:pPr>
        <w:spacing w:after="0"/>
        <w:jc w:val="center"/>
        <w:rPr>
          <w:b/>
        </w:rPr>
      </w:pPr>
    </w:p>
    <w:p w14:paraId="78A534F0" w14:textId="77777777" w:rsidR="005040C2" w:rsidRDefault="005040C2">
      <w:pPr>
        <w:spacing w:after="0"/>
        <w:jc w:val="center"/>
        <w:rPr>
          <w:b/>
        </w:rPr>
      </w:pPr>
    </w:p>
    <w:p w14:paraId="3C1CAEEC" w14:textId="77777777" w:rsidR="005040C2" w:rsidRDefault="005040C2">
      <w:pPr>
        <w:spacing w:after="0"/>
        <w:jc w:val="center"/>
        <w:rPr>
          <w:b/>
        </w:rPr>
      </w:pPr>
    </w:p>
    <w:p w14:paraId="54C5B255" w14:textId="77777777" w:rsidR="005040C2" w:rsidRDefault="005040C2">
      <w:pPr>
        <w:spacing w:after="0"/>
        <w:jc w:val="center"/>
        <w:rPr>
          <w:b/>
        </w:rPr>
      </w:pPr>
    </w:p>
    <w:p w14:paraId="12859712" w14:textId="77777777" w:rsidR="005040C2" w:rsidRDefault="005040C2">
      <w:pPr>
        <w:spacing w:after="0"/>
        <w:jc w:val="center"/>
        <w:rPr>
          <w:b/>
        </w:rPr>
      </w:pPr>
    </w:p>
    <w:p w14:paraId="0C19D449" w14:textId="77777777" w:rsidR="005040C2" w:rsidRDefault="005040C2">
      <w:pPr>
        <w:spacing w:after="0"/>
        <w:jc w:val="center"/>
        <w:rPr>
          <w:b/>
        </w:rPr>
      </w:pPr>
    </w:p>
    <w:p w14:paraId="33452D9F" w14:textId="77777777" w:rsidR="005040C2" w:rsidRDefault="005040C2">
      <w:pPr>
        <w:spacing w:after="0"/>
        <w:jc w:val="center"/>
        <w:rPr>
          <w:b/>
        </w:rPr>
      </w:pPr>
    </w:p>
    <w:p w14:paraId="4B6F8481" w14:textId="77777777" w:rsidR="005040C2" w:rsidRDefault="005040C2">
      <w:pPr>
        <w:spacing w:after="0"/>
        <w:jc w:val="center"/>
        <w:rPr>
          <w:b/>
        </w:rPr>
      </w:pPr>
    </w:p>
    <w:p w14:paraId="45593FF6" w14:textId="77777777" w:rsidR="005040C2" w:rsidRDefault="005040C2">
      <w:pPr>
        <w:spacing w:after="0"/>
        <w:jc w:val="center"/>
        <w:rPr>
          <w:b/>
        </w:rPr>
      </w:pPr>
    </w:p>
    <w:p w14:paraId="36CC5EF1" w14:textId="77777777" w:rsidR="005040C2" w:rsidRDefault="005040C2">
      <w:pPr>
        <w:spacing w:after="0"/>
        <w:jc w:val="center"/>
        <w:rPr>
          <w:b/>
        </w:rPr>
      </w:pPr>
    </w:p>
    <w:p w14:paraId="48D8E91B" w14:textId="77777777" w:rsidR="005040C2" w:rsidRDefault="005040C2">
      <w:pPr>
        <w:spacing w:after="0"/>
        <w:jc w:val="center"/>
        <w:rPr>
          <w:b/>
        </w:rPr>
      </w:pPr>
    </w:p>
    <w:p w14:paraId="1FC3122B" w14:textId="77777777" w:rsidR="005040C2" w:rsidRDefault="005040C2">
      <w:pPr>
        <w:spacing w:after="0"/>
        <w:jc w:val="center"/>
        <w:rPr>
          <w:b/>
        </w:rPr>
      </w:pPr>
    </w:p>
    <w:p w14:paraId="2DBF03AF" w14:textId="77777777" w:rsidR="005040C2" w:rsidRDefault="005040C2">
      <w:pPr>
        <w:spacing w:after="0"/>
        <w:jc w:val="center"/>
        <w:rPr>
          <w:b/>
        </w:rPr>
      </w:pPr>
    </w:p>
    <w:p w14:paraId="6E90E15F" w14:textId="77777777" w:rsidR="005040C2" w:rsidRDefault="005040C2">
      <w:pPr>
        <w:spacing w:after="0"/>
        <w:jc w:val="center"/>
        <w:rPr>
          <w:b/>
        </w:rPr>
      </w:pPr>
    </w:p>
    <w:p w14:paraId="230F3C06" w14:textId="77777777" w:rsidR="005040C2" w:rsidRDefault="005040C2">
      <w:pPr>
        <w:spacing w:after="0"/>
        <w:jc w:val="center"/>
        <w:rPr>
          <w:b/>
        </w:rPr>
      </w:pPr>
    </w:p>
    <w:p w14:paraId="00C93048" w14:textId="77777777" w:rsidR="005040C2" w:rsidRDefault="005040C2">
      <w:pPr>
        <w:spacing w:after="0"/>
        <w:jc w:val="center"/>
        <w:rPr>
          <w:b/>
        </w:rPr>
      </w:pPr>
    </w:p>
    <w:p w14:paraId="64F89927" w14:textId="77777777" w:rsidR="005040C2" w:rsidRDefault="005040C2">
      <w:pPr>
        <w:spacing w:after="0"/>
        <w:jc w:val="center"/>
        <w:rPr>
          <w:b/>
        </w:rPr>
      </w:pPr>
    </w:p>
    <w:p w14:paraId="3200C004" w14:textId="77777777" w:rsidR="005040C2" w:rsidRDefault="005040C2">
      <w:pPr>
        <w:spacing w:after="0"/>
        <w:jc w:val="center"/>
        <w:rPr>
          <w:b/>
        </w:rPr>
      </w:pPr>
    </w:p>
    <w:p w14:paraId="7C2A6F85" w14:textId="77777777" w:rsidR="005040C2" w:rsidRDefault="005040C2">
      <w:pPr>
        <w:spacing w:after="0"/>
        <w:jc w:val="center"/>
        <w:rPr>
          <w:b/>
        </w:rPr>
      </w:pPr>
    </w:p>
    <w:p w14:paraId="7D2ACBFD" w14:textId="77777777" w:rsidR="005040C2" w:rsidRDefault="005040C2">
      <w:pPr>
        <w:spacing w:after="0"/>
        <w:jc w:val="center"/>
        <w:rPr>
          <w:b/>
        </w:rPr>
      </w:pPr>
    </w:p>
    <w:p w14:paraId="5EB646EE" w14:textId="77777777" w:rsidR="005040C2" w:rsidRDefault="005040C2">
      <w:pPr>
        <w:spacing w:after="0"/>
        <w:jc w:val="center"/>
        <w:rPr>
          <w:b/>
        </w:rPr>
      </w:pPr>
    </w:p>
    <w:p w14:paraId="5AD2E659" w14:textId="5951924C" w:rsidR="005040C2" w:rsidRDefault="005040C2">
      <w:pPr>
        <w:spacing w:after="0"/>
        <w:jc w:val="center"/>
        <w:rPr>
          <w:b/>
        </w:rPr>
      </w:pPr>
    </w:p>
    <w:p w14:paraId="5556C6DC" w14:textId="77777777" w:rsidR="005040C2" w:rsidRDefault="005040C2">
      <w:pPr>
        <w:spacing w:after="0"/>
        <w:jc w:val="center"/>
        <w:rPr>
          <w:b/>
        </w:rPr>
      </w:pPr>
    </w:p>
    <w:p w14:paraId="1552146D" w14:textId="77777777" w:rsidR="005040C2" w:rsidRDefault="005040C2">
      <w:pPr>
        <w:spacing w:after="0"/>
        <w:jc w:val="center"/>
        <w:rPr>
          <w:b/>
        </w:rPr>
      </w:pPr>
    </w:p>
    <w:p w14:paraId="070219C0" w14:textId="77777777" w:rsidR="005040C2" w:rsidRDefault="005040C2">
      <w:pPr>
        <w:spacing w:after="0"/>
        <w:jc w:val="center"/>
        <w:rPr>
          <w:b/>
        </w:rPr>
      </w:pPr>
    </w:p>
    <w:p w14:paraId="61E65F1E" w14:textId="11CC0470" w:rsidR="00E71625" w:rsidRPr="005040C2" w:rsidRDefault="00000000" w:rsidP="005040C2">
      <w:pPr>
        <w:spacing w:after="0" w:line="360" w:lineRule="auto"/>
        <w:jc w:val="center"/>
      </w:pPr>
      <w:r w:rsidRPr="005040C2">
        <w:rPr>
          <w:b/>
        </w:rPr>
        <w:lastRenderedPageBreak/>
        <w:t>YAHŞİHAN MESLEKİ EĞİTİM MERKEZİ</w:t>
      </w:r>
    </w:p>
    <w:p w14:paraId="5DDBF2D0" w14:textId="77777777" w:rsidR="00E71625" w:rsidRPr="005040C2" w:rsidRDefault="00000000" w:rsidP="005040C2">
      <w:pPr>
        <w:spacing w:after="0" w:line="360" w:lineRule="auto"/>
        <w:jc w:val="center"/>
      </w:pPr>
      <w:r w:rsidRPr="005040C2">
        <w:rPr>
          <w:b/>
        </w:rPr>
        <w:t>2026/2027 EĞİTİM ÖĞRETİM YILI MOTORLU ARAÇLAR TEKNOLOJİSİ ALANI</w:t>
      </w:r>
    </w:p>
    <w:p w14:paraId="59FF0B80" w14:textId="04F9AC38" w:rsidR="00E71625" w:rsidRPr="005040C2" w:rsidRDefault="00000000" w:rsidP="005040C2">
      <w:pPr>
        <w:spacing w:after="0" w:line="360" w:lineRule="auto"/>
        <w:jc w:val="center"/>
        <w:rPr>
          <w:b/>
        </w:rPr>
      </w:pPr>
      <w:r w:rsidRPr="005040C2">
        <w:rPr>
          <w:b/>
        </w:rPr>
        <w:t>OTOMOTİV ELEKTRİK TEKNOLOJİSİ DERSİ 2. DÖNEM 1. YAZILI SINAVI</w:t>
      </w:r>
      <w:r w:rsidR="005040C2" w:rsidRPr="005040C2">
        <w:rPr>
          <w:b/>
        </w:rPr>
        <w:t xml:space="preserve"> </w:t>
      </w:r>
      <w:r w:rsidRPr="005040C2">
        <w:rPr>
          <w:b/>
        </w:rPr>
        <w:t>CEVAP ANAHTARI</w:t>
      </w:r>
    </w:p>
    <w:p w14:paraId="2593D652" w14:textId="77777777" w:rsidR="005040C2" w:rsidRDefault="005040C2">
      <w:pPr>
        <w:spacing w:after="0"/>
        <w:jc w:val="center"/>
      </w:pPr>
    </w:p>
    <w:p w14:paraId="52FD3D46" w14:textId="45C1244E" w:rsidR="00E71625" w:rsidRDefault="005040C2" w:rsidP="005040C2">
      <w:pPr>
        <w:spacing w:after="20" w:line="360" w:lineRule="auto"/>
      </w:pPr>
      <w:r>
        <w:rPr>
          <w:b/>
        </w:rPr>
        <w:t>1</w:t>
      </w:r>
      <w:r w:rsidR="00000000">
        <w:rPr>
          <w:b/>
        </w:rPr>
        <w:t xml:space="preserve">. </w:t>
      </w:r>
      <w:proofErr w:type="spellStart"/>
      <w:r w:rsidR="00000000">
        <w:t>Çok</w:t>
      </w:r>
      <w:proofErr w:type="spellEnd"/>
      <w:r w:rsidR="00000000">
        <w:t xml:space="preserve"> </w:t>
      </w:r>
      <w:proofErr w:type="spellStart"/>
      <w:r w:rsidR="00000000">
        <w:t>nokta</w:t>
      </w:r>
      <w:proofErr w:type="spellEnd"/>
      <w:r w:rsidR="00000000">
        <w:t xml:space="preserve"> </w:t>
      </w:r>
      <w:proofErr w:type="spellStart"/>
      <w:r w:rsidR="00000000">
        <w:t>enjeksiyon</w:t>
      </w:r>
      <w:proofErr w:type="spellEnd"/>
      <w:r w:rsidR="00000000">
        <w:t xml:space="preserve"> </w:t>
      </w:r>
      <w:proofErr w:type="spellStart"/>
      <w:r>
        <w:t>sisteminin</w:t>
      </w:r>
      <w:proofErr w:type="spellEnd"/>
      <w:r>
        <w:t xml:space="preserve"> </w:t>
      </w:r>
      <w:proofErr w:type="spellStart"/>
      <w:r>
        <w:t>elemanları</w:t>
      </w:r>
      <w:proofErr w:type="spellEnd"/>
      <w:r>
        <w:t xml:space="preserve"> </w:t>
      </w:r>
      <w:proofErr w:type="spellStart"/>
      <w:r>
        <w:t>nelerdir</w:t>
      </w:r>
      <w:proofErr w:type="spellEnd"/>
      <w:r>
        <w:t xml:space="preserve"> </w:t>
      </w:r>
      <w:proofErr w:type="spellStart"/>
      <w:r>
        <w:t>maddeler</w:t>
      </w:r>
      <w:proofErr w:type="spellEnd"/>
      <w:r>
        <w:t xml:space="preserve"> </w:t>
      </w:r>
      <w:proofErr w:type="spellStart"/>
      <w:r>
        <w:t>halinde</w:t>
      </w:r>
      <w:proofErr w:type="spellEnd"/>
      <w:r>
        <w:t xml:space="preserve"> </w:t>
      </w:r>
      <w:proofErr w:type="spellStart"/>
      <w:r>
        <w:t>yazınız</w:t>
      </w:r>
      <w:proofErr w:type="spellEnd"/>
      <w:r>
        <w:t>.</w:t>
      </w:r>
      <w:r>
        <w:t xml:space="preserve"> </w:t>
      </w:r>
      <w:r>
        <w:t>(</w:t>
      </w:r>
      <w:r>
        <w:t>2</w:t>
      </w:r>
      <w:r>
        <w:t>0 Puan)</w:t>
      </w:r>
    </w:p>
    <w:p w14:paraId="58249339" w14:textId="77777777" w:rsidR="00E71625" w:rsidRDefault="00000000">
      <w:pPr>
        <w:spacing w:after="20" w:line="240" w:lineRule="auto"/>
        <w:ind w:left="255"/>
      </w:pPr>
      <w:r>
        <w:rPr>
          <w:b/>
        </w:rPr>
        <w:t xml:space="preserve">1. </w:t>
      </w:r>
      <w:r>
        <w:t>Yakıt pompası</w:t>
      </w:r>
    </w:p>
    <w:p w14:paraId="0E30E806" w14:textId="77777777" w:rsidR="00E71625" w:rsidRDefault="00000000">
      <w:pPr>
        <w:spacing w:after="20" w:line="240" w:lineRule="auto"/>
        <w:ind w:left="255"/>
      </w:pPr>
      <w:r>
        <w:rPr>
          <w:b/>
        </w:rPr>
        <w:t xml:space="preserve">2. </w:t>
      </w:r>
      <w:r>
        <w:t>Yakıt rampası</w:t>
      </w:r>
    </w:p>
    <w:p w14:paraId="0541DA64" w14:textId="77777777" w:rsidR="00E71625" w:rsidRDefault="00000000">
      <w:pPr>
        <w:spacing w:after="20" w:line="240" w:lineRule="auto"/>
        <w:ind w:left="255"/>
      </w:pPr>
      <w:r>
        <w:rPr>
          <w:b/>
        </w:rPr>
        <w:t xml:space="preserve">3. </w:t>
      </w:r>
      <w:r>
        <w:t>Enjektörler</w:t>
      </w:r>
    </w:p>
    <w:p w14:paraId="4A63E83F" w14:textId="77777777" w:rsidR="00E71625" w:rsidRDefault="00000000">
      <w:pPr>
        <w:spacing w:after="20" w:line="240" w:lineRule="auto"/>
        <w:ind w:left="255"/>
      </w:pPr>
      <w:r>
        <w:rPr>
          <w:b/>
        </w:rPr>
        <w:t xml:space="preserve">4. </w:t>
      </w:r>
      <w:r>
        <w:t>ECU</w:t>
      </w:r>
    </w:p>
    <w:p w14:paraId="75D1A262" w14:textId="77777777" w:rsidR="00E71625" w:rsidRDefault="00000000">
      <w:pPr>
        <w:spacing w:after="20" w:line="240" w:lineRule="auto"/>
        <w:ind w:left="255"/>
      </w:pPr>
      <w:r>
        <w:rPr>
          <w:b/>
        </w:rPr>
        <w:t xml:space="preserve">5. </w:t>
      </w:r>
      <w:proofErr w:type="spellStart"/>
      <w:r>
        <w:t>Basınç</w:t>
      </w:r>
      <w:proofErr w:type="spellEnd"/>
      <w:r>
        <w:t xml:space="preserve"> </w:t>
      </w:r>
      <w:proofErr w:type="spellStart"/>
      <w:r>
        <w:t>regülatörü</w:t>
      </w:r>
      <w:proofErr w:type="spellEnd"/>
    </w:p>
    <w:p w14:paraId="0938C844" w14:textId="77777777" w:rsidR="00D62101" w:rsidRDefault="00D62101">
      <w:pPr>
        <w:spacing w:after="20" w:line="240" w:lineRule="auto"/>
        <w:ind w:left="255"/>
      </w:pPr>
    </w:p>
    <w:p w14:paraId="0ABACC53" w14:textId="4E6864E4" w:rsidR="005040C2" w:rsidRDefault="005040C2" w:rsidP="005040C2">
      <w:pPr>
        <w:spacing w:after="20" w:line="360" w:lineRule="auto"/>
      </w:pPr>
      <w:r>
        <w:rPr>
          <w:b/>
        </w:rPr>
        <w:t>2</w:t>
      </w:r>
      <w:r w:rsidR="00000000">
        <w:rPr>
          <w:b/>
        </w:rPr>
        <w:t xml:space="preserve">. </w:t>
      </w:r>
      <w:r>
        <w:t xml:space="preserve">Direkt </w:t>
      </w:r>
      <w:proofErr w:type="spellStart"/>
      <w:r>
        <w:t>enjeksiyon</w:t>
      </w:r>
      <w:proofErr w:type="spellEnd"/>
      <w:r>
        <w:t xml:space="preserve"> </w:t>
      </w:r>
      <w:proofErr w:type="spellStart"/>
      <w:r>
        <w:t>sisteminin</w:t>
      </w:r>
      <w:proofErr w:type="spellEnd"/>
      <w:r>
        <w:t xml:space="preserve"> </w:t>
      </w:r>
      <w:proofErr w:type="spellStart"/>
      <w:r>
        <w:t>avantajlarını</w:t>
      </w:r>
      <w:proofErr w:type="spellEnd"/>
      <w:r>
        <w:t xml:space="preserve"> </w:t>
      </w:r>
      <w:proofErr w:type="spellStart"/>
      <w:r>
        <w:t>yazınız</w:t>
      </w:r>
      <w:proofErr w:type="spellEnd"/>
      <w:r>
        <w:t>.</w:t>
      </w:r>
      <w:r>
        <w:t xml:space="preserve"> </w:t>
      </w:r>
      <w:r>
        <w:t>(10 Puan)</w:t>
      </w:r>
    </w:p>
    <w:p w14:paraId="32F68623" w14:textId="77777777" w:rsidR="00E71625" w:rsidRDefault="00000000">
      <w:pPr>
        <w:spacing w:after="20" w:line="240" w:lineRule="auto"/>
        <w:ind w:left="255"/>
      </w:pPr>
      <w:r>
        <w:rPr>
          <w:b/>
        </w:rPr>
        <w:t xml:space="preserve">1. </w:t>
      </w:r>
      <w:r>
        <w:t>Yakıtın hassas dozlanması</w:t>
      </w:r>
    </w:p>
    <w:p w14:paraId="3684C37C" w14:textId="77777777" w:rsidR="00E71625" w:rsidRDefault="00000000">
      <w:pPr>
        <w:spacing w:after="20" w:line="240" w:lineRule="auto"/>
        <w:ind w:left="255"/>
      </w:pPr>
      <w:r>
        <w:rPr>
          <w:b/>
        </w:rPr>
        <w:t xml:space="preserve">2. </w:t>
      </w:r>
      <w:r>
        <w:t>Motor veriminin artması</w:t>
      </w:r>
    </w:p>
    <w:p w14:paraId="1E4C2C90" w14:textId="77777777" w:rsidR="00E71625" w:rsidRDefault="00000000">
      <w:pPr>
        <w:spacing w:after="20" w:line="240" w:lineRule="auto"/>
        <w:ind w:left="255"/>
      </w:pPr>
      <w:r>
        <w:rPr>
          <w:b/>
        </w:rPr>
        <w:t xml:space="preserve">3. </w:t>
      </w:r>
      <w:proofErr w:type="spellStart"/>
      <w:r>
        <w:t>Yakıt</w:t>
      </w:r>
      <w:proofErr w:type="spellEnd"/>
      <w:r>
        <w:t xml:space="preserve"> </w:t>
      </w:r>
      <w:proofErr w:type="spellStart"/>
      <w:r>
        <w:t>tüketiminin</w:t>
      </w:r>
      <w:proofErr w:type="spellEnd"/>
      <w:r>
        <w:t xml:space="preserve"> </w:t>
      </w:r>
      <w:proofErr w:type="spellStart"/>
      <w:r>
        <w:t>azaltılabilmesi</w:t>
      </w:r>
      <w:proofErr w:type="spellEnd"/>
    </w:p>
    <w:p w14:paraId="3B4F626D" w14:textId="77777777" w:rsidR="005040C2" w:rsidRDefault="005040C2">
      <w:pPr>
        <w:spacing w:after="20" w:line="240" w:lineRule="auto"/>
        <w:ind w:left="255"/>
      </w:pPr>
    </w:p>
    <w:p w14:paraId="6B5652D9" w14:textId="35947329" w:rsidR="00E71625" w:rsidRDefault="005040C2">
      <w:pPr>
        <w:spacing w:after="20" w:line="240" w:lineRule="auto"/>
      </w:pPr>
      <w:r>
        <w:rPr>
          <w:b/>
        </w:rPr>
        <w:t>3</w:t>
      </w:r>
      <w:r w:rsidR="00000000">
        <w:rPr>
          <w:b/>
        </w:rPr>
        <w:t xml:space="preserve">. </w:t>
      </w:r>
      <w:r w:rsidR="00000000">
        <w:t xml:space="preserve">Klima gazlarının çevreye etkileri nedeniyle servis </w:t>
      </w:r>
      <w:proofErr w:type="spellStart"/>
      <w:r w:rsidR="00000000">
        <w:t>sırasında</w:t>
      </w:r>
      <w:proofErr w:type="spellEnd"/>
      <w:r w:rsidR="00000000">
        <w:t xml:space="preserve"> </w:t>
      </w:r>
      <w:proofErr w:type="spellStart"/>
      <w:r w:rsidR="00000000">
        <w:t>nelere</w:t>
      </w:r>
      <w:proofErr w:type="spellEnd"/>
      <w:r w:rsidR="00000000">
        <w:t xml:space="preserve"> </w:t>
      </w:r>
      <w:proofErr w:type="spellStart"/>
      <w:r w:rsidR="00000000">
        <w:t>dikkat</w:t>
      </w:r>
      <w:proofErr w:type="spellEnd"/>
      <w:r w:rsidR="00000000">
        <w:t xml:space="preserve"> </w:t>
      </w:r>
      <w:proofErr w:type="spellStart"/>
      <w:r w:rsidR="00000000">
        <w:t>edilmelidir</w:t>
      </w:r>
      <w:proofErr w:type="spellEnd"/>
      <w:r w:rsidR="00000000">
        <w:t>?</w:t>
      </w:r>
      <w:r>
        <w:t xml:space="preserve"> </w:t>
      </w:r>
      <w:r>
        <w:t>(10 Puan)</w:t>
      </w:r>
    </w:p>
    <w:p w14:paraId="69B5340F" w14:textId="77777777" w:rsidR="00E71625" w:rsidRDefault="00000000">
      <w:pPr>
        <w:spacing w:after="20" w:line="240" w:lineRule="auto"/>
        <w:ind w:left="255"/>
      </w:pPr>
      <w:r>
        <w:t xml:space="preserve">Soğutucu akışkan atmosfere bırakılmamalı ve uygun </w:t>
      </w:r>
      <w:proofErr w:type="spellStart"/>
      <w:r>
        <w:t>servis</w:t>
      </w:r>
      <w:proofErr w:type="spellEnd"/>
      <w:r>
        <w:t xml:space="preserve"> </w:t>
      </w:r>
      <w:proofErr w:type="spellStart"/>
      <w:r>
        <w:t>cihazıyla</w:t>
      </w:r>
      <w:proofErr w:type="spellEnd"/>
      <w:r>
        <w:t xml:space="preserve"> </w:t>
      </w:r>
      <w:proofErr w:type="spellStart"/>
      <w:r>
        <w:t>geri</w:t>
      </w:r>
      <w:proofErr w:type="spellEnd"/>
      <w:r>
        <w:t xml:space="preserve"> </w:t>
      </w:r>
      <w:proofErr w:type="spellStart"/>
      <w:r>
        <w:t>kazanılmalıdır</w:t>
      </w:r>
      <w:proofErr w:type="spellEnd"/>
      <w:r>
        <w:t>.</w:t>
      </w:r>
    </w:p>
    <w:p w14:paraId="0746F684" w14:textId="77777777" w:rsidR="005040C2" w:rsidRDefault="005040C2">
      <w:pPr>
        <w:spacing w:after="20" w:line="240" w:lineRule="auto"/>
        <w:ind w:left="255"/>
      </w:pPr>
    </w:p>
    <w:p w14:paraId="679B0C92" w14:textId="11E45BF2" w:rsidR="00E71625" w:rsidRDefault="005040C2">
      <w:pPr>
        <w:spacing w:after="20" w:line="240" w:lineRule="auto"/>
      </w:pPr>
      <w:r>
        <w:rPr>
          <w:b/>
        </w:rPr>
        <w:t>4</w:t>
      </w:r>
      <w:r w:rsidR="00000000">
        <w:rPr>
          <w:b/>
        </w:rPr>
        <w:t xml:space="preserve">. </w:t>
      </w:r>
      <w:r w:rsidR="00000000">
        <w:t xml:space="preserve">Klima soğutucu akışkan </w:t>
      </w:r>
      <w:proofErr w:type="spellStart"/>
      <w:r w:rsidR="00000000">
        <w:t>tüplerinde</w:t>
      </w:r>
      <w:proofErr w:type="spellEnd"/>
      <w:r w:rsidR="00000000">
        <w:t xml:space="preserve"> </w:t>
      </w:r>
      <w:proofErr w:type="spellStart"/>
      <w:r w:rsidR="00000000">
        <w:t>dikkat</w:t>
      </w:r>
      <w:proofErr w:type="spellEnd"/>
      <w:r w:rsidR="00000000">
        <w:t xml:space="preserve"> </w:t>
      </w:r>
      <w:proofErr w:type="spellStart"/>
      <w:r w:rsidR="00000000">
        <w:t>edilecek</w:t>
      </w:r>
      <w:proofErr w:type="spellEnd"/>
      <w:r w:rsidR="00000000">
        <w:t xml:space="preserve"> </w:t>
      </w:r>
      <w:proofErr w:type="spellStart"/>
      <w:r w:rsidR="00000000">
        <w:t>hususlar</w:t>
      </w:r>
      <w:r>
        <w:t>ı</w:t>
      </w:r>
      <w:proofErr w:type="spellEnd"/>
      <w:r>
        <w:t xml:space="preserve"> </w:t>
      </w:r>
      <w:proofErr w:type="spellStart"/>
      <w:r>
        <w:t>maddeler</w:t>
      </w:r>
      <w:proofErr w:type="spellEnd"/>
      <w:r>
        <w:t xml:space="preserve"> </w:t>
      </w:r>
      <w:proofErr w:type="spellStart"/>
      <w:r>
        <w:t>halinde</w:t>
      </w:r>
      <w:proofErr w:type="spellEnd"/>
      <w:r>
        <w:t xml:space="preserve"> </w:t>
      </w:r>
      <w:proofErr w:type="spellStart"/>
      <w:r w:rsidR="00000000">
        <w:t>yazınız</w:t>
      </w:r>
      <w:proofErr w:type="spellEnd"/>
      <w:r w:rsidR="00000000">
        <w:t>.</w:t>
      </w:r>
      <w:r>
        <w:t xml:space="preserve"> </w:t>
      </w:r>
      <w:r>
        <w:t>(10 Puan)</w:t>
      </w:r>
    </w:p>
    <w:p w14:paraId="423E372C" w14:textId="77777777" w:rsidR="00E71625" w:rsidRDefault="00000000">
      <w:pPr>
        <w:spacing w:after="20" w:line="240" w:lineRule="auto"/>
        <w:ind w:left="255"/>
      </w:pPr>
      <w:r>
        <w:rPr>
          <w:b/>
        </w:rPr>
        <w:t xml:space="preserve">1. </w:t>
      </w:r>
      <w:r>
        <w:t>Doğrudan güneşten korumak</w:t>
      </w:r>
    </w:p>
    <w:p w14:paraId="67D76FAB" w14:textId="77777777" w:rsidR="00E71625" w:rsidRDefault="00000000">
      <w:pPr>
        <w:spacing w:after="20" w:line="240" w:lineRule="auto"/>
        <w:ind w:left="255"/>
      </w:pPr>
      <w:r>
        <w:rPr>
          <w:b/>
        </w:rPr>
        <w:t xml:space="preserve">2. </w:t>
      </w:r>
      <w:r>
        <w:t>Aşırı ısıdan uzak tutmak</w:t>
      </w:r>
    </w:p>
    <w:p w14:paraId="4EE3E769" w14:textId="77777777" w:rsidR="00E71625" w:rsidRDefault="00000000">
      <w:pPr>
        <w:spacing w:after="20" w:line="240" w:lineRule="auto"/>
        <w:ind w:left="255"/>
      </w:pPr>
      <w:r>
        <w:rPr>
          <w:b/>
        </w:rPr>
        <w:t xml:space="preserve">3. </w:t>
      </w:r>
      <w:r>
        <w:t xml:space="preserve">Dik </w:t>
      </w:r>
      <w:proofErr w:type="spellStart"/>
      <w:r>
        <w:t>ve</w:t>
      </w:r>
      <w:proofErr w:type="spellEnd"/>
      <w:r>
        <w:t xml:space="preserve"> </w:t>
      </w:r>
      <w:proofErr w:type="spellStart"/>
      <w:r>
        <w:t>güvenli</w:t>
      </w:r>
      <w:proofErr w:type="spellEnd"/>
      <w:r>
        <w:t xml:space="preserve"> </w:t>
      </w:r>
      <w:proofErr w:type="spellStart"/>
      <w:r>
        <w:t>şekilde</w:t>
      </w:r>
      <w:proofErr w:type="spellEnd"/>
      <w:r>
        <w:t xml:space="preserve"> </w:t>
      </w:r>
      <w:proofErr w:type="spellStart"/>
      <w:r>
        <w:t>depolamak</w:t>
      </w:r>
      <w:proofErr w:type="spellEnd"/>
    </w:p>
    <w:p w14:paraId="69EEE03F" w14:textId="77777777" w:rsidR="005040C2" w:rsidRDefault="005040C2">
      <w:pPr>
        <w:spacing w:after="20" w:line="240" w:lineRule="auto"/>
        <w:ind w:left="255"/>
      </w:pPr>
    </w:p>
    <w:p w14:paraId="18317D64" w14:textId="477D4DD9" w:rsidR="00E71625" w:rsidRDefault="005040C2">
      <w:pPr>
        <w:spacing w:after="20" w:line="240" w:lineRule="auto"/>
      </w:pPr>
      <w:r>
        <w:rPr>
          <w:b/>
        </w:rPr>
        <w:t>5</w:t>
      </w:r>
      <w:r w:rsidR="00000000">
        <w:rPr>
          <w:b/>
        </w:rPr>
        <w:t xml:space="preserve">. </w:t>
      </w:r>
      <w:r w:rsidR="00000000">
        <w:t xml:space="preserve">Klima </w:t>
      </w:r>
      <w:proofErr w:type="spellStart"/>
      <w:r w:rsidR="00000000">
        <w:t>kompresör</w:t>
      </w:r>
      <w:proofErr w:type="spellEnd"/>
      <w:r w:rsidR="00000000">
        <w:t xml:space="preserve"> </w:t>
      </w:r>
      <w:proofErr w:type="spellStart"/>
      <w:r w:rsidR="00000000">
        <w:t>yağının</w:t>
      </w:r>
      <w:proofErr w:type="spellEnd"/>
      <w:r w:rsidR="00000000">
        <w:t xml:space="preserve"> </w:t>
      </w:r>
      <w:proofErr w:type="spellStart"/>
      <w:r w:rsidR="00000000">
        <w:t>görevleri</w:t>
      </w:r>
      <w:r>
        <w:t>ni</w:t>
      </w:r>
      <w:proofErr w:type="spellEnd"/>
      <w:r w:rsidR="00000000">
        <w:t xml:space="preserve"> </w:t>
      </w:r>
      <w:proofErr w:type="spellStart"/>
      <w:r w:rsidR="00000000">
        <w:t>yazınız</w:t>
      </w:r>
      <w:proofErr w:type="spellEnd"/>
      <w:r w:rsidR="00000000">
        <w:t>.</w:t>
      </w:r>
      <w:r>
        <w:t xml:space="preserve"> </w:t>
      </w:r>
      <w:r>
        <w:t>(10 Puan)</w:t>
      </w:r>
    </w:p>
    <w:p w14:paraId="3DA41B6D" w14:textId="77777777" w:rsidR="00E71625" w:rsidRDefault="00000000">
      <w:pPr>
        <w:spacing w:after="20" w:line="240" w:lineRule="auto"/>
        <w:ind w:left="255"/>
      </w:pPr>
      <w:r>
        <w:rPr>
          <w:b/>
        </w:rPr>
        <w:t xml:space="preserve">1. </w:t>
      </w:r>
      <w:r>
        <w:t>Hareketli parçaları yağlamak</w:t>
      </w:r>
    </w:p>
    <w:p w14:paraId="5BBD03FB" w14:textId="77777777" w:rsidR="00E71625" w:rsidRDefault="00000000">
      <w:pPr>
        <w:spacing w:after="20" w:line="240" w:lineRule="auto"/>
        <w:ind w:left="255"/>
      </w:pPr>
      <w:r>
        <w:rPr>
          <w:b/>
        </w:rPr>
        <w:t xml:space="preserve">2. </w:t>
      </w:r>
      <w:proofErr w:type="spellStart"/>
      <w:r>
        <w:t>Aşınmayı</w:t>
      </w:r>
      <w:proofErr w:type="spellEnd"/>
      <w:r>
        <w:t xml:space="preserve"> </w:t>
      </w:r>
      <w:proofErr w:type="spellStart"/>
      <w:r>
        <w:t>azaltmak</w:t>
      </w:r>
      <w:proofErr w:type="spellEnd"/>
    </w:p>
    <w:p w14:paraId="4BBC4B09" w14:textId="77777777" w:rsidR="005040C2" w:rsidRDefault="005040C2">
      <w:pPr>
        <w:spacing w:after="20" w:line="240" w:lineRule="auto"/>
        <w:ind w:left="255"/>
      </w:pPr>
    </w:p>
    <w:p w14:paraId="4BAFDF7E" w14:textId="7A8887C3" w:rsidR="005040C2" w:rsidRDefault="005040C2" w:rsidP="005040C2">
      <w:pPr>
        <w:spacing w:after="20" w:line="240" w:lineRule="auto"/>
      </w:pPr>
      <w:r>
        <w:rPr>
          <w:b/>
        </w:rPr>
        <w:t>6</w:t>
      </w:r>
      <w:r w:rsidR="00000000">
        <w:rPr>
          <w:b/>
        </w:rPr>
        <w:t xml:space="preserve">. </w:t>
      </w:r>
      <w:r w:rsidR="00000000">
        <w:t xml:space="preserve">Klima </w:t>
      </w:r>
      <w:proofErr w:type="spellStart"/>
      <w:r w:rsidR="00000000">
        <w:t>kompresöründe</w:t>
      </w:r>
      <w:proofErr w:type="spellEnd"/>
      <w:r w:rsidR="00000000">
        <w:t xml:space="preserve"> </w:t>
      </w:r>
      <w:proofErr w:type="spellStart"/>
      <w:r w:rsidR="00000000">
        <w:t>yapılabilecek</w:t>
      </w:r>
      <w:proofErr w:type="spellEnd"/>
      <w:r w:rsidR="00000000">
        <w:t xml:space="preserve"> </w:t>
      </w:r>
      <w:proofErr w:type="spellStart"/>
      <w:r>
        <w:t>kontrollerini</w:t>
      </w:r>
      <w:proofErr w:type="spellEnd"/>
      <w:r>
        <w:t xml:space="preserve"> </w:t>
      </w:r>
      <w:proofErr w:type="spellStart"/>
      <w:r>
        <w:t>yazınız</w:t>
      </w:r>
      <w:proofErr w:type="spellEnd"/>
      <w:r>
        <w:t>.</w:t>
      </w:r>
      <w:r>
        <w:t xml:space="preserve"> </w:t>
      </w:r>
      <w:r>
        <w:t>(10 Puan)</w:t>
      </w:r>
    </w:p>
    <w:p w14:paraId="4AFB9EB8" w14:textId="269D653D" w:rsidR="00E71625" w:rsidRDefault="005040C2" w:rsidP="005040C2">
      <w:pPr>
        <w:spacing w:after="20" w:line="240" w:lineRule="auto"/>
      </w:pPr>
      <w:r>
        <w:t xml:space="preserve">    </w:t>
      </w:r>
      <w:r w:rsidR="00000000">
        <w:rPr>
          <w:b/>
        </w:rPr>
        <w:t xml:space="preserve">1. </w:t>
      </w:r>
      <w:proofErr w:type="spellStart"/>
      <w:r w:rsidR="00000000">
        <w:t>Kayış</w:t>
      </w:r>
      <w:proofErr w:type="spellEnd"/>
      <w:r w:rsidR="00000000">
        <w:t>/</w:t>
      </w:r>
      <w:proofErr w:type="spellStart"/>
      <w:r w:rsidR="00000000">
        <w:t>kasnak</w:t>
      </w:r>
      <w:proofErr w:type="spellEnd"/>
      <w:r w:rsidR="00000000">
        <w:t xml:space="preserve"> </w:t>
      </w:r>
      <w:proofErr w:type="spellStart"/>
      <w:r w:rsidR="00000000">
        <w:t>kontrolü</w:t>
      </w:r>
      <w:proofErr w:type="spellEnd"/>
    </w:p>
    <w:p w14:paraId="3204E2DE" w14:textId="77777777" w:rsidR="00E71625" w:rsidRDefault="00000000">
      <w:pPr>
        <w:spacing w:after="20" w:line="240" w:lineRule="auto"/>
        <w:ind w:left="255"/>
      </w:pPr>
      <w:r>
        <w:rPr>
          <w:b/>
        </w:rPr>
        <w:t xml:space="preserve">2. </w:t>
      </w:r>
      <w:r>
        <w:t>Kaçak kontrolü</w:t>
      </w:r>
    </w:p>
    <w:p w14:paraId="00803951" w14:textId="77777777" w:rsidR="00E71625" w:rsidRDefault="00000000">
      <w:pPr>
        <w:spacing w:after="20" w:line="240" w:lineRule="auto"/>
        <w:ind w:left="255"/>
      </w:pPr>
      <w:r>
        <w:rPr>
          <w:b/>
        </w:rPr>
        <w:t xml:space="preserve">3. </w:t>
      </w:r>
      <w:proofErr w:type="spellStart"/>
      <w:r>
        <w:t>Çalışma</w:t>
      </w:r>
      <w:proofErr w:type="spellEnd"/>
      <w:r>
        <w:t xml:space="preserve"> </w:t>
      </w:r>
      <w:proofErr w:type="spellStart"/>
      <w:r>
        <w:t>sesi</w:t>
      </w:r>
      <w:proofErr w:type="spellEnd"/>
      <w:r>
        <w:t xml:space="preserve"> </w:t>
      </w:r>
      <w:proofErr w:type="spellStart"/>
      <w:r>
        <w:t>kontrolü</w:t>
      </w:r>
      <w:proofErr w:type="spellEnd"/>
    </w:p>
    <w:p w14:paraId="1984E383" w14:textId="77777777" w:rsidR="005040C2" w:rsidRDefault="005040C2">
      <w:pPr>
        <w:spacing w:after="20" w:line="240" w:lineRule="auto"/>
        <w:ind w:left="255"/>
      </w:pPr>
    </w:p>
    <w:p w14:paraId="522383A9" w14:textId="775F0FAD" w:rsidR="00E71625" w:rsidRDefault="005040C2">
      <w:pPr>
        <w:spacing w:after="20" w:line="240" w:lineRule="auto"/>
      </w:pPr>
      <w:r>
        <w:rPr>
          <w:b/>
        </w:rPr>
        <w:t>7</w:t>
      </w:r>
      <w:r w:rsidR="00000000">
        <w:rPr>
          <w:b/>
        </w:rPr>
        <w:t xml:space="preserve">. </w:t>
      </w:r>
      <w:r w:rsidR="00000000">
        <w:t xml:space="preserve">Klima sisteminde kabin havasından </w:t>
      </w:r>
      <w:proofErr w:type="spellStart"/>
      <w:r w:rsidR="00000000">
        <w:t>ısı</w:t>
      </w:r>
      <w:proofErr w:type="spellEnd"/>
      <w:r w:rsidR="00000000">
        <w:t xml:space="preserve"> </w:t>
      </w:r>
      <w:proofErr w:type="spellStart"/>
      <w:r w:rsidR="00000000">
        <w:t>alan</w:t>
      </w:r>
      <w:proofErr w:type="spellEnd"/>
      <w:r w:rsidR="00000000">
        <w:t xml:space="preserve"> </w:t>
      </w:r>
      <w:proofErr w:type="spellStart"/>
      <w:r w:rsidR="00000000">
        <w:t>eleman</w:t>
      </w:r>
      <w:proofErr w:type="spellEnd"/>
      <w:r w:rsidR="00000000">
        <w:t xml:space="preserve"> __</w:t>
      </w:r>
      <w:r>
        <w:t>_______________</w:t>
      </w:r>
      <w:r w:rsidR="00000000">
        <w:t xml:space="preserve">___ </w:t>
      </w:r>
      <w:proofErr w:type="spellStart"/>
      <w:r w:rsidR="00000000">
        <w:t>olarak</w:t>
      </w:r>
      <w:proofErr w:type="spellEnd"/>
      <w:r w:rsidR="00000000">
        <w:t xml:space="preserve"> </w:t>
      </w:r>
      <w:proofErr w:type="spellStart"/>
      <w:r w:rsidR="00000000">
        <w:t>adlandırılır</w:t>
      </w:r>
      <w:proofErr w:type="spellEnd"/>
      <w:r w:rsidR="00000000">
        <w:t>.</w:t>
      </w:r>
      <w:r>
        <w:t xml:space="preserve"> </w:t>
      </w:r>
      <w:r>
        <w:t>(10 Puan)</w:t>
      </w:r>
    </w:p>
    <w:p w14:paraId="377EBCD1" w14:textId="209A164A" w:rsidR="00E71625" w:rsidRDefault="005040C2">
      <w:pPr>
        <w:spacing w:after="20" w:line="240" w:lineRule="auto"/>
        <w:ind w:left="255"/>
      </w:pPr>
      <w:r>
        <w:t>Evaporator</w:t>
      </w:r>
    </w:p>
    <w:p w14:paraId="470B5ACF" w14:textId="77777777" w:rsidR="005040C2" w:rsidRDefault="005040C2">
      <w:pPr>
        <w:spacing w:after="20" w:line="240" w:lineRule="auto"/>
        <w:ind w:left="255"/>
      </w:pPr>
    </w:p>
    <w:p w14:paraId="23FC35F9" w14:textId="3600C0DF" w:rsidR="00E71625" w:rsidRDefault="005040C2">
      <w:pPr>
        <w:spacing w:after="20" w:line="240" w:lineRule="auto"/>
      </w:pPr>
      <w:r>
        <w:rPr>
          <w:b/>
        </w:rPr>
        <w:t>8</w:t>
      </w:r>
      <w:r w:rsidR="00000000">
        <w:rPr>
          <w:b/>
        </w:rPr>
        <w:t xml:space="preserve">. </w:t>
      </w:r>
      <w:r w:rsidR="00000000">
        <w:t xml:space="preserve">Klima sisteminin soğutmamasına neden </w:t>
      </w:r>
      <w:proofErr w:type="spellStart"/>
      <w:r w:rsidR="00000000">
        <w:t>olabilecek</w:t>
      </w:r>
      <w:proofErr w:type="spellEnd"/>
      <w:r w:rsidR="00000000">
        <w:t xml:space="preserve"> </w:t>
      </w:r>
      <w:proofErr w:type="spellStart"/>
      <w:r w:rsidR="00000000">
        <w:t>beş</w:t>
      </w:r>
      <w:proofErr w:type="spellEnd"/>
      <w:r w:rsidR="00000000">
        <w:t xml:space="preserve"> </w:t>
      </w:r>
      <w:proofErr w:type="spellStart"/>
      <w:r w:rsidR="00000000">
        <w:t>durumu</w:t>
      </w:r>
      <w:proofErr w:type="spellEnd"/>
      <w:r w:rsidR="00000000">
        <w:t xml:space="preserve"> </w:t>
      </w:r>
      <w:proofErr w:type="spellStart"/>
      <w:r w:rsidR="00000000">
        <w:t>yazınız</w:t>
      </w:r>
      <w:proofErr w:type="spellEnd"/>
      <w:r w:rsidR="00000000">
        <w:t>.</w:t>
      </w:r>
      <w:r>
        <w:t xml:space="preserve"> </w:t>
      </w:r>
      <w:r>
        <w:t>(</w:t>
      </w:r>
      <w:r>
        <w:t>2</w:t>
      </w:r>
      <w:r>
        <w:t>0 Puan)</w:t>
      </w:r>
    </w:p>
    <w:p w14:paraId="1DAF4D54" w14:textId="77777777" w:rsidR="00E71625" w:rsidRDefault="00000000">
      <w:pPr>
        <w:spacing w:after="20" w:line="240" w:lineRule="auto"/>
        <w:ind w:left="255"/>
      </w:pPr>
      <w:r>
        <w:rPr>
          <w:b/>
        </w:rPr>
        <w:t xml:space="preserve">1. </w:t>
      </w:r>
      <w:r>
        <w:t>Soğutucu akışkan eksikliği</w:t>
      </w:r>
    </w:p>
    <w:p w14:paraId="69364802" w14:textId="77777777" w:rsidR="00E71625" w:rsidRDefault="00000000">
      <w:pPr>
        <w:spacing w:after="20" w:line="240" w:lineRule="auto"/>
        <w:ind w:left="255"/>
      </w:pPr>
      <w:r>
        <w:rPr>
          <w:b/>
        </w:rPr>
        <w:t xml:space="preserve">2. </w:t>
      </w:r>
      <w:r>
        <w:t>Kompresör arızası</w:t>
      </w:r>
    </w:p>
    <w:p w14:paraId="62757347" w14:textId="77777777" w:rsidR="00E71625" w:rsidRDefault="00000000">
      <w:pPr>
        <w:spacing w:after="20" w:line="240" w:lineRule="auto"/>
        <w:ind w:left="255"/>
      </w:pPr>
      <w:r>
        <w:rPr>
          <w:b/>
        </w:rPr>
        <w:t xml:space="preserve">3. </w:t>
      </w:r>
      <w:r>
        <w:t>Kondenser fanı arızası</w:t>
      </w:r>
    </w:p>
    <w:p w14:paraId="4ED462FA" w14:textId="77777777" w:rsidR="00E71625" w:rsidRDefault="00000000">
      <w:pPr>
        <w:spacing w:after="20" w:line="240" w:lineRule="auto"/>
        <w:ind w:left="255"/>
      </w:pPr>
      <w:r>
        <w:rPr>
          <w:b/>
        </w:rPr>
        <w:t xml:space="preserve">4. </w:t>
      </w:r>
      <w:r>
        <w:t>Genleşme valfi arızası</w:t>
      </w:r>
    </w:p>
    <w:p w14:paraId="44E5F825" w14:textId="77777777" w:rsidR="00E71625" w:rsidRDefault="00000000">
      <w:pPr>
        <w:spacing w:after="20" w:line="240" w:lineRule="auto"/>
        <w:ind w:left="255"/>
      </w:pPr>
      <w:r>
        <w:rPr>
          <w:b/>
        </w:rPr>
        <w:t xml:space="preserve">5. </w:t>
      </w:r>
      <w:r>
        <w:t>Sistemde tıkanma</w:t>
      </w:r>
    </w:p>
    <w:sectPr w:rsidR="00E71625" w:rsidSect="00034616">
      <w:pgSz w:w="12240" w:h="15840"/>
      <w:pgMar w:top="680" w:right="680" w:bottom="680" w:left="680" w:header="283" w:footer="28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84551147">
    <w:abstractNumId w:val="8"/>
  </w:num>
  <w:num w:numId="2" w16cid:durableId="1548298475">
    <w:abstractNumId w:val="6"/>
  </w:num>
  <w:num w:numId="3" w16cid:durableId="1996952106">
    <w:abstractNumId w:val="5"/>
  </w:num>
  <w:num w:numId="4" w16cid:durableId="1187406934">
    <w:abstractNumId w:val="4"/>
  </w:num>
  <w:num w:numId="5" w16cid:durableId="216281697">
    <w:abstractNumId w:val="7"/>
  </w:num>
  <w:num w:numId="6" w16cid:durableId="1166244359">
    <w:abstractNumId w:val="3"/>
  </w:num>
  <w:num w:numId="7" w16cid:durableId="1589777132">
    <w:abstractNumId w:val="2"/>
  </w:num>
  <w:num w:numId="8" w16cid:durableId="1822649046">
    <w:abstractNumId w:val="1"/>
  </w:num>
  <w:num w:numId="9" w16cid:durableId="6654789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040C2"/>
    <w:rsid w:val="008E3611"/>
    <w:rsid w:val="00AA1D8D"/>
    <w:rsid w:val="00B47730"/>
    <w:rsid w:val="00CB0664"/>
    <w:rsid w:val="00D62101"/>
    <w:rsid w:val="00E7162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5573E6C"/>
  <w14:defaultImageDpi w14:val="300"/>
  <w15:docId w15:val="{E35994B1-0921-4990-AB1D-C2D226081A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376</Words>
  <Characters>2149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2520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Abdullah Yanik</cp:lastModifiedBy>
  <cp:revision>3</cp:revision>
  <dcterms:created xsi:type="dcterms:W3CDTF">2013-12-23T23:15:00Z</dcterms:created>
  <dcterms:modified xsi:type="dcterms:W3CDTF">2026-09-28T18:01:00Z</dcterms:modified>
  <cp:category/>
</cp:coreProperties>
</file>