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E4E47" w14:textId="77777777" w:rsidR="00293596" w:rsidRDefault="00000000" w:rsidP="00D10AE7">
      <w:pPr>
        <w:spacing w:after="0" w:line="360" w:lineRule="auto"/>
        <w:jc w:val="center"/>
      </w:pPr>
      <w:r>
        <w:rPr>
          <w:b/>
          <w:sz w:val="24"/>
        </w:rPr>
        <w:t>YAHŞİHAN MESLEKİ EĞİTİM MERKEZİ</w:t>
      </w:r>
    </w:p>
    <w:p w14:paraId="0B7DB42A" w14:textId="77777777" w:rsidR="00293596" w:rsidRDefault="00000000" w:rsidP="00D10AE7">
      <w:pPr>
        <w:spacing w:after="0" w:line="360" w:lineRule="auto"/>
        <w:jc w:val="center"/>
      </w:pPr>
      <w:r>
        <w:rPr>
          <w:b/>
          <w:sz w:val="24"/>
        </w:rPr>
        <w:t>2026/2027 EĞİTİM ÖĞRETİM YILI MOTORLU ARAÇLAR TEKNOLOJİSİ ALANI</w:t>
      </w:r>
    </w:p>
    <w:p w14:paraId="707575D7" w14:textId="09A51874" w:rsidR="00293596" w:rsidRDefault="00000000" w:rsidP="00D10AE7">
      <w:pPr>
        <w:spacing w:after="0" w:line="360" w:lineRule="auto"/>
        <w:jc w:val="center"/>
      </w:pPr>
      <w:r>
        <w:rPr>
          <w:b/>
          <w:sz w:val="24"/>
        </w:rPr>
        <w:t>OTOMOTİV ELEKTRİK TEKNOLOJİSİ DERSİ 2. DÖNEM 2. YAZILI SINAVI</w:t>
      </w:r>
    </w:p>
    <w:p w14:paraId="6536A55E" w14:textId="77777777" w:rsidR="00293596" w:rsidRDefault="00000000" w:rsidP="00D10AE7">
      <w:pPr>
        <w:spacing w:before="20" w:after="20" w:line="360" w:lineRule="auto"/>
      </w:pPr>
      <w:r>
        <w:rPr>
          <w:sz w:val="24"/>
        </w:rPr>
        <w:t>Adı Soyadı: ............................................................    Sınıfı/No: ....................    Aldığı Not: ............</w:t>
      </w:r>
    </w:p>
    <w:p w14:paraId="7C72E3D5" w14:textId="77777777" w:rsidR="00293596" w:rsidRDefault="00000000">
      <w:pPr>
        <w:spacing w:after="20"/>
        <w:jc w:val="center"/>
      </w:pPr>
      <w:r>
        <w:rPr>
          <w:b/>
        </w:rPr>
        <w:t>SORULAR</w:t>
      </w:r>
    </w:p>
    <w:p w14:paraId="0858B45E" w14:textId="27AEF311" w:rsidR="00293596" w:rsidRDefault="00000000" w:rsidP="00D10AE7">
      <w:pPr>
        <w:spacing w:after="20" w:line="360" w:lineRule="auto"/>
      </w:pPr>
      <w:r>
        <w:rPr>
          <w:b/>
        </w:rPr>
        <w:t xml:space="preserve">1. </w:t>
      </w:r>
      <w:r>
        <w:t>Kalorifer sisteminde yapılabilecek kontrollerden beşini yazınız.</w:t>
      </w:r>
      <w:r w:rsidR="00D10AE7">
        <w:t xml:space="preserve"> </w:t>
      </w:r>
      <w:r w:rsidR="00D10AE7">
        <w:t>(20 Puan)</w:t>
      </w:r>
    </w:p>
    <w:p w14:paraId="44A3C045" w14:textId="37351B2B" w:rsidR="00293596" w:rsidRDefault="00D10AE7" w:rsidP="00D10AE7">
      <w:pPr>
        <w:spacing w:after="20" w:line="360" w:lineRule="auto"/>
      </w:pPr>
      <w:r>
        <w:rPr>
          <w:b/>
        </w:rPr>
        <w:t>2</w:t>
      </w:r>
      <w:r w:rsidR="00000000">
        <w:rPr>
          <w:b/>
        </w:rPr>
        <w:t xml:space="preserve">. </w:t>
      </w:r>
      <w:r w:rsidR="00000000">
        <w:t>Gösterge panelinde kullanılan devrelerden beşini yazınız.</w:t>
      </w:r>
      <w:r>
        <w:t xml:space="preserve"> </w:t>
      </w:r>
      <w:r>
        <w:t>(20 Puan)</w:t>
      </w:r>
    </w:p>
    <w:p w14:paraId="5913F9AC" w14:textId="7DDBD574" w:rsidR="00293596" w:rsidRDefault="00D10AE7" w:rsidP="00D10AE7">
      <w:pPr>
        <w:spacing w:after="20" w:line="360" w:lineRule="auto"/>
      </w:pPr>
      <w:r>
        <w:rPr>
          <w:b/>
        </w:rPr>
        <w:t>3</w:t>
      </w:r>
      <w:r w:rsidR="00000000">
        <w:rPr>
          <w:b/>
        </w:rPr>
        <w:t xml:space="preserve">. </w:t>
      </w:r>
      <w:r w:rsidR="00000000">
        <w:t>Alarm sisteminin görevlerinden üç tanesini yazınız.</w:t>
      </w:r>
      <w:r>
        <w:t xml:space="preserve"> </w:t>
      </w:r>
      <w:r>
        <w:t>(20 Puan)</w:t>
      </w:r>
    </w:p>
    <w:p w14:paraId="6E5E16D2" w14:textId="007F593D" w:rsidR="00293596" w:rsidRDefault="00D10AE7" w:rsidP="00D10AE7">
      <w:pPr>
        <w:spacing w:after="20" w:line="360" w:lineRule="auto"/>
      </w:pPr>
      <w:r>
        <w:rPr>
          <w:b/>
        </w:rPr>
        <w:t>4</w:t>
      </w:r>
      <w:r w:rsidR="00000000">
        <w:rPr>
          <w:b/>
        </w:rPr>
        <w:t xml:space="preserve">. </w:t>
      </w:r>
      <w:r w:rsidR="00000000">
        <w:t>Airbag sisteminin temel parçalarından beşini yazınız.</w:t>
      </w:r>
      <w:r>
        <w:t xml:space="preserve"> </w:t>
      </w:r>
      <w:r>
        <w:t>(20 Puan)</w:t>
      </w:r>
    </w:p>
    <w:p w14:paraId="12B5C3A0" w14:textId="7D65D544" w:rsidR="00293596" w:rsidRDefault="00D10AE7" w:rsidP="00D10AE7">
      <w:pPr>
        <w:spacing w:after="20" w:line="360" w:lineRule="auto"/>
      </w:pPr>
      <w:r>
        <w:rPr>
          <w:b/>
        </w:rPr>
        <w:t>5</w:t>
      </w:r>
      <w:r w:rsidR="00000000">
        <w:rPr>
          <w:b/>
        </w:rPr>
        <w:t xml:space="preserve">. </w:t>
      </w:r>
      <w:r w:rsidR="00000000">
        <w:t>Arıza tespitinde çalışma ortamında bulunabilecek araç ve gereçlerden beşini yazınız.</w:t>
      </w:r>
      <w:r>
        <w:t xml:space="preserve"> </w:t>
      </w:r>
      <w:r>
        <w:t>(20 Puan)</w:t>
      </w:r>
    </w:p>
    <w:p w14:paraId="621E8161" w14:textId="79D73FE7" w:rsidR="00293596" w:rsidRDefault="00D10AE7">
      <w:pPr>
        <w:spacing w:before="20" w:after="20"/>
      </w:pPr>
      <w:r>
        <w:rPr>
          <w:b/>
          <w:u w:val="single"/>
        </w:rPr>
        <w:t xml:space="preserve"> </w:t>
      </w:r>
    </w:p>
    <w:p w14:paraId="47563F2E" w14:textId="77777777" w:rsidR="00293596" w:rsidRDefault="00000000" w:rsidP="00D10AE7">
      <w:pPr>
        <w:spacing w:after="0"/>
        <w:ind w:left="5040" w:firstLine="720"/>
        <w:jc w:val="center"/>
      </w:pPr>
      <w:r>
        <w:t>Başarılar</w:t>
      </w:r>
    </w:p>
    <w:p w14:paraId="52C2927D" w14:textId="69242392" w:rsidR="00293596" w:rsidRDefault="00000000">
      <w:pPr>
        <w:spacing w:after="0"/>
      </w:pPr>
      <w:r>
        <w:rPr>
          <w:b/>
          <w:u w:val="single"/>
        </w:rPr>
        <w:t>Süre: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10AE7">
        <w:tab/>
      </w:r>
      <w:r w:rsidR="00D10AE7">
        <w:tab/>
        <w:t xml:space="preserve"> </w:t>
      </w:r>
      <w:r>
        <w:t>Mot.Arç.Tekn Öğrt Abdullah YANIK</w:t>
      </w:r>
    </w:p>
    <w:p w14:paraId="6CE94013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416352DE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2DA2E085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07663E49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023E8ADB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2107194F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6CB1D9CC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7DAD9704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710C345D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0329915A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2E7B5449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2FD0D0E9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73B69183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21928503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2694DE2B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1F5F17D5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1924B09A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6E21B0D7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53B88461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787DEF9D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45A22B66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19D17F09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35994C14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3E7BF5C2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126D38A2" w14:textId="77777777" w:rsidR="00777F19" w:rsidRDefault="00777F19" w:rsidP="00777F19">
      <w:pPr>
        <w:spacing w:after="0" w:line="360" w:lineRule="auto"/>
        <w:jc w:val="center"/>
        <w:rPr>
          <w:b/>
        </w:rPr>
      </w:pPr>
    </w:p>
    <w:p w14:paraId="35D4598F" w14:textId="348FF9C1" w:rsidR="00293596" w:rsidRPr="00D10AE7" w:rsidRDefault="00000000" w:rsidP="00777F19">
      <w:pPr>
        <w:spacing w:after="0" w:line="360" w:lineRule="auto"/>
        <w:jc w:val="center"/>
      </w:pPr>
      <w:r w:rsidRPr="00D10AE7">
        <w:rPr>
          <w:b/>
        </w:rPr>
        <w:lastRenderedPageBreak/>
        <w:t>YAHŞİHAN MESLEKİ EĞİTİM MERKEZİ</w:t>
      </w:r>
    </w:p>
    <w:p w14:paraId="2E7C9299" w14:textId="77777777" w:rsidR="00293596" w:rsidRPr="00D10AE7" w:rsidRDefault="00000000" w:rsidP="00777F19">
      <w:pPr>
        <w:spacing w:after="0" w:line="360" w:lineRule="auto"/>
        <w:jc w:val="center"/>
      </w:pPr>
      <w:r w:rsidRPr="00D10AE7">
        <w:rPr>
          <w:b/>
        </w:rPr>
        <w:t>2026/2027 EĞİTİM ÖĞRETİM YILI MOTORLU ARAÇLAR TEKNOLOJİSİ ALANI</w:t>
      </w:r>
    </w:p>
    <w:p w14:paraId="7C10D4A4" w14:textId="322A1CAF" w:rsidR="00293596" w:rsidRPr="00D10AE7" w:rsidRDefault="00000000" w:rsidP="00777F19">
      <w:pPr>
        <w:spacing w:after="0" w:line="360" w:lineRule="auto"/>
        <w:jc w:val="center"/>
        <w:rPr>
          <w:b/>
        </w:rPr>
      </w:pPr>
      <w:r w:rsidRPr="00D10AE7">
        <w:rPr>
          <w:b/>
        </w:rPr>
        <w:t>OTOMOTİV ELEKTRİK TEKNOLOJİSİ DERSİ 2. DÖNEM 2. YAZILI SINAVI CEVAP ANAHTARI</w:t>
      </w:r>
    </w:p>
    <w:p w14:paraId="1F394115" w14:textId="77777777" w:rsidR="00D10AE7" w:rsidRDefault="00D10AE7">
      <w:pPr>
        <w:spacing w:after="0"/>
        <w:jc w:val="center"/>
      </w:pPr>
    </w:p>
    <w:p w14:paraId="2CBA8859" w14:textId="07C65EB4" w:rsidR="00293596" w:rsidRDefault="00000000">
      <w:pPr>
        <w:spacing w:after="20" w:line="240" w:lineRule="auto"/>
      </w:pPr>
      <w:r>
        <w:rPr>
          <w:b/>
        </w:rPr>
        <w:t xml:space="preserve">1. </w:t>
      </w:r>
      <w:r>
        <w:t>Kalorifer sisteminde yapılabilecek kontrollerden beşini yazınız.</w:t>
      </w:r>
      <w:r w:rsidR="00D10AE7">
        <w:t xml:space="preserve"> </w:t>
      </w:r>
      <w:r w:rsidR="00D10AE7">
        <w:t>(20 Puan)</w:t>
      </w:r>
    </w:p>
    <w:p w14:paraId="0B0D800C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Kaçak kontrolü</w:t>
      </w:r>
    </w:p>
    <w:p w14:paraId="1FF60B4D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Fan kontrolü</w:t>
      </w:r>
    </w:p>
    <w:p w14:paraId="3D1C52A1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Kumanda paneli kontrolü</w:t>
      </w:r>
    </w:p>
    <w:p w14:paraId="029AB32C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Elektrik bağlantıları kontrolü</w:t>
      </w:r>
    </w:p>
    <w:p w14:paraId="03D859CF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r>
        <w:t>Isıtma verimi kontrolü</w:t>
      </w:r>
    </w:p>
    <w:p w14:paraId="1A8D09CE" w14:textId="5DFDB639" w:rsidR="00293596" w:rsidRDefault="00D10AE7">
      <w:pPr>
        <w:spacing w:after="20" w:line="240" w:lineRule="auto"/>
        <w:ind w:left="255"/>
      </w:pPr>
      <w:r>
        <w:rPr>
          <w:b/>
        </w:rPr>
        <w:t xml:space="preserve"> </w:t>
      </w:r>
    </w:p>
    <w:p w14:paraId="2FBDD81A" w14:textId="731AC5AD" w:rsidR="00293596" w:rsidRDefault="00D10AE7">
      <w:pPr>
        <w:spacing w:after="20" w:line="240" w:lineRule="auto"/>
      </w:pPr>
      <w:r>
        <w:rPr>
          <w:b/>
        </w:rPr>
        <w:t>2</w:t>
      </w:r>
      <w:r w:rsidR="00000000">
        <w:rPr>
          <w:b/>
        </w:rPr>
        <w:t xml:space="preserve">. </w:t>
      </w:r>
      <w:r w:rsidR="00000000">
        <w:t>Gösterge panelinde kullanılan devrelerden beşini yazınız.</w:t>
      </w:r>
      <w:r>
        <w:t xml:space="preserve"> </w:t>
      </w:r>
      <w:r>
        <w:t>(20 Puan)</w:t>
      </w:r>
    </w:p>
    <w:p w14:paraId="21181861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Yakıt gösterge devresi</w:t>
      </w:r>
    </w:p>
    <w:p w14:paraId="346C028A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Yağ gösterge devresi</w:t>
      </w:r>
    </w:p>
    <w:p w14:paraId="2EAA3A4B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Şarj lambası devresi</w:t>
      </w:r>
    </w:p>
    <w:p w14:paraId="538B1C62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Sıcaklık gösterge devresi</w:t>
      </w:r>
    </w:p>
    <w:p w14:paraId="1ACCC896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r>
        <w:t>Devir gösterge devresi</w:t>
      </w:r>
    </w:p>
    <w:p w14:paraId="261A8E99" w14:textId="4052E8BF" w:rsidR="00293596" w:rsidRDefault="00D10AE7">
      <w:pPr>
        <w:spacing w:after="20" w:line="240" w:lineRule="auto"/>
        <w:ind w:left="255"/>
      </w:pPr>
      <w:r>
        <w:rPr>
          <w:b/>
        </w:rPr>
        <w:t xml:space="preserve"> </w:t>
      </w:r>
    </w:p>
    <w:p w14:paraId="63DD4F8F" w14:textId="5EA860F4" w:rsidR="00293596" w:rsidRDefault="00D10AE7">
      <w:pPr>
        <w:spacing w:after="20" w:line="240" w:lineRule="auto"/>
      </w:pPr>
      <w:r>
        <w:rPr>
          <w:b/>
        </w:rPr>
        <w:t>3</w:t>
      </w:r>
      <w:r w:rsidR="00000000">
        <w:rPr>
          <w:b/>
        </w:rPr>
        <w:t xml:space="preserve">. </w:t>
      </w:r>
      <w:r w:rsidR="00000000">
        <w:t>Alarm sisteminin görevlerinden üç tanesini yazınız.</w:t>
      </w:r>
      <w:r>
        <w:t xml:space="preserve"> </w:t>
      </w:r>
      <w:r>
        <w:t>(20 Puan)</w:t>
      </w:r>
    </w:p>
    <w:p w14:paraId="3C4201D5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Yetkisiz girişte uyarı vermek</w:t>
      </w:r>
    </w:p>
    <w:p w14:paraId="4B4D1CE6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Aracı hırsızlığa karşı korumaya yardımcı olmak</w:t>
      </w:r>
    </w:p>
    <w:p w14:paraId="685A7932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Sensörlerden gelen ihlal bilgisini değerlendirmek</w:t>
      </w:r>
    </w:p>
    <w:p w14:paraId="02D43E77" w14:textId="77777777" w:rsidR="00D10AE7" w:rsidRDefault="00D10AE7">
      <w:pPr>
        <w:spacing w:after="20" w:line="240" w:lineRule="auto"/>
        <w:ind w:left="255"/>
      </w:pPr>
    </w:p>
    <w:p w14:paraId="71E8649A" w14:textId="13B9B8A9" w:rsidR="00293596" w:rsidRDefault="00D10AE7">
      <w:pPr>
        <w:spacing w:after="20" w:line="240" w:lineRule="auto"/>
      </w:pPr>
      <w:r>
        <w:rPr>
          <w:b/>
        </w:rPr>
        <w:t>4</w:t>
      </w:r>
      <w:r w:rsidR="00000000">
        <w:rPr>
          <w:b/>
        </w:rPr>
        <w:t xml:space="preserve">. </w:t>
      </w:r>
      <w:r w:rsidR="00000000">
        <w:t>Airbag sisteminin temel parçalarından beşini yazınız.</w:t>
      </w:r>
      <w:r>
        <w:t xml:space="preserve"> </w:t>
      </w:r>
      <w:r>
        <w:t>(20 Puan)</w:t>
      </w:r>
    </w:p>
    <w:p w14:paraId="7B68684B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Airbag kontrol ünitesi</w:t>
      </w:r>
    </w:p>
    <w:p w14:paraId="6F760B4A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Çarpışma sensörü</w:t>
      </w:r>
    </w:p>
    <w:p w14:paraId="1E9C1470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Hava yastığı modülü</w:t>
      </w:r>
    </w:p>
    <w:p w14:paraId="64C8DE95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Kablo tesisatı</w:t>
      </w:r>
    </w:p>
    <w:p w14:paraId="090FE86D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r>
        <w:t>Uyarı lambası</w:t>
      </w:r>
    </w:p>
    <w:p w14:paraId="310ECFE7" w14:textId="3CE11B85" w:rsidR="00293596" w:rsidRDefault="00D10AE7">
      <w:pPr>
        <w:spacing w:after="20" w:line="240" w:lineRule="auto"/>
        <w:ind w:left="255"/>
      </w:pPr>
      <w:r>
        <w:rPr>
          <w:b/>
        </w:rPr>
        <w:t xml:space="preserve"> </w:t>
      </w:r>
    </w:p>
    <w:p w14:paraId="0BC4026E" w14:textId="7E2A2714" w:rsidR="00293596" w:rsidRDefault="00D10AE7">
      <w:pPr>
        <w:spacing w:after="20" w:line="240" w:lineRule="auto"/>
      </w:pPr>
      <w:r>
        <w:rPr>
          <w:b/>
        </w:rPr>
        <w:t>5</w:t>
      </w:r>
      <w:r w:rsidR="00000000">
        <w:rPr>
          <w:b/>
        </w:rPr>
        <w:t xml:space="preserve">. </w:t>
      </w:r>
      <w:r w:rsidR="00000000">
        <w:t>Arıza tespitinde çalışma ortamında bulunabilecek araç ve gereçlerden beşini yazınız.</w:t>
      </w:r>
      <w:r>
        <w:t xml:space="preserve"> </w:t>
      </w:r>
      <w:r>
        <w:t>(20 Puan)</w:t>
      </w:r>
    </w:p>
    <w:p w14:paraId="799DF81F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1. </w:t>
      </w:r>
      <w:r>
        <w:t>Multimetre</w:t>
      </w:r>
    </w:p>
    <w:p w14:paraId="3C44A603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2. </w:t>
      </w:r>
      <w:r>
        <w:t>Test lambası</w:t>
      </w:r>
    </w:p>
    <w:p w14:paraId="30A19888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3. </w:t>
      </w:r>
      <w:r>
        <w:t>El aletleri</w:t>
      </w:r>
    </w:p>
    <w:p w14:paraId="42657245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4. </w:t>
      </w:r>
      <w:r>
        <w:t>Arıza tespit cihazı</w:t>
      </w:r>
    </w:p>
    <w:p w14:paraId="48DDAB3D" w14:textId="77777777" w:rsidR="00293596" w:rsidRDefault="00000000">
      <w:pPr>
        <w:spacing w:after="20" w:line="240" w:lineRule="auto"/>
        <w:ind w:left="255"/>
      </w:pPr>
      <w:r>
        <w:rPr>
          <w:b/>
        </w:rPr>
        <w:t xml:space="preserve">5. </w:t>
      </w:r>
      <w:r>
        <w:t>Devre şeması veya teknik doküman</w:t>
      </w:r>
    </w:p>
    <w:sectPr w:rsidR="00293596" w:rsidSect="00034616">
      <w:pgSz w:w="12240" w:h="15840"/>
      <w:pgMar w:top="680" w:right="680" w:bottom="680" w:left="680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7227604">
    <w:abstractNumId w:val="8"/>
  </w:num>
  <w:num w:numId="2" w16cid:durableId="75637312">
    <w:abstractNumId w:val="6"/>
  </w:num>
  <w:num w:numId="3" w16cid:durableId="310410242">
    <w:abstractNumId w:val="5"/>
  </w:num>
  <w:num w:numId="4" w16cid:durableId="294139573">
    <w:abstractNumId w:val="4"/>
  </w:num>
  <w:num w:numId="5" w16cid:durableId="107430995">
    <w:abstractNumId w:val="7"/>
  </w:num>
  <w:num w:numId="6" w16cid:durableId="478621597">
    <w:abstractNumId w:val="3"/>
  </w:num>
  <w:num w:numId="7" w16cid:durableId="1878156045">
    <w:abstractNumId w:val="2"/>
  </w:num>
  <w:num w:numId="8" w16cid:durableId="732586908">
    <w:abstractNumId w:val="1"/>
  </w:num>
  <w:num w:numId="9" w16cid:durableId="1595556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3596"/>
    <w:rsid w:val="0029639D"/>
    <w:rsid w:val="00326F90"/>
    <w:rsid w:val="00777F19"/>
    <w:rsid w:val="008E3611"/>
    <w:rsid w:val="00AA1D8D"/>
    <w:rsid w:val="00B47730"/>
    <w:rsid w:val="00CB0664"/>
    <w:rsid w:val="00D10A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D39ADB"/>
  <w14:defaultImageDpi w14:val="300"/>
  <w15:docId w15:val="{E35994B1-0921-4990-AB1D-C2D22608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3</cp:revision>
  <dcterms:created xsi:type="dcterms:W3CDTF">2013-12-23T23:15:00Z</dcterms:created>
  <dcterms:modified xsi:type="dcterms:W3CDTF">2026-09-28T18:16:00Z</dcterms:modified>
  <cp:category/>
</cp:coreProperties>
</file>