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07C3" w14:textId="77777777" w:rsidR="003554A7" w:rsidRPr="00446831" w:rsidRDefault="00000000" w:rsidP="00446831">
      <w:pPr>
        <w:spacing w:after="20" w:line="360" w:lineRule="auto"/>
        <w:jc w:val="center"/>
        <w:rPr>
          <w:sz w:val="24"/>
          <w:szCs w:val="24"/>
        </w:rPr>
      </w:pPr>
      <w:r w:rsidRPr="00446831">
        <w:rPr>
          <w:b/>
          <w:sz w:val="24"/>
          <w:szCs w:val="24"/>
        </w:rPr>
        <w:t>YAHŞİHAN MESLEKİ EĞİTİM MERKEZİ</w:t>
      </w:r>
    </w:p>
    <w:p w14:paraId="2C00AE17" w14:textId="77777777" w:rsidR="003554A7" w:rsidRPr="00446831" w:rsidRDefault="00000000" w:rsidP="00446831">
      <w:pPr>
        <w:spacing w:after="20" w:line="360" w:lineRule="auto"/>
        <w:jc w:val="center"/>
        <w:rPr>
          <w:sz w:val="24"/>
          <w:szCs w:val="24"/>
        </w:rPr>
      </w:pPr>
      <w:r w:rsidRPr="00446831">
        <w:rPr>
          <w:b/>
          <w:sz w:val="24"/>
          <w:szCs w:val="24"/>
        </w:rPr>
        <w:t>2026/2027 EĞİTİM ÖĞRETİM YILI MOTORLU ARAÇLAR TEKNOLOJİSİ ALANI</w:t>
      </w:r>
    </w:p>
    <w:p w14:paraId="312371B6" w14:textId="77777777" w:rsidR="003554A7" w:rsidRPr="00446831" w:rsidRDefault="00000000" w:rsidP="00446831">
      <w:pPr>
        <w:spacing w:after="80" w:line="360" w:lineRule="auto"/>
        <w:jc w:val="center"/>
        <w:rPr>
          <w:sz w:val="24"/>
          <w:szCs w:val="24"/>
        </w:rPr>
      </w:pPr>
      <w:r w:rsidRPr="00446831">
        <w:rPr>
          <w:b/>
          <w:sz w:val="24"/>
          <w:szCs w:val="24"/>
        </w:rPr>
        <w:t xml:space="preserve">SUPAP SİSTEMİ YENİLEŞTİRME DERSİ </w:t>
      </w:r>
      <w:proofErr w:type="gramStart"/>
      <w:r w:rsidRPr="00446831">
        <w:rPr>
          <w:b/>
          <w:sz w:val="24"/>
          <w:szCs w:val="24"/>
        </w:rPr>
        <w:t>2.DÖNEM</w:t>
      </w:r>
      <w:proofErr w:type="gramEnd"/>
      <w:r w:rsidRPr="00446831">
        <w:rPr>
          <w:b/>
          <w:sz w:val="24"/>
          <w:szCs w:val="24"/>
        </w:rPr>
        <w:t xml:space="preserve"> </w:t>
      </w:r>
      <w:proofErr w:type="gramStart"/>
      <w:r w:rsidRPr="00446831">
        <w:rPr>
          <w:b/>
          <w:sz w:val="24"/>
          <w:szCs w:val="24"/>
        </w:rPr>
        <w:t>1.YAZILI</w:t>
      </w:r>
      <w:proofErr w:type="gramEnd"/>
      <w:r w:rsidRPr="00446831">
        <w:rPr>
          <w:b/>
          <w:sz w:val="24"/>
          <w:szCs w:val="24"/>
        </w:rPr>
        <w:t xml:space="preserve"> YOKLAMASI</w:t>
      </w:r>
    </w:p>
    <w:p w14:paraId="37CE264A" w14:textId="251E215A" w:rsidR="003554A7" w:rsidRDefault="00000000" w:rsidP="00446831">
      <w:pPr>
        <w:spacing w:after="60" w:line="360" w:lineRule="auto"/>
        <w:rPr>
          <w:b/>
          <w:sz w:val="24"/>
          <w:szCs w:val="24"/>
        </w:rPr>
      </w:pPr>
      <w:proofErr w:type="spellStart"/>
      <w:r w:rsidRPr="00446831">
        <w:rPr>
          <w:b/>
          <w:sz w:val="24"/>
          <w:szCs w:val="24"/>
        </w:rPr>
        <w:t>Adı</w:t>
      </w:r>
      <w:proofErr w:type="spellEnd"/>
      <w:r w:rsidRPr="00446831">
        <w:rPr>
          <w:b/>
          <w:sz w:val="24"/>
          <w:szCs w:val="24"/>
        </w:rPr>
        <w:t xml:space="preserve"> </w:t>
      </w:r>
      <w:proofErr w:type="spellStart"/>
      <w:r w:rsidRPr="00446831">
        <w:rPr>
          <w:b/>
          <w:sz w:val="24"/>
          <w:szCs w:val="24"/>
        </w:rPr>
        <w:t>Soyadı</w:t>
      </w:r>
      <w:proofErr w:type="spellEnd"/>
      <w:r w:rsidRPr="00446831">
        <w:rPr>
          <w:b/>
          <w:sz w:val="24"/>
          <w:szCs w:val="24"/>
        </w:rPr>
        <w:t xml:space="preserve">  </w:t>
      </w:r>
      <w:proofErr w:type="gramStart"/>
      <w:r w:rsidRPr="00446831">
        <w:rPr>
          <w:b/>
          <w:sz w:val="24"/>
          <w:szCs w:val="24"/>
        </w:rPr>
        <w:t xml:space="preserve">  :</w:t>
      </w:r>
      <w:proofErr w:type="gramEnd"/>
      <w:r w:rsidRPr="00446831">
        <w:rPr>
          <w:b/>
          <w:sz w:val="24"/>
          <w:szCs w:val="24"/>
        </w:rPr>
        <w:tab/>
      </w:r>
      <w:r w:rsidRPr="00446831">
        <w:rPr>
          <w:b/>
          <w:sz w:val="24"/>
          <w:szCs w:val="24"/>
        </w:rPr>
        <w:tab/>
      </w:r>
      <w:r w:rsidRPr="00446831">
        <w:rPr>
          <w:b/>
          <w:sz w:val="24"/>
          <w:szCs w:val="24"/>
        </w:rPr>
        <w:tab/>
      </w:r>
      <w:r w:rsidRPr="00446831">
        <w:rPr>
          <w:b/>
          <w:sz w:val="24"/>
          <w:szCs w:val="24"/>
        </w:rPr>
        <w:tab/>
      </w:r>
      <w:r w:rsidR="00446831">
        <w:rPr>
          <w:b/>
          <w:sz w:val="24"/>
          <w:szCs w:val="24"/>
        </w:rPr>
        <w:tab/>
      </w:r>
      <w:proofErr w:type="spellStart"/>
      <w:r w:rsidRPr="00446831">
        <w:rPr>
          <w:b/>
          <w:sz w:val="24"/>
          <w:szCs w:val="24"/>
        </w:rPr>
        <w:t>Sınıfı</w:t>
      </w:r>
      <w:proofErr w:type="spellEnd"/>
      <w:r w:rsidRPr="00446831">
        <w:rPr>
          <w:b/>
          <w:sz w:val="24"/>
          <w:szCs w:val="24"/>
        </w:rPr>
        <w:t>/No:</w:t>
      </w:r>
      <w:r w:rsidRPr="00446831">
        <w:rPr>
          <w:b/>
          <w:sz w:val="24"/>
          <w:szCs w:val="24"/>
        </w:rPr>
        <w:tab/>
      </w:r>
      <w:r w:rsidRPr="00446831">
        <w:rPr>
          <w:b/>
          <w:sz w:val="24"/>
          <w:szCs w:val="24"/>
        </w:rPr>
        <w:tab/>
      </w:r>
      <w:r w:rsidRPr="00446831">
        <w:rPr>
          <w:b/>
          <w:sz w:val="24"/>
          <w:szCs w:val="24"/>
        </w:rPr>
        <w:tab/>
      </w:r>
      <w:proofErr w:type="spellStart"/>
      <w:r w:rsidRPr="00446831">
        <w:rPr>
          <w:b/>
          <w:sz w:val="24"/>
          <w:szCs w:val="24"/>
        </w:rPr>
        <w:t>Aldığı</w:t>
      </w:r>
      <w:proofErr w:type="spellEnd"/>
      <w:r w:rsidRPr="00446831">
        <w:rPr>
          <w:b/>
          <w:sz w:val="24"/>
          <w:szCs w:val="24"/>
        </w:rPr>
        <w:t xml:space="preserve"> Not:</w:t>
      </w:r>
    </w:p>
    <w:p w14:paraId="2FB7E244" w14:textId="77777777" w:rsidR="00446831" w:rsidRPr="00446831" w:rsidRDefault="00446831">
      <w:pPr>
        <w:spacing w:after="60"/>
        <w:rPr>
          <w:sz w:val="24"/>
          <w:szCs w:val="24"/>
        </w:rPr>
      </w:pPr>
    </w:p>
    <w:p w14:paraId="7A9FB02F" w14:textId="77777777" w:rsidR="003554A7" w:rsidRPr="00446831" w:rsidRDefault="00000000">
      <w:pPr>
        <w:spacing w:after="60"/>
        <w:jc w:val="center"/>
        <w:rPr>
          <w:sz w:val="24"/>
          <w:szCs w:val="24"/>
        </w:rPr>
      </w:pPr>
      <w:r w:rsidRPr="00446831">
        <w:rPr>
          <w:b/>
          <w:sz w:val="24"/>
          <w:szCs w:val="24"/>
        </w:rPr>
        <w:t>SORULAR</w:t>
      </w:r>
    </w:p>
    <w:p w14:paraId="5B36E9F7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1. Supap yuvalarında oluşan arızalar nelerdir? (15 Puan)</w:t>
      </w:r>
    </w:p>
    <w:p w14:paraId="64BAA256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2. Supap yuva genişliği emme ve egzoz supabı yuvalarında kaç mm olmalıdır? (15 Puan)</w:t>
      </w:r>
    </w:p>
    <w:p w14:paraId="66F2B5E0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3. Bazı yapımcılar supap oturma yüzeylerinin yuva açısından kaç derece eksik taşlanmasını önermektedirler? (10 Puan)</w:t>
      </w:r>
    </w:p>
    <w:p w14:paraId="08383D27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4. Supap başı üst kenar et kalınlığı hangi değerin altına düşerse supap kullanılmamalıdır? (10 Puan)</w:t>
      </w:r>
    </w:p>
    <w:p w14:paraId="708EAE6C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5. Supap kılavuzunun aşıntısını belirlemek için hangi ölçme aletleri kullanılır? (10 Puan)</w:t>
      </w:r>
    </w:p>
    <w:p w14:paraId="2CC65A59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6. Supap kılavuzunda boşluğun fazla olmasının motor üzerindeki belirtileri nelerdir? (10 Puan)</w:t>
      </w:r>
    </w:p>
    <w:p w14:paraId="5084DE93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7. Supap kılavuzlarının görevi nedir? (10 Puan)</w:t>
      </w:r>
    </w:p>
    <w:p w14:paraId="145B89DE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8. İticilerin görevi nedir? (10 Puan)</w:t>
      </w:r>
    </w:p>
    <w:p w14:paraId="16C4C2AC" w14:textId="77777777" w:rsidR="003554A7" w:rsidRPr="00446831" w:rsidRDefault="00000000" w:rsidP="00446831">
      <w:pPr>
        <w:spacing w:after="60" w:line="360" w:lineRule="auto"/>
        <w:rPr>
          <w:sz w:val="22"/>
        </w:rPr>
      </w:pPr>
      <w:r w:rsidRPr="00446831">
        <w:rPr>
          <w:b/>
          <w:sz w:val="22"/>
        </w:rPr>
        <w:t>9. Supaplar arızalandığında motorda görülen belirtiler nelerdir? (10 Puan)</w:t>
      </w:r>
    </w:p>
    <w:p w14:paraId="156CFCBB" w14:textId="0169D057" w:rsidR="003554A7" w:rsidRDefault="00000000" w:rsidP="00446831">
      <w:pPr>
        <w:spacing w:before="60" w:after="2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6831">
        <w:rPr>
          <w:b/>
        </w:rPr>
        <w:tab/>
        <w:t xml:space="preserve">         </w:t>
      </w:r>
      <w:proofErr w:type="spellStart"/>
      <w:r>
        <w:rPr>
          <w:b/>
        </w:rPr>
        <w:t>Başarılar</w:t>
      </w:r>
      <w:proofErr w:type="spellEnd"/>
    </w:p>
    <w:p w14:paraId="112846E9" w14:textId="77777777" w:rsidR="003554A7" w:rsidRDefault="00000000" w:rsidP="00446831">
      <w:pPr>
        <w:spacing w:after="0" w:line="360" w:lineRule="auto"/>
        <w:ind w:left="5760" w:firstLine="720"/>
      </w:pPr>
      <w:r>
        <w:rPr>
          <w:b/>
        </w:rPr>
        <w:t>Mot.Arç.Tekn Öğrt Abdullah YANIK</w:t>
      </w:r>
    </w:p>
    <w:p w14:paraId="51351C3B" w14:textId="77777777" w:rsidR="003554A7" w:rsidRDefault="00000000">
      <w:r>
        <w:br w:type="page"/>
      </w:r>
    </w:p>
    <w:p w14:paraId="5EECC074" w14:textId="77777777" w:rsidR="00446831" w:rsidRDefault="00446831">
      <w:pPr>
        <w:spacing w:after="100"/>
        <w:jc w:val="center"/>
        <w:rPr>
          <w:b/>
          <w:sz w:val="24"/>
          <w:szCs w:val="24"/>
        </w:rPr>
      </w:pPr>
    </w:p>
    <w:p w14:paraId="7D88D720" w14:textId="654338F3" w:rsidR="003554A7" w:rsidRDefault="00000000">
      <w:pPr>
        <w:spacing w:after="100"/>
        <w:jc w:val="center"/>
        <w:rPr>
          <w:b/>
          <w:sz w:val="24"/>
          <w:szCs w:val="24"/>
        </w:rPr>
      </w:pPr>
      <w:r w:rsidRPr="00446831">
        <w:rPr>
          <w:b/>
          <w:sz w:val="24"/>
          <w:szCs w:val="24"/>
        </w:rPr>
        <w:t xml:space="preserve">2026/2027 SUPAP SİSTEMİ YENİLEŞTİRME DERSİ </w:t>
      </w:r>
      <w:proofErr w:type="gramStart"/>
      <w:r w:rsidRPr="00446831">
        <w:rPr>
          <w:b/>
          <w:sz w:val="24"/>
          <w:szCs w:val="24"/>
        </w:rPr>
        <w:t>2.DÖNEM</w:t>
      </w:r>
      <w:proofErr w:type="gramEnd"/>
      <w:r w:rsidRPr="00446831">
        <w:rPr>
          <w:b/>
          <w:sz w:val="24"/>
          <w:szCs w:val="24"/>
        </w:rPr>
        <w:t xml:space="preserve"> </w:t>
      </w:r>
      <w:proofErr w:type="gramStart"/>
      <w:r w:rsidRPr="00446831">
        <w:rPr>
          <w:b/>
          <w:sz w:val="24"/>
          <w:szCs w:val="24"/>
        </w:rPr>
        <w:t>1.YAZILI</w:t>
      </w:r>
      <w:proofErr w:type="gramEnd"/>
      <w:r w:rsidRPr="00446831">
        <w:rPr>
          <w:b/>
          <w:sz w:val="24"/>
          <w:szCs w:val="24"/>
        </w:rPr>
        <w:t xml:space="preserve"> CEVAP ANAHTARI</w:t>
      </w:r>
    </w:p>
    <w:p w14:paraId="39113C4D" w14:textId="77777777" w:rsidR="00446831" w:rsidRPr="00446831" w:rsidRDefault="00446831">
      <w:pPr>
        <w:spacing w:after="10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3554A7" w:rsidRPr="00446831" w14:paraId="50F88D57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5B1E2B6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1. Supap yuvalarında oluşan arızalar nelerdir? (15 Puan)</w:t>
            </w:r>
          </w:p>
          <w:p w14:paraId="14530BCE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Yanma, çatlama, şekil bozukluğu, korozyon, aşınma ve çukurlaşmadır.</w:t>
            </w:r>
          </w:p>
        </w:tc>
      </w:tr>
      <w:tr w:rsidR="003554A7" w:rsidRPr="00446831" w14:paraId="72B1F76A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A532296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2. Supap yuva genişliği emme ve egzoz supabı yuvalarında kaç mm olmalıdır? (15 Puan)</w:t>
            </w:r>
          </w:p>
          <w:p w14:paraId="1262C87C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Emme supabı yuvalarında 1,7-2,2 mm; egzoz supabı yuvalarında 2,2-2,5 mm arasında olmalıdır.</w:t>
            </w:r>
          </w:p>
        </w:tc>
      </w:tr>
      <w:tr w:rsidR="003554A7" w:rsidRPr="00446831" w14:paraId="4D74309D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6D8A74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3. Bazı yapımcılar supap oturma yüzeylerinin yuva açısından kaç derece eksik taşlanmasını önermektedirler? (10 Puan)</w:t>
            </w:r>
          </w:p>
          <w:p w14:paraId="7565622C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Bir derece eksik taşlanması önerilmektedir.</w:t>
            </w:r>
          </w:p>
        </w:tc>
      </w:tr>
      <w:tr w:rsidR="003554A7" w:rsidRPr="00446831" w14:paraId="5581F636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D79CFF9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4. Supap başı üst kenar et kalınlığı hangi değerin altına düşerse supap kullanılmamalıdır? (10 Puan)</w:t>
            </w:r>
          </w:p>
          <w:p w14:paraId="452C7499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Yenisine göre yarı yarıya azalmışsa veya 0,8 mm'nin altına düşmüşse kullanılmamalıdır.</w:t>
            </w:r>
          </w:p>
        </w:tc>
      </w:tr>
      <w:tr w:rsidR="003554A7" w:rsidRPr="00446831" w14:paraId="769451FB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5CF4D48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5. Supap kılavuzunun aşıntısını belirlemek için hangi ölçme aletleri kullanılır? (10 Puan)</w:t>
            </w:r>
          </w:p>
          <w:p w14:paraId="2CD4B0ED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Komparatör veya teleskopik geyç ve mikrometre gibi ölçme aletleri kullanılır.</w:t>
            </w:r>
          </w:p>
        </w:tc>
      </w:tr>
      <w:tr w:rsidR="003554A7" w:rsidRPr="00446831" w14:paraId="32DF2C3D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319FAE0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6. Supap kılavuzunda boşluğun fazla olmasının motor üzerindeki belirtileri nelerdir? (10 Puan)</w:t>
            </w:r>
          </w:p>
          <w:p w14:paraId="06BA4469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Fazla yağ tüketimi, supabın titreşimli çalışması ve supap yuvalarının çabuk aşınıp bozulması görülür.</w:t>
            </w:r>
          </w:p>
        </w:tc>
      </w:tr>
      <w:tr w:rsidR="003554A7" w:rsidRPr="00446831" w14:paraId="73B22D05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6B0ED90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7. Supap kılavuzlarının görevi nedir? (10 Puan)</w:t>
            </w:r>
          </w:p>
          <w:p w14:paraId="3C967924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Supapların supap yuvası ekseninde çalışmasını sağlayan silindirik parçalardır.</w:t>
            </w:r>
          </w:p>
        </w:tc>
      </w:tr>
      <w:tr w:rsidR="003554A7" w:rsidRPr="00446831" w14:paraId="7081C446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5761BF2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8. İticilerin görevi nedir? (10 Puan)</w:t>
            </w:r>
          </w:p>
          <w:p w14:paraId="6F1AC198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Kam milindeki kam hareketini külbütör manivelasına veya supap başına iletmektir.</w:t>
            </w:r>
          </w:p>
        </w:tc>
      </w:tr>
      <w:tr w:rsidR="003554A7" w:rsidRPr="00446831" w14:paraId="2DDC5E60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53AC8A" w14:textId="77777777" w:rsidR="003554A7" w:rsidRPr="00446831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446831">
              <w:rPr>
                <w:b/>
                <w:sz w:val="24"/>
                <w:szCs w:val="24"/>
              </w:rPr>
              <w:t>9. Supaplar arızalandığında motorda görülen belirtiler nelerdir? (10 Puan)</w:t>
            </w:r>
          </w:p>
          <w:p w14:paraId="4E0EEE64" w14:textId="77777777" w:rsidR="003554A7" w:rsidRPr="00446831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446831">
              <w:rPr>
                <w:sz w:val="24"/>
                <w:szCs w:val="24"/>
              </w:rPr>
              <w:t>Yağ tüketimi artar, egzoz dumanlı olur, motor gücü azalır, motor gürültülü çalışır, rölanti bozulur, geri ateşleme/patlamalı yanma ve düşük kompresyon görülebilir.</w:t>
            </w:r>
          </w:p>
        </w:tc>
      </w:tr>
    </w:tbl>
    <w:p w14:paraId="7A1D5FDD" w14:textId="77777777" w:rsidR="00B12820" w:rsidRDefault="00B12820"/>
    <w:sectPr w:rsidR="00B12820" w:rsidSect="00034616">
      <w:pgSz w:w="12240" w:h="15840"/>
      <w:pgMar w:top="709" w:right="850" w:bottom="65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214752">
    <w:abstractNumId w:val="8"/>
  </w:num>
  <w:num w:numId="2" w16cid:durableId="1012343036">
    <w:abstractNumId w:val="6"/>
  </w:num>
  <w:num w:numId="3" w16cid:durableId="1975257102">
    <w:abstractNumId w:val="5"/>
  </w:num>
  <w:num w:numId="4" w16cid:durableId="1818103407">
    <w:abstractNumId w:val="4"/>
  </w:num>
  <w:num w:numId="5" w16cid:durableId="1951934661">
    <w:abstractNumId w:val="7"/>
  </w:num>
  <w:num w:numId="6" w16cid:durableId="951933897">
    <w:abstractNumId w:val="3"/>
  </w:num>
  <w:num w:numId="7" w16cid:durableId="1066488927">
    <w:abstractNumId w:val="2"/>
  </w:num>
  <w:num w:numId="8" w16cid:durableId="1342439535">
    <w:abstractNumId w:val="1"/>
  </w:num>
  <w:num w:numId="9" w16cid:durableId="13507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54A7"/>
    <w:rsid w:val="00446831"/>
    <w:rsid w:val="005907FC"/>
    <w:rsid w:val="00AA1D8D"/>
    <w:rsid w:val="00B1282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63F"/>
  <w14:defaultImageDpi w14:val="300"/>
  <w15:docId w15:val="{41FCF5D4-91F6-4FB8-B623-2072C117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2026-09-06T15:37:00Z</dcterms:modified>
  <cp:category/>
</cp:coreProperties>
</file>