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302DE" w14:textId="77777777" w:rsidR="00862A9B" w:rsidRPr="00862A9B" w:rsidRDefault="00862A9B" w:rsidP="00862A9B">
      <w:pPr>
        <w:spacing w:after="20" w:line="360" w:lineRule="auto"/>
        <w:jc w:val="center"/>
        <w:rPr>
          <w:b/>
          <w:sz w:val="22"/>
        </w:rPr>
      </w:pPr>
      <w:r w:rsidRPr="00862A9B">
        <w:rPr>
          <w:b/>
          <w:sz w:val="22"/>
        </w:rPr>
        <w:t>YAHŞİHAN MESLEKİ EĞİTİM MERKEZİ</w:t>
      </w:r>
    </w:p>
    <w:p w14:paraId="74CFB30C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F14D12A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DİZEL YAKIT SİSTEMLERİ DERSİ 2.DÖNEM 1.YAZILI YOKLAMASI</w:t>
      </w:r>
    </w:p>
    <w:p w14:paraId="3CA91133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3D059C4E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1B4A40D1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Hidrolik dizel enjektörünün görevlerini ve iyi bir püskürtmede bulunması gereken özellikleri maddeler hâlinde yazınız. (15 Puan)</w:t>
      </w:r>
    </w:p>
    <w:p w14:paraId="0AA55BA9" w14:textId="77777777" w:rsidR="005A3BFA" w:rsidRDefault="00000000">
      <w:pPr>
        <w:spacing w:after="80"/>
      </w:pPr>
      <w:r>
        <w:rPr>
          <w:sz w:val="20"/>
        </w:rPr>
        <w:t>2. Dizel yakıt sisteminde hava bulunmasının nedenlerini ve motorda oluşturabileceği iki sorunu yazınız. (15 Puan)</w:t>
      </w:r>
    </w:p>
    <w:p w14:paraId="04BA0BAF" w14:textId="77777777" w:rsidR="005A3BFA" w:rsidRDefault="00000000">
      <w:pPr>
        <w:spacing w:after="80"/>
      </w:pPr>
      <w:r>
        <w:rPr>
          <w:sz w:val="20"/>
        </w:rPr>
        <w:t>3. Dizel yakıt sisteminin havası genel olarak nasıl alınır? Kısaca açıklayınız. (10 Puan)</w:t>
      </w:r>
    </w:p>
    <w:p w14:paraId="705EEF45" w14:textId="77777777" w:rsidR="005A3BFA" w:rsidRDefault="00000000">
      <w:pPr>
        <w:spacing w:after="80"/>
      </w:pPr>
      <w:r>
        <w:rPr>
          <w:sz w:val="20"/>
        </w:rPr>
        <w:t>4. Isıtma bujisinin görevi nedir? (10 Puan)</w:t>
      </w:r>
    </w:p>
    <w:p w14:paraId="050E1AD6" w14:textId="77777777" w:rsidR="005A3BFA" w:rsidRDefault="00000000">
      <w:pPr>
        <w:spacing w:after="80"/>
      </w:pPr>
      <w:r>
        <w:rPr>
          <w:sz w:val="20"/>
        </w:rPr>
        <w:t>5. Turboşarjın motora sağladığı temel fayda nedir? (10 Puan)</w:t>
      </w:r>
    </w:p>
    <w:p w14:paraId="09284575" w14:textId="77777777" w:rsidR="005A3BFA" w:rsidRDefault="00000000">
      <w:pPr>
        <w:spacing w:after="80"/>
      </w:pPr>
      <w:r>
        <w:rPr>
          <w:sz w:val="20"/>
        </w:rPr>
        <w:t>6. Intercooler neden kullanılır? (10 Puan)</w:t>
      </w:r>
    </w:p>
    <w:p w14:paraId="68FD5871" w14:textId="77777777" w:rsidR="005A3BFA" w:rsidRDefault="00000000">
      <w:pPr>
        <w:spacing w:after="80"/>
      </w:pPr>
      <w:r>
        <w:rPr>
          <w:sz w:val="20"/>
        </w:rPr>
        <w:t>7. Turboşarjdan çıkan sıkıştırılmış havayı soğutan elemana .................... denir. (10 Puan)</w:t>
      </w:r>
    </w:p>
    <w:p w14:paraId="5A36D711" w14:textId="77777777" w:rsidR="005A3BFA" w:rsidRDefault="00000000">
      <w:pPr>
        <w:spacing w:after="80"/>
      </w:pPr>
      <w:r>
        <w:rPr>
          <w:sz w:val="20"/>
        </w:rPr>
        <w:t>8. Soğuk dizel motorunun ilk çalışmasını kolaylaştıran elemana .................... denir. (10 Puan)</w:t>
      </w:r>
    </w:p>
    <w:p w14:paraId="04E59639" w14:textId="77777777" w:rsidR="005A3BFA" w:rsidRDefault="00000000">
      <w:pPr>
        <w:spacing w:after="80"/>
      </w:pPr>
      <w:r>
        <w:rPr>
          <w:sz w:val="20"/>
        </w:rPr>
        <w:t>9. (   ) Yakıt sisteminde hava bulunması motorun geç çalışmasına veya hiç çalışmamasına neden olabilir. (5 Puan)</w:t>
      </w:r>
    </w:p>
    <w:p w14:paraId="76C0C386" w14:textId="77777777" w:rsidR="005A3BFA" w:rsidRDefault="00000000">
      <w:pPr>
        <w:spacing w:after="80"/>
      </w:pPr>
      <w:r>
        <w:rPr>
          <w:sz w:val="20"/>
        </w:rPr>
        <w:t>10. (   ) Intercooler'ın görevi motor yağını soğutmaktır. (5 Puan)</w:t>
      </w:r>
    </w:p>
    <w:p w14:paraId="5C19DC12" w14:textId="77777777" w:rsidR="00595F84" w:rsidRDefault="00595F84">
      <w:pPr>
        <w:spacing w:after="80" w:line="240" w:lineRule="auto"/>
      </w:pPr>
    </w:p>
    <w:p w14:paraId="671C8A0F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4CE95464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2E574C3B" w14:textId="77777777" w:rsidR="002D6A66" w:rsidRDefault="00000000">
      <w:r>
        <w:br w:type="page"/>
      </w:r>
    </w:p>
    <w:p w14:paraId="66144D58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DİZEL YAKIT SİSTEMLERİ DERSİ 2.DÖNEM 1.YAZILI CEVAP ANAHTARI</w:t>
      </w:r>
    </w:p>
    <w:p w14:paraId="33E827F9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5A3BFA" w14:paraId="045F664B" w14:textId="77777777">
        <w:trPr>
          <w:jc w:val="center"/>
        </w:trPr>
        <w:tc>
          <w:tcPr>
            <w:tcW w:w="10596" w:type="dxa"/>
          </w:tcPr>
          <w:p w14:paraId="6C5250B9" w14:textId="77777777" w:rsidR="005A3BFA" w:rsidRDefault="00000000">
            <w:pPr>
              <w:spacing w:after="40"/>
            </w:pPr>
            <w:r>
              <w:rPr>
                <w:b/>
              </w:rPr>
              <w:t>1. Hidrolik dizel enjektörünün görevlerini ve iyi bir püskürtmede bulunması gereken özellikleri maddeler hâlinde yazınız. (15 Puan)</w:t>
            </w:r>
          </w:p>
          <w:p w14:paraId="2CEFBE2C" w14:textId="77777777" w:rsidR="005A3BFA" w:rsidRDefault="00000000">
            <w:r>
              <w:t>Yakıtı yanma odasına gerekli basınçta püskürtmek; yakıtı ince zerreciklere ayırmak; uygun püskürtme şekli oluşturmak; püskürtme sonunda damlatma yapmamak.</w:t>
            </w:r>
          </w:p>
        </w:tc>
      </w:tr>
      <w:tr w:rsidR="005A3BFA" w14:paraId="24CF1B47" w14:textId="77777777">
        <w:trPr>
          <w:jc w:val="center"/>
        </w:trPr>
        <w:tc>
          <w:tcPr>
            <w:tcW w:w="10596" w:type="dxa"/>
          </w:tcPr>
          <w:p w14:paraId="5AE40996" w14:textId="77777777" w:rsidR="005A3BFA" w:rsidRDefault="00000000">
            <w:pPr>
              <w:spacing w:after="40"/>
            </w:pPr>
            <w:r>
              <w:rPr>
                <w:b/>
              </w:rPr>
              <w:t>2. Dizel yakıt sisteminde hava bulunmasının nedenlerini ve motorda oluşturabileceği iki sorunu yazınız. (15 Puan)</w:t>
            </w:r>
          </w:p>
          <w:p w14:paraId="79509E20" w14:textId="77777777" w:rsidR="005A3BFA" w:rsidRDefault="00000000">
            <w:r>
              <w:t>Nedenler: Yakıtın bitmesi, bağlantıların gevşek/sızdırır olması, filtre veya hatların sökülmesi. Sorunlar: Motorun geç çalışması veya çalışmaması; düzensiz çalışma ve güç kaybı.</w:t>
            </w:r>
          </w:p>
        </w:tc>
      </w:tr>
      <w:tr w:rsidR="005A3BFA" w14:paraId="6AB55B7D" w14:textId="77777777">
        <w:trPr>
          <w:jc w:val="center"/>
        </w:trPr>
        <w:tc>
          <w:tcPr>
            <w:tcW w:w="10596" w:type="dxa"/>
          </w:tcPr>
          <w:p w14:paraId="38562AC4" w14:textId="77777777" w:rsidR="005A3BFA" w:rsidRDefault="00000000">
            <w:pPr>
              <w:spacing w:after="40"/>
            </w:pPr>
            <w:r>
              <w:rPr>
                <w:b/>
              </w:rPr>
              <w:t>3. Dizel yakıt sisteminin havası genel olarak nasıl alınır? Kısaca açıklayınız. (10 Puan)</w:t>
            </w:r>
          </w:p>
          <w:p w14:paraId="5CB36EFA" w14:textId="77777777" w:rsidR="005A3BFA" w:rsidRDefault="00000000">
            <w:r>
              <w:t>Sistem yakıtla doldurulur; üretici tarafından belirtilen hava alma noktaları açılır; el pompası veya uygun yöntemle hava kabarcığı kalmadan yakıt gelinceye kadar pompalama yapılır ve bağlantılar kapatılır.</w:t>
            </w:r>
          </w:p>
        </w:tc>
      </w:tr>
      <w:tr w:rsidR="005A3BFA" w14:paraId="4915BD45" w14:textId="77777777">
        <w:trPr>
          <w:jc w:val="center"/>
        </w:trPr>
        <w:tc>
          <w:tcPr>
            <w:tcW w:w="10596" w:type="dxa"/>
          </w:tcPr>
          <w:p w14:paraId="4A83AF1D" w14:textId="77777777" w:rsidR="005A3BFA" w:rsidRDefault="00000000">
            <w:pPr>
              <w:spacing w:after="40"/>
            </w:pPr>
            <w:r>
              <w:rPr>
                <w:b/>
              </w:rPr>
              <w:t>4. Isıtma bujisinin görevi nedir? (10 Puan)</w:t>
            </w:r>
          </w:p>
          <w:p w14:paraId="38E1CA2C" w14:textId="77777777" w:rsidR="005A3BFA" w:rsidRDefault="00000000">
            <w:r>
              <w:t>Özellikle soğukta ilk çalışmayı kolaylaştırmak için yanma odasındaki havanın/sıkıştırma bölgesinin sıcaklığını yükseltmektir.</w:t>
            </w:r>
          </w:p>
        </w:tc>
      </w:tr>
      <w:tr w:rsidR="005A3BFA" w14:paraId="6B45E9B0" w14:textId="77777777">
        <w:trPr>
          <w:jc w:val="center"/>
        </w:trPr>
        <w:tc>
          <w:tcPr>
            <w:tcW w:w="10596" w:type="dxa"/>
          </w:tcPr>
          <w:p w14:paraId="620ADE40" w14:textId="77777777" w:rsidR="005A3BFA" w:rsidRDefault="00000000">
            <w:pPr>
              <w:spacing w:after="40"/>
            </w:pPr>
            <w:r>
              <w:rPr>
                <w:b/>
              </w:rPr>
              <w:t>5. Turboşarjın motora sağladığı temel fayda nedir? (10 Puan)</w:t>
            </w:r>
          </w:p>
          <w:p w14:paraId="55FD2374" w14:textId="77777777" w:rsidR="005A3BFA" w:rsidRDefault="00000000">
            <w:r>
              <w:t>Silindirlere daha fazla hava göndererek daha fazla yakıtın verimli yakılmasına, motor gücü ve torkunun artırılmasına yardımcı olur.</w:t>
            </w:r>
          </w:p>
        </w:tc>
      </w:tr>
      <w:tr w:rsidR="005A3BFA" w14:paraId="044EF92E" w14:textId="77777777">
        <w:trPr>
          <w:jc w:val="center"/>
        </w:trPr>
        <w:tc>
          <w:tcPr>
            <w:tcW w:w="10596" w:type="dxa"/>
          </w:tcPr>
          <w:p w14:paraId="7422E8E4" w14:textId="77777777" w:rsidR="005A3BFA" w:rsidRDefault="00000000">
            <w:pPr>
              <w:spacing w:after="40"/>
            </w:pPr>
            <w:r>
              <w:rPr>
                <w:b/>
              </w:rPr>
              <w:t>6. Intercooler neden kullanılır? (10 Puan)</w:t>
            </w:r>
          </w:p>
          <w:p w14:paraId="7A4D58A7" w14:textId="77777777" w:rsidR="005A3BFA" w:rsidRDefault="00000000">
            <w:r>
              <w:t>Turboşarj tarafından sıkıştırılan ve ısınan havayı soğutarak yoğunluğunu artırmak ve silindirlere daha fazla oksijen girmesini sağlamak için kullanılır.</w:t>
            </w:r>
          </w:p>
        </w:tc>
      </w:tr>
      <w:tr w:rsidR="005A3BFA" w14:paraId="1C420870" w14:textId="77777777">
        <w:trPr>
          <w:jc w:val="center"/>
        </w:trPr>
        <w:tc>
          <w:tcPr>
            <w:tcW w:w="10596" w:type="dxa"/>
          </w:tcPr>
          <w:p w14:paraId="64BA0C96" w14:textId="77777777" w:rsidR="005A3BFA" w:rsidRDefault="00000000">
            <w:pPr>
              <w:spacing w:after="40"/>
            </w:pPr>
            <w:r>
              <w:rPr>
                <w:b/>
              </w:rPr>
              <w:t>7. Turboşarjdan çıkan sıkıştırılmış havayı soğutan elemana .................... denir. (10 Puan)</w:t>
            </w:r>
          </w:p>
          <w:p w14:paraId="5081BD25" w14:textId="77777777" w:rsidR="005A3BFA" w:rsidRDefault="00000000">
            <w:r>
              <w:t>intercooler</w:t>
            </w:r>
          </w:p>
        </w:tc>
      </w:tr>
      <w:tr w:rsidR="005A3BFA" w14:paraId="22B75331" w14:textId="77777777">
        <w:trPr>
          <w:jc w:val="center"/>
        </w:trPr>
        <w:tc>
          <w:tcPr>
            <w:tcW w:w="10596" w:type="dxa"/>
          </w:tcPr>
          <w:p w14:paraId="2C4A7BEB" w14:textId="77777777" w:rsidR="005A3BFA" w:rsidRDefault="00000000">
            <w:pPr>
              <w:spacing w:after="40"/>
            </w:pPr>
            <w:r>
              <w:rPr>
                <w:b/>
              </w:rPr>
              <w:t>8. Soğuk dizel motorunun ilk çalışmasını kolaylaştıran elemana .................... denir. (10 Puan)</w:t>
            </w:r>
          </w:p>
          <w:p w14:paraId="4080A7EF" w14:textId="77777777" w:rsidR="005A3BFA" w:rsidRDefault="00000000">
            <w:r>
              <w:t>ısıtma bujisi</w:t>
            </w:r>
          </w:p>
        </w:tc>
      </w:tr>
      <w:tr w:rsidR="005A3BFA" w14:paraId="64F6613A" w14:textId="77777777">
        <w:trPr>
          <w:jc w:val="center"/>
        </w:trPr>
        <w:tc>
          <w:tcPr>
            <w:tcW w:w="10596" w:type="dxa"/>
          </w:tcPr>
          <w:p w14:paraId="6DFF50B2" w14:textId="77777777" w:rsidR="005A3BFA" w:rsidRDefault="00000000">
            <w:pPr>
              <w:spacing w:after="40"/>
            </w:pPr>
            <w:r>
              <w:rPr>
                <w:b/>
              </w:rPr>
              <w:t>9. (   ) Yakıt sisteminde hava bulunması motorun geç çalışmasına veya hiç çalışmamasına neden olabilir. (5 Puan)</w:t>
            </w:r>
          </w:p>
          <w:p w14:paraId="76C7AAF5" w14:textId="77777777" w:rsidR="005A3BFA" w:rsidRDefault="00000000">
            <w:r>
              <w:t>Doğru</w:t>
            </w:r>
          </w:p>
        </w:tc>
      </w:tr>
      <w:tr w:rsidR="005A3BFA" w14:paraId="0F402AA5" w14:textId="77777777">
        <w:trPr>
          <w:jc w:val="center"/>
        </w:trPr>
        <w:tc>
          <w:tcPr>
            <w:tcW w:w="10596" w:type="dxa"/>
          </w:tcPr>
          <w:p w14:paraId="5AFCE162" w14:textId="77777777" w:rsidR="005A3BFA" w:rsidRDefault="00000000">
            <w:pPr>
              <w:spacing w:after="40"/>
            </w:pPr>
            <w:r>
              <w:rPr>
                <w:b/>
              </w:rPr>
              <w:t>10. (   ) Intercooler'ın görevi motor yağını soğutmaktır. (5 Puan)</w:t>
            </w:r>
          </w:p>
          <w:p w14:paraId="325F5B59" w14:textId="77777777" w:rsidR="005A3BFA" w:rsidRDefault="00000000">
            <w:r>
              <w:t>Yanlış</w:t>
            </w:r>
          </w:p>
        </w:tc>
      </w:tr>
    </w:tbl>
    <w:p w14:paraId="2BB0B018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595F84"/>
    <w:rsid w:val="005A3BFA"/>
    <w:rsid w:val="006032C4"/>
    <w:rsid w:val="007F4F78"/>
    <w:rsid w:val="00862A9B"/>
    <w:rsid w:val="00AA1D8D"/>
    <w:rsid w:val="00B47730"/>
    <w:rsid w:val="00CB0664"/>
    <w:rsid w:val="00DA68DD"/>
    <w:rsid w:val="00DF3F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624D9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2026-09-12T18:57:00Z</dcterms:modified>
  <cp:category/>
</cp:coreProperties>
</file>