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6245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YAHŞİHAN MESLEKİ EĞİTİM MERKEZİ</w:t>
      </w:r>
    </w:p>
    <w:p w14:paraId="0860F013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2026/2027 EĞİTİM ÖĞRETİM YILI MOTORLU ARAÇLAR TEKNOLOJİSİ ALANI</w:t>
      </w:r>
    </w:p>
    <w:p w14:paraId="09E6B7E3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ÖN DÜZEN AYARLARI DERSİ 1. DÖNEM 1. YAZILI SINAVI - A GRUBU</w:t>
      </w:r>
    </w:p>
    <w:p w14:paraId="73292EAB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0DF04099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54EAE567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1.</w:t>
      </w:r>
      <w:r w:rsidRPr="00123045">
        <w:rPr>
          <w:sz w:val="22"/>
        </w:rPr>
        <w:t xml:space="preserve"> Tekerlek balansının amacı nedir? (10 Puan)</w:t>
      </w:r>
    </w:p>
    <w:p w14:paraId="1B8C5250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2.</w:t>
      </w:r>
      <w:r w:rsidRPr="00123045">
        <w:rPr>
          <w:sz w:val="22"/>
        </w:rPr>
        <w:t xml:space="preserve"> Statik balans nedir? (10 Puan)</w:t>
      </w:r>
    </w:p>
    <w:p w14:paraId="0673E059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3.</w:t>
      </w:r>
      <w:r w:rsidRPr="00123045">
        <w:rPr>
          <w:sz w:val="22"/>
        </w:rPr>
        <w:t xml:space="preserve"> Dinamik balans nedir? (10 Puan)</w:t>
      </w:r>
    </w:p>
    <w:p w14:paraId="11209B8B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4.</w:t>
      </w:r>
      <w:r w:rsidRPr="00123045">
        <w:rPr>
          <w:sz w:val="22"/>
        </w:rPr>
        <w:t xml:space="preserve"> Balanssızlığın nedenlerini maddeler hâlinde yazınız. (10 Puan)</w:t>
      </w:r>
    </w:p>
    <w:p w14:paraId="1B365756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5.</w:t>
      </w:r>
      <w:r w:rsidRPr="00123045">
        <w:rPr>
          <w:sz w:val="22"/>
        </w:rPr>
        <w:t xml:space="preserve"> Balanssız tekerleğin araç üzerindeki etkilerini maddeler hâlinde yazınız. (10 Puan)</w:t>
      </w:r>
    </w:p>
    <w:p w14:paraId="288B4441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6.</w:t>
      </w:r>
      <w:r w:rsidRPr="00123045">
        <w:rPr>
          <w:sz w:val="22"/>
        </w:rPr>
        <w:t xml:space="preserve"> Seyyar balans cihazı ile hangi tür balans ölçülür? (10 Puan)</w:t>
      </w:r>
    </w:p>
    <w:p w14:paraId="2BC89B2A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7.</w:t>
      </w:r>
      <w:r w:rsidRPr="00123045">
        <w:rPr>
          <w:sz w:val="22"/>
        </w:rPr>
        <w:t xml:space="preserve"> Sabit balans cihazının temel özelliği nedir? (10 Puan)</w:t>
      </w:r>
    </w:p>
    <w:p w14:paraId="6599AC9B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8.</w:t>
      </w:r>
      <w:r w:rsidRPr="00123045">
        <w:rPr>
          <w:sz w:val="22"/>
        </w:rPr>
        <w:t xml:space="preserve"> Rot başının görevi nedir? (10 Puan)</w:t>
      </w:r>
    </w:p>
    <w:p w14:paraId="60007105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9.</w:t>
      </w:r>
      <w:r w:rsidRPr="00123045">
        <w:rPr>
          <w:sz w:val="22"/>
        </w:rPr>
        <w:t xml:space="preserve"> Rot başı arızasında hangi belirti görülebilir? (10 Puan)</w:t>
      </w:r>
    </w:p>
    <w:p w14:paraId="7644B031" w14:textId="77777777" w:rsidR="00D221F6" w:rsidRPr="00123045" w:rsidRDefault="00000000" w:rsidP="00482046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10.</w:t>
      </w:r>
      <w:r w:rsidRPr="00123045">
        <w:rPr>
          <w:sz w:val="22"/>
        </w:rPr>
        <w:t xml:space="preserve"> Rotilin görevi nedir? (10 Puan)</w:t>
      </w:r>
    </w:p>
    <w:p w14:paraId="308FF7B7" w14:textId="77777777" w:rsidR="00123045" w:rsidRPr="00123045" w:rsidRDefault="00123045">
      <w:pPr>
        <w:spacing w:after="80"/>
        <w:rPr>
          <w:sz w:val="22"/>
        </w:rPr>
      </w:pPr>
    </w:p>
    <w:p w14:paraId="57BB478E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46B4FEA2" w14:textId="34669389" w:rsidR="00D221F6" w:rsidRDefault="00000000">
      <w:proofErr w:type="spellStart"/>
      <w:r>
        <w:rPr>
          <w:sz w:val="18"/>
        </w:rPr>
        <w:t>Süre</w:t>
      </w:r>
      <w:proofErr w:type="spellEnd"/>
      <w:r>
        <w:rPr>
          <w:sz w:val="18"/>
        </w:rPr>
        <w:t xml:space="preserve">: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289963D8" w14:textId="77777777" w:rsidR="00D221F6" w:rsidRDefault="00000000">
      <w:r>
        <w:br w:type="page"/>
      </w:r>
    </w:p>
    <w:p w14:paraId="1F982AE4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lastRenderedPageBreak/>
        <w:t>YAHŞİHAN MESLEKİ EĞİTİM MERKEZİ</w:t>
      </w:r>
    </w:p>
    <w:p w14:paraId="2BB22301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2026/2027 EĞİTİM ÖĞRETİM YILI MOTORLU ARAÇLAR TEKNOLOJİSİ ALANI</w:t>
      </w:r>
    </w:p>
    <w:p w14:paraId="6BF59D5A" w14:textId="77777777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 w:rsidRPr="00123045">
        <w:rPr>
          <w:b/>
          <w:sz w:val="24"/>
          <w:szCs w:val="24"/>
        </w:rPr>
        <w:t>ÖN DÜZEN AYARLARI DERSİ 1. DÖNEM 1. YAZILI SINAVI - A GRUBU CEVAP ANAHTARI</w:t>
      </w:r>
    </w:p>
    <w:p w14:paraId="6504AF81" w14:textId="77777777" w:rsidR="00123045" w:rsidRPr="00123045" w:rsidRDefault="00123045" w:rsidP="00123045">
      <w:pPr>
        <w:spacing w:after="20" w:line="360" w:lineRule="auto"/>
        <w:jc w:val="center"/>
        <w:rPr>
          <w:sz w:val="24"/>
          <w:szCs w:val="24"/>
        </w:rPr>
      </w:pPr>
    </w:p>
    <w:p w14:paraId="18EA1480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1.</w:t>
      </w:r>
      <w:r w:rsidRPr="00123045">
        <w:rPr>
          <w:sz w:val="22"/>
        </w:rPr>
        <w:t xml:space="preserve"> Tekerlek balansının amacı nedir? (10 Puan)</w:t>
      </w:r>
    </w:p>
    <w:p w14:paraId="67213988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Tekerleğin titreşim ve dengesizlik oluşturmadan düzgün dönmesini sağlamaktır.</w:t>
      </w:r>
    </w:p>
    <w:p w14:paraId="00A8F7BE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2.</w:t>
      </w:r>
      <w:r w:rsidRPr="00123045">
        <w:rPr>
          <w:sz w:val="22"/>
        </w:rPr>
        <w:t xml:space="preserve"> Statik balans nedir? (10 Puan)</w:t>
      </w:r>
    </w:p>
    <w:p w14:paraId="6D34E5A0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Tekerlek ağırlığının çevresel yapıya eşit dağılmasıyla sağlanan durgun dengedir.</w:t>
      </w:r>
    </w:p>
    <w:p w14:paraId="215A0E69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3.</w:t>
      </w:r>
      <w:r w:rsidRPr="00123045">
        <w:rPr>
          <w:sz w:val="22"/>
        </w:rPr>
        <w:t xml:space="preserve"> Dinamik balans nedir? (10 Puan)</w:t>
      </w:r>
    </w:p>
    <w:p w14:paraId="16E784B9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Tekerlek ekseni ile ağırlık merkezi ekseninin aynı düzlemde olmasını sağlayan dengedir.</w:t>
      </w:r>
    </w:p>
    <w:p w14:paraId="4ADB77FC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4.</w:t>
      </w:r>
      <w:r w:rsidRPr="00123045">
        <w:rPr>
          <w:sz w:val="22"/>
        </w:rPr>
        <w:t xml:space="preserve"> Balanssızlığın nedenlerini maddeler hâlinde yazınız. (10 Puan)</w:t>
      </w:r>
    </w:p>
    <w:p w14:paraId="6096E306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1. Tekerleğin janta aynı eksende oturmaması.</w:t>
      </w:r>
    </w:p>
    <w:p w14:paraId="17904D46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2. Jantın eğri veya eksenden kaçık olması.</w:t>
      </w:r>
    </w:p>
    <w:p w14:paraId="15F14615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3. Lastiğin düzensiz aşınması.</w:t>
      </w:r>
    </w:p>
    <w:p w14:paraId="641A4A53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4. Tekerleğin janta uygun takılmaması.</w:t>
      </w:r>
    </w:p>
    <w:p w14:paraId="5FA242EB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5.</w:t>
      </w:r>
      <w:r w:rsidRPr="00123045">
        <w:rPr>
          <w:sz w:val="22"/>
        </w:rPr>
        <w:t xml:space="preserve"> Balanssız tekerleğin araç üzerindeki etkilerini maddeler hâlinde yazınız. (10 Puan)</w:t>
      </w:r>
    </w:p>
    <w:p w14:paraId="6EEE195E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1. Direksiyonda titreşim yapar.</w:t>
      </w:r>
    </w:p>
    <w:p w14:paraId="3F502FD9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2. Lastikleri düzensiz aşındırır.</w:t>
      </w:r>
    </w:p>
    <w:p w14:paraId="024865B0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3. Sürüş konforunu azaltır.</w:t>
      </w:r>
    </w:p>
    <w:p w14:paraId="2E71B9DA" w14:textId="77777777" w:rsidR="00D221F6" w:rsidRPr="00123045" w:rsidRDefault="00000000" w:rsidP="00123045">
      <w:pPr>
        <w:spacing w:after="0" w:line="360" w:lineRule="auto"/>
        <w:ind w:left="340"/>
        <w:rPr>
          <w:sz w:val="22"/>
        </w:rPr>
      </w:pPr>
      <w:r w:rsidRPr="00123045">
        <w:rPr>
          <w:sz w:val="22"/>
        </w:rPr>
        <w:t>4. Süspansiyon ve tekerlek yataklarını aşındırır.</w:t>
      </w:r>
    </w:p>
    <w:p w14:paraId="5BF39A6A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6.</w:t>
      </w:r>
      <w:r w:rsidRPr="00123045">
        <w:rPr>
          <w:sz w:val="22"/>
        </w:rPr>
        <w:t xml:space="preserve"> Seyyar balans cihazı ile hangi tür balans ölçülür? (10 Puan)</w:t>
      </w:r>
    </w:p>
    <w:p w14:paraId="2B77CA85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Dinamik balans ölçülür.</w:t>
      </w:r>
    </w:p>
    <w:p w14:paraId="2DA12D61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7.</w:t>
      </w:r>
      <w:r w:rsidRPr="00123045">
        <w:rPr>
          <w:sz w:val="22"/>
        </w:rPr>
        <w:t xml:space="preserve"> Sabit balans cihazının temel özelliği nedir? (10 Puan)</w:t>
      </w:r>
    </w:p>
    <w:p w14:paraId="1B56ACA5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Statik ve dinamik balanssızlığı ölçebilir.</w:t>
      </w:r>
    </w:p>
    <w:p w14:paraId="6729F794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8.</w:t>
      </w:r>
      <w:r w:rsidRPr="00123045">
        <w:rPr>
          <w:sz w:val="22"/>
        </w:rPr>
        <w:t xml:space="preserve"> Rot başının görevi nedir? (10 Puan)</w:t>
      </w:r>
    </w:p>
    <w:p w14:paraId="500BC71A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Direksiyon hareketini rot milinden tekerleğe iletir.</w:t>
      </w:r>
    </w:p>
    <w:p w14:paraId="6EE1FE38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9.</w:t>
      </w:r>
      <w:r w:rsidRPr="00123045">
        <w:rPr>
          <w:sz w:val="22"/>
        </w:rPr>
        <w:t xml:space="preserve"> Rot başı arızasında hangi belirti görülebilir? (10 Puan)</w:t>
      </w:r>
    </w:p>
    <w:p w14:paraId="6EE29903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Direksiyon bağlantılarında boşluk ve vuruntu görülebilir.</w:t>
      </w:r>
    </w:p>
    <w:p w14:paraId="0614ECDF" w14:textId="77777777" w:rsidR="00D221F6" w:rsidRPr="00123045" w:rsidRDefault="00000000" w:rsidP="00123045">
      <w:pPr>
        <w:spacing w:after="20" w:line="360" w:lineRule="auto"/>
        <w:rPr>
          <w:sz w:val="22"/>
        </w:rPr>
      </w:pPr>
      <w:r w:rsidRPr="00123045">
        <w:rPr>
          <w:b/>
          <w:bCs/>
          <w:sz w:val="22"/>
        </w:rPr>
        <w:t>10.</w:t>
      </w:r>
      <w:r w:rsidRPr="00123045">
        <w:rPr>
          <w:sz w:val="22"/>
        </w:rPr>
        <w:t xml:space="preserve"> Rotilin görevi nedir? (10 Puan)</w:t>
      </w:r>
    </w:p>
    <w:p w14:paraId="6BCFE653" w14:textId="77777777" w:rsidR="00D221F6" w:rsidRPr="00123045" w:rsidRDefault="00000000" w:rsidP="00123045">
      <w:pPr>
        <w:spacing w:line="360" w:lineRule="auto"/>
        <w:ind w:left="340"/>
        <w:rPr>
          <w:sz w:val="22"/>
        </w:rPr>
      </w:pPr>
      <w:r w:rsidRPr="00123045">
        <w:rPr>
          <w:sz w:val="22"/>
        </w:rPr>
        <w:t>Aks başını salıncağa hareketli olarak bağlar.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