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2F6C" w14:textId="77777777" w:rsidR="00C2433F" w:rsidRPr="008944DA" w:rsidRDefault="00000000" w:rsidP="008944DA">
      <w:pPr>
        <w:spacing w:after="20" w:line="360" w:lineRule="auto"/>
        <w:jc w:val="center"/>
        <w:rPr>
          <w:sz w:val="24"/>
          <w:szCs w:val="24"/>
        </w:rPr>
      </w:pPr>
      <w:r w:rsidRPr="008944DA">
        <w:rPr>
          <w:b/>
          <w:sz w:val="24"/>
          <w:szCs w:val="24"/>
        </w:rPr>
        <w:t>YAHŞİHAN MESLEKİ EĞİTİM MERKEZİ</w:t>
      </w:r>
    </w:p>
    <w:p w14:paraId="128300E1" w14:textId="77777777" w:rsidR="00C2433F" w:rsidRPr="008944DA" w:rsidRDefault="00000000" w:rsidP="008944DA">
      <w:pPr>
        <w:spacing w:after="20" w:line="360" w:lineRule="auto"/>
        <w:jc w:val="center"/>
        <w:rPr>
          <w:sz w:val="24"/>
          <w:szCs w:val="24"/>
        </w:rPr>
      </w:pPr>
      <w:r w:rsidRPr="008944DA">
        <w:rPr>
          <w:b/>
          <w:sz w:val="24"/>
          <w:szCs w:val="24"/>
        </w:rPr>
        <w:t>2026/2027 EĞİTİM ÖĞRETİM YILI MOTORLU ARAÇLAR TEKNOLOJİSİ ALANI</w:t>
      </w:r>
    </w:p>
    <w:p w14:paraId="46C56585" w14:textId="77777777" w:rsidR="00C2433F" w:rsidRPr="008944DA" w:rsidRDefault="00000000" w:rsidP="008944DA">
      <w:pPr>
        <w:spacing w:after="20" w:line="360" w:lineRule="auto"/>
        <w:jc w:val="center"/>
        <w:rPr>
          <w:sz w:val="24"/>
          <w:szCs w:val="24"/>
        </w:rPr>
      </w:pPr>
      <w:r w:rsidRPr="008944DA">
        <w:rPr>
          <w:b/>
          <w:sz w:val="24"/>
          <w:szCs w:val="24"/>
        </w:rPr>
        <w:t>ÖN DÜZEN AYARLARI DERSİ 1. DÖNEM 1. YAZILI SINAVI - B GRUBU</w:t>
      </w:r>
    </w:p>
    <w:p w14:paraId="1DD4787C" w14:textId="77777777" w:rsidR="00C2433F" w:rsidRPr="008944DA" w:rsidRDefault="00000000" w:rsidP="008944DA">
      <w:pPr>
        <w:spacing w:after="40" w:line="360" w:lineRule="auto"/>
        <w:rPr>
          <w:sz w:val="24"/>
          <w:szCs w:val="24"/>
        </w:rPr>
      </w:pPr>
      <w:r w:rsidRPr="008944DA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7B1EE65D" w14:textId="77777777" w:rsidR="00C2433F" w:rsidRPr="008944DA" w:rsidRDefault="00000000">
      <w:pPr>
        <w:jc w:val="center"/>
        <w:rPr>
          <w:sz w:val="22"/>
        </w:rPr>
      </w:pPr>
      <w:r w:rsidRPr="008944DA">
        <w:rPr>
          <w:b/>
          <w:sz w:val="22"/>
        </w:rPr>
        <w:t>SORULAR</w:t>
      </w:r>
    </w:p>
    <w:p w14:paraId="6B787C43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1.</w:t>
      </w:r>
      <w:r w:rsidRPr="008944DA">
        <w:rPr>
          <w:sz w:val="22"/>
        </w:rPr>
        <w:t xml:space="preserve"> Balans ayarından önce tekerlekte hangi kontroller yapılır? (10 Puan)</w:t>
      </w:r>
    </w:p>
    <w:p w14:paraId="34E2BE1C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2.</w:t>
      </w:r>
      <w:r w:rsidRPr="008944DA">
        <w:rPr>
          <w:sz w:val="22"/>
        </w:rPr>
        <w:t xml:space="preserve"> Statik balanssız bir tekerlek nasıl anlaşılır? (10 Puan)</w:t>
      </w:r>
    </w:p>
    <w:p w14:paraId="245705A8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3.</w:t>
      </w:r>
      <w:r w:rsidRPr="008944DA">
        <w:rPr>
          <w:sz w:val="22"/>
        </w:rPr>
        <w:t xml:space="preserve"> Balans ağırlıkları nereye takılır? (10 Puan)</w:t>
      </w:r>
    </w:p>
    <w:p w14:paraId="192C59A4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4.</w:t>
      </w:r>
      <w:r w:rsidRPr="008944DA">
        <w:rPr>
          <w:sz w:val="22"/>
        </w:rPr>
        <w:t xml:space="preserve"> Sabit balans cihazında işlem ne zaman tamamlanır? (10 Puan)</w:t>
      </w:r>
    </w:p>
    <w:p w14:paraId="6D1CE38B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5.</w:t>
      </w:r>
      <w:r w:rsidRPr="008944DA">
        <w:rPr>
          <w:sz w:val="22"/>
        </w:rPr>
        <w:t xml:space="preserve"> Balanssızlık direksiyonda nasıl hissedilir? (10 Puan)</w:t>
      </w:r>
    </w:p>
    <w:p w14:paraId="5504483E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6.</w:t>
      </w:r>
      <w:r w:rsidRPr="008944DA">
        <w:rPr>
          <w:sz w:val="22"/>
        </w:rPr>
        <w:t xml:space="preserve"> Rot başının rot mili üzerindeki ayarlanabilir olmasının amacı nedir? (10 Puan)</w:t>
      </w:r>
    </w:p>
    <w:p w14:paraId="5FAB9ECE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7.</w:t>
      </w:r>
      <w:r w:rsidRPr="008944DA">
        <w:rPr>
          <w:sz w:val="22"/>
        </w:rPr>
        <w:t xml:space="preserve"> Rot başı toz lastiği yırtılırsa ne olur? (10 Puan)</w:t>
      </w:r>
    </w:p>
    <w:p w14:paraId="2DC8A179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8.</w:t>
      </w:r>
      <w:r w:rsidRPr="008944DA">
        <w:rPr>
          <w:sz w:val="22"/>
        </w:rPr>
        <w:t xml:space="preserve"> Rotil nasıl bir mafsaldır? (10 Puan)</w:t>
      </w:r>
    </w:p>
    <w:p w14:paraId="3E5CE3EE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9.</w:t>
      </w:r>
      <w:r w:rsidRPr="008944DA">
        <w:rPr>
          <w:sz w:val="22"/>
        </w:rPr>
        <w:t xml:space="preserve"> Üst rotil hangi parçaları birbirine bağlar? (10 Puan)</w:t>
      </w:r>
    </w:p>
    <w:p w14:paraId="156E3AD0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10.</w:t>
      </w:r>
      <w:r w:rsidRPr="008944DA">
        <w:rPr>
          <w:sz w:val="22"/>
        </w:rPr>
        <w:t xml:space="preserve"> Rotil boşluğu nasıl kontrol edilir? (10 Puan)</w:t>
      </w:r>
    </w:p>
    <w:p w14:paraId="79DA22C1" w14:textId="77777777" w:rsidR="00C2433F" w:rsidRPr="008944DA" w:rsidRDefault="00000000" w:rsidP="008944DA">
      <w:pPr>
        <w:ind w:left="5040" w:firstLine="720"/>
        <w:jc w:val="center"/>
        <w:rPr>
          <w:szCs w:val="20"/>
        </w:rPr>
      </w:pPr>
      <w:proofErr w:type="spellStart"/>
      <w:r w:rsidRPr="008944DA">
        <w:rPr>
          <w:szCs w:val="20"/>
        </w:rPr>
        <w:t>Başarılar</w:t>
      </w:r>
      <w:proofErr w:type="spellEnd"/>
    </w:p>
    <w:p w14:paraId="40744A70" w14:textId="5BD5563E" w:rsidR="00C2433F" w:rsidRPr="008944DA" w:rsidRDefault="00000000">
      <w:pPr>
        <w:rPr>
          <w:szCs w:val="20"/>
        </w:rPr>
      </w:pPr>
      <w:proofErr w:type="spellStart"/>
      <w:r w:rsidRPr="008944DA">
        <w:rPr>
          <w:szCs w:val="20"/>
        </w:rPr>
        <w:t>Süre</w:t>
      </w:r>
      <w:proofErr w:type="spellEnd"/>
      <w:r w:rsidRPr="008944DA">
        <w:rPr>
          <w:szCs w:val="20"/>
        </w:rPr>
        <w:t xml:space="preserve">: 40 Dk                                                                                    </w:t>
      </w:r>
      <w:proofErr w:type="gramStart"/>
      <w:r w:rsidR="008944DA" w:rsidRPr="008944DA">
        <w:rPr>
          <w:szCs w:val="20"/>
        </w:rPr>
        <w:tab/>
      </w:r>
      <w:r w:rsidR="008944DA" w:rsidRPr="008944DA">
        <w:rPr>
          <w:szCs w:val="20"/>
        </w:rPr>
        <w:tab/>
      </w:r>
      <w:proofErr w:type="spellStart"/>
      <w:r w:rsidRPr="008944DA">
        <w:rPr>
          <w:szCs w:val="20"/>
        </w:rPr>
        <w:t>Mot.Arç.Tekn</w:t>
      </w:r>
      <w:proofErr w:type="spellEnd"/>
      <w:proofErr w:type="gramEnd"/>
      <w:r w:rsidRPr="008944DA">
        <w:rPr>
          <w:szCs w:val="20"/>
        </w:rPr>
        <w:t xml:space="preserve"> Öğrt Abdullah YANIK</w:t>
      </w:r>
    </w:p>
    <w:p w14:paraId="48587C22" w14:textId="77777777" w:rsidR="00C2433F" w:rsidRDefault="00000000">
      <w:r>
        <w:br w:type="page"/>
      </w:r>
    </w:p>
    <w:p w14:paraId="059F0F34" w14:textId="77777777" w:rsidR="00C2433F" w:rsidRPr="008944DA" w:rsidRDefault="00000000">
      <w:pPr>
        <w:spacing w:after="20"/>
        <w:jc w:val="center"/>
        <w:rPr>
          <w:sz w:val="24"/>
          <w:szCs w:val="24"/>
        </w:rPr>
      </w:pPr>
      <w:r w:rsidRPr="008944DA">
        <w:rPr>
          <w:b/>
          <w:sz w:val="24"/>
          <w:szCs w:val="24"/>
        </w:rPr>
        <w:lastRenderedPageBreak/>
        <w:t>YAHŞİHAN MESLEKİ EĞİTİM MERKEZİ</w:t>
      </w:r>
    </w:p>
    <w:p w14:paraId="4216F21E" w14:textId="77777777" w:rsidR="00C2433F" w:rsidRPr="008944DA" w:rsidRDefault="00000000">
      <w:pPr>
        <w:spacing w:after="20"/>
        <w:jc w:val="center"/>
        <w:rPr>
          <w:sz w:val="24"/>
          <w:szCs w:val="24"/>
        </w:rPr>
      </w:pPr>
      <w:r w:rsidRPr="008944DA">
        <w:rPr>
          <w:b/>
          <w:sz w:val="24"/>
          <w:szCs w:val="24"/>
        </w:rPr>
        <w:t>2026/2027 EĞİTİM ÖĞRETİM YILI MOTORLU ARAÇLAR TEKNOLOJİSİ ALANI</w:t>
      </w:r>
    </w:p>
    <w:p w14:paraId="05533388" w14:textId="77777777" w:rsidR="00C2433F" w:rsidRPr="008944DA" w:rsidRDefault="00000000">
      <w:pPr>
        <w:spacing w:after="20"/>
        <w:jc w:val="center"/>
        <w:rPr>
          <w:sz w:val="24"/>
          <w:szCs w:val="24"/>
        </w:rPr>
      </w:pPr>
      <w:r w:rsidRPr="008944DA">
        <w:rPr>
          <w:b/>
          <w:sz w:val="24"/>
          <w:szCs w:val="24"/>
        </w:rPr>
        <w:t>ÖN DÜZEN AYARLARI DERSİ 1. DÖNEM 1. YAZILI SINAVI - B GRUBU CEVAP ANAHTARI</w:t>
      </w:r>
    </w:p>
    <w:p w14:paraId="63EC9895" w14:textId="394A3531" w:rsidR="00C2433F" w:rsidRPr="008944DA" w:rsidRDefault="008944DA" w:rsidP="008944DA">
      <w:pPr>
        <w:spacing w:line="360" w:lineRule="auto"/>
        <w:jc w:val="center"/>
        <w:rPr>
          <w:sz w:val="22"/>
        </w:rPr>
      </w:pPr>
      <w:r w:rsidRPr="008944DA">
        <w:rPr>
          <w:b/>
          <w:sz w:val="22"/>
        </w:rPr>
        <w:t xml:space="preserve"> </w:t>
      </w:r>
    </w:p>
    <w:p w14:paraId="06A68478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1.</w:t>
      </w:r>
      <w:r w:rsidRPr="008944DA">
        <w:rPr>
          <w:sz w:val="22"/>
        </w:rPr>
        <w:t xml:space="preserve"> Balans ayarından önce tekerlekte hangi kontroller yapılır? (10 Puan)</w:t>
      </w:r>
    </w:p>
    <w:p w14:paraId="3D349821" w14:textId="77777777" w:rsidR="00C2433F" w:rsidRPr="008944DA" w:rsidRDefault="00000000" w:rsidP="008944DA">
      <w:pPr>
        <w:spacing w:after="0" w:line="360" w:lineRule="auto"/>
        <w:ind w:left="340"/>
        <w:rPr>
          <w:sz w:val="22"/>
        </w:rPr>
      </w:pPr>
      <w:r w:rsidRPr="008944DA">
        <w:rPr>
          <w:sz w:val="22"/>
        </w:rPr>
        <w:t>1. Taş ve çamur temizlenir.</w:t>
      </w:r>
    </w:p>
    <w:p w14:paraId="25BD0E18" w14:textId="77777777" w:rsidR="00C2433F" w:rsidRPr="008944DA" w:rsidRDefault="00000000" w:rsidP="008944DA">
      <w:pPr>
        <w:spacing w:after="0" w:line="360" w:lineRule="auto"/>
        <w:ind w:left="340"/>
        <w:rPr>
          <w:sz w:val="22"/>
        </w:rPr>
      </w:pPr>
      <w:r w:rsidRPr="008944DA">
        <w:rPr>
          <w:sz w:val="22"/>
        </w:rPr>
        <w:t>2. Eski balans ağırlıkları kontrol edilir.</w:t>
      </w:r>
    </w:p>
    <w:p w14:paraId="60D27BF8" w14:textId="77777777" w:rsidR="00C2433F" w:rsidRPr="008944DA" w:rsidRDefault="00000000" w:rsidP="008944DA">
      <w:pPr>
        <w:spacing w:after="0" w:line="360" w:lineRule="auto"/>
        <w:ind w:left="340"/>
        <w:rPr>
          <w:sz w:val="22"/>
        </w:rPr>
      </w:pPr>
      <w:r w:rsidRPr="008944DA">
        <w:rPr>
          <w:sz w:val="22"/>
        </w:rPr>
        <w:t>3. Lastik ve jant gözle kontrol edilir.</w:t>
      </w:r>
    </w:p>
    <w:p w14:paraId="05EABD5A" w14:textId="77777777" w:rsidR="00C2433F" w:rsidRPr="008944DA" w:rsidRDefault="00000000" w:rsidP="008944DA">
      <w:pPr>
        <w:spacing w:after="0" w:line="360" w:lineRule="auto"/>
        <w:ind w:left="340"/>
        <w:rPr>
          <w:sz w:val="22"/>
        </w:rPr>
      </w:pPr>
      <w:r w:rsidRPr="008944DA">
        <w:rPr>
          <w:sz w:val="22"/>
        </w:rPr>
        <w:t>4. Tekerleğin doğru takıldığı kontrol edilir.</w:t>
      </w:r>
    </w:p>
    <w:p w14:paraId="196EDA86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2.</w:t>
      </w:r>
      <w:r w:rsidRPr="008944DA">
        <w:rPr>
          <w:sz w:val="22"/>
        </w:rPr>
        <w:t xml:space="preserve"> Statik balanssız bir tekerlek nasıl anlaşılır? (10 Puan)</w:t>
      </w:r>
    </w:p>
    <w:p w14:paraId="4CC1FC54" w14:textId="77777777" w:rsidR="00C2433F" w:rsidRPr="008944DA" w:rsidRDefault="00000000" w:rsidP="008944DA">
      <w:pPr>
        <w:spacing w:line="360" w:lineRule="auto"/>
        <w:ind w:left="340"/>
        <w:rPr>
          <w:sz w:val="22"/>
        </w:rPr>
      </w:pPr>
      <w:r w:rsidRPr="008944DA">
        <w:rPr>
          <w:sz w:val="22"/>
        </w:rPr>
        <w:t>Döndürüldüğünde ağır olan kısmı sürekli aşağıda kalır.</w:t>
      </w:r>
    </w:p>
    <w:p w14:paraId="48F9FE74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3.</w:t>
      </w:r>
      <w:r w:rsidRPr="008944DA">
        <w:rPr>
          <w:sz w:val="22"/>
        </w:rPr>
        <w:t xml:space="preserve"> Balans ağırlıkları nereye takılır? (10 Puan)</w:t>
      </w:r>
    </w:p>
    <w:p w14:paraId="39A37D1C" w14:textId="77777777" w:rsidR="00C2433F" w:rsidRPr="008944DA" w:rsidRDefault="00000000" w:rsidP="008944DA">
      <w:pPr>
        <w:spacing w:line="360" w:lineRule="auto"/>
        <w:ind w:left="340"/>
        <w:rPr>
          <w:sz w:val="22"/>
        </w:rPr>
      </w:pPr>
      <w:r w:rsidRPr="008944DA">
        <w:rPr>
          <w:sz w:val="22"/>
        </w:rPr>
        <w:t>Jantın uygun flanş kısmına takılır.</w:t>
      </w:r>
    </w:p>
    <w:p w14:paraId="50037443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4.</w:t>
      </w:r>
      <w:r w:rsidRPr="008944DA">
        <w:rPr>
          <w:sz w:val="22"/>
        </w:rPr>
        <w:t xml:space="preserve"> Sabit balans cihazında işlem ne zaman tamamlanır? (10 Puan)</w:t>
      </w:r>
    </w:p>
    <w:p w14:paraId="2F90070E" w14:textId="77777777" w:rsidR="00C2433F" w:rsidRPr="008944DA" w:rsidRDefault="00000000" w:rsidP="008944DA">
      <w:pPr>
        <w:spacing w:line="360" w:lineRule="auto"/>
        <w:ind w:left="340"/>
        <w:rPr>
          <w:sz w:val="22"/>
        </w:rPr>
      </w:pPr>
      <w:r w:rsidRPr="008944DA">
        <w:rPr>
          <w:sz w:val="22"/>
        </w:rPr>
        <w:t>Cihaz ağırlık değerlerini sıfır gösterdiğinde tamamlanır.</w:t>
      </w:r>
    </w:p>
    <w:p w14:paraId="436B8053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5.</w:t>
      </w:r>
      <w:r w:rsidRPr="008944DA">
        <w:rPr>
          <w:sz w:val="22"/>
        </w:rPr>
        <w:t xml:space="preserve"> Balanssızlık direksiyonda nasıl hissedilir? (10 Puan)</w:t>
      </w:r>
    </w:p>
    <w:p w14:paraId="0E26BAA2" w14:textId="77777777" w:rsidR="00C2433F" w:rsidRPr="008944DA" w:rsidRDefault="00000000" w:rsidP="008944DA">
      <w:pPr>
        <w:spacing w:line="360" w:lineRule="auto"/>
        <w:ind w:left="340"/>
        <w:rPr>
          <w:sz w:val="22"/>
        </w:rPr>
      </w:pPr>
      <w:r w:rsidRPr="008944DA">
        <w:rPr>
          <w:sz w:val="22"/>
        </w:rPr>
        <w:t>Direksiyonda titreşim ve sağa-sola sallanma olarak hissedilir.</w:t>
      </w:r>
    </w:p>
    <w:p w14:paraId="7ED2A174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6.</w:t>
      </w:r>
      <w:r w:rsidRPr="008944DA">
        <w:rPr>
          <w:sz w:val="22"/>
        </w:rPr>
        <w:t xml:space="preserve"> Rot başının rot mili üzerindeki ayarlanabilir olmasının amacı nedir? (10 Puan)</w:t>
      </w:r>
    </w:p>
    <w:p w14:paraId="7188DFB7" w14:textId="77777777" w:rsidR="00C2433F" w:rsidRPr="008944DA" w:rsidRDefault="00000000" w:rsidP="008944DA">
      <w:pPr>
        <w:spacing w:line="360" w:lineRule="auto"/>
        <w:ind w:left="340"/>
        <w:rPr>
          <w:sz w:val="22"/>
        </w:rPr>
      </w:pPr>
      <w:r w:rsidRPr="008944DA">
        <w:rPr>
          <w:sz w:val="22"/>
        </w:rPr>
        <w:t>Rot uzunluğunu ve toe ayarını değiştirebilmektir.</w:t>
      </w:r>
    </w:p>
    <w:p w14:paraId="2AFB63FF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7.</w:t>
      </w:r>
      <w:r w:rsidRPr="008944DA">
        <w:rPr>
          <w:sz w:val="22"/>
        </w:rPr>
        <w:t xml:space="preserve"> Rot başı toz lastiği yırtılırsa ne olur? (10 Puan)</w:t>
      </w:r>
    </w:p>
    <w:p w14:paraId="0937F280" w14:textId="77777777" w:rsidR="00C2433F" w:rsidRPr="008944DA" w:rsidRDefault="00000000" w:rsidP="008944DA">
      <w:pPr>
        <w:spacing w:line="360" w:lineRule="auto"/>
        <w:ind w:left="340"/>
        <w:rPr>
          <w:sz w:val="22"/>
        </w:rPr>
      </w:pPr>
      <w:r w:rsidRPr="008944DA">
        <w:rPr>
          <w:sz w:val="22"/>
        </w:rPr>
        <w:t>Toz ve kir mafsala girerek aşınmayı hızlandırır.</w:t>
      </w:r>
    </w:p>
    <w:p w14:paraId="425EC934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8.</w:t>
      </w:r>
      <w:r w:rsidRPr="008944DA">
        <w:rPr>
          <w:sz w:val="22"/>
        </w:rPr>
        <w:t xml:space="preserve"> Rotil nasıl bir mafsaldır? (10 Puan)</w:t>
      </w:r>
    </w:p>
    <w:p w14:paraId="4959AC47" w14:textId="77777777" w:rsidR="00C2433F" w:rsidRPr="008944DA" w:rsidRDefault="00000000" w:rsidP="008944DA">
      <w:pPr>
        <w:spacing w:line="360" w:lineRule="auto"/>
        <w:ind w:left="340"/>
        <w:rPr>
          <w:sz w:val="22"/>
        </w:rPr>
      </w:pPr>
      <w:r w:rsidRPr="008944DA">
        <w:rPr>
          <w:sz w:val="22"/>
        </w:rPr>
        <w:t>Küresel mafsaldır.</w:t>
      </w:r>
    </w:p>
    <w:p w14:paraId="1032F836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9.</w:t>
      </w:r>
      <w:r w:rsidRPr="008944DA">
        <w:rPr>
          <w:sz w:val="22"/>
        </w:rPr>
        <w:t xml:space="preserve"> Üst rotil hangi parçaları birbirine bağlar? (10 Puan)</w:t>
      </w:r>
    </w:p>
    <w:p w14:paraId="0E68EFFC" w14:textId="77777777" w:rsidR="00C2433F" w:rsidRPr="008944DA" w:rsidRDefault="00000000" w:rsidP="008944DA">
      <w:pPr>
        <w:spacing w:line="360" w:lineRule="auto"/>
        <w:ind w:left="340"/>
        <w:rPr>
          <w:sz w:val="22"/>
        </w:rPr>
      </w:pPr>
      <w:r w:rsidRPr="008944DA">
        <w:rPr>
          <w:sz w:val="22"/>
        </w:rPr>
        <w:t>Aks başını üst salıncağa bağlar.</w:t>
      </w:r>
    </w:p>
    <w:p w14:paraId="6ACB4B25" w14:textId="77777777" w:rsidR="00C2433F" w:rsidRPr="008944DA" w:rsidRDefault="00000000" w:rsidP="008944DA">
      <w:pPr>
        <w:spacing w:after="20" w:line="360" w:lineRule="auto"/>
        <w:rPr>
          <w:sz w:val="22"/>
        </w:rPr>
      </w:pPr>
      <w:r w:rsidRPr="008944DA">
        <w:rPr>
          <w:b/>
          <w:bCs/>
          <w:sz w:val="22"/>
        </w:rPr>
        <w:t>10.</w:t>
      </w:r>
      <w:r w:rsidRPr="008944DA">
        <w:rPr>
          <w:sz w:val="22"/>
        </w:rPr>
        <w:t xml:space="preserve"> Rotil boşluğu nasıl kontrol edilir? (10 Puan)</w:t>
      </w:r>
    </w:p>
    <w:p w14:paraId="140EB7EA" w14:textId="77777777" w:rsidR="00C2433F" w:rsidRPr="008944DA" w:rsidRDefault="00000000" w:rsidP="008944DA">
      <w:pPr>
        <w:spacing w:line="360" w:lineRule="auto"/>
        <w:ind w:left="340"/>
        <w:rPr>
          <w:sz w:val="22"/>
        </w:rPr>
      </w:pPr>
      <w:r w:rsidRPr="008944DA">
        <w:rPr>
          <w:sz w:val="22"/>
        </w:rPr>
        <w:t>Araç kaldırılır; tekerlek ve salıncak bağlantıları boşluk yönünden kontrol edilir.</w:t>
      </w:r>
    </w:p>
    <w:sectPr w:rsidR="00C2433F" w:rsidRPr="008944DA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461537">
    <w:abstractNumId w:val="8"/>
  </w:num>
  <w:num w:numId="2" w16cid:durableId="361520106">
    <w:abstractNumId w:val="6"/>
  </w:num>
  <w:num w:numId="3" w16cid:durableId="1188104844">
    <w:abstractNumId w:val="5"/>
  </w:num>
  <w:num w:numId="4" w16cid:durableId="266424877">
    <w:abstractNumId w:val="4"/>
  </w:num>
  <w:num w:numId="5" w16cid:durableId="1517235708">
    <w:abstractNumId w:val="7"/>
  </w:num>
  <w:num w:numId="6" w16cid:durableId="1305546246">
    <w:abstractNumId w:val="3"/>
  </w:num>
  <w:num w:numId="7" w16cid:durableId="492916996">
    <w:abstractNumId w:val="2"/>
  </w:num>
  <w:num w:numId="8" w16cid:durableId="2117286021">
    <w:abstractNumId w:val="1"/>
  </w:num>
  <w:num w:numId="9" w16cid:durableId="384572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301E"/>
    <w:rsid w:val="008944DA"/>
    <w:rsid w:val="00AA1D8D"/>
    <w:rsid w:val="00B47730"/>
    <w:rsid w:val="00C2433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C67EA6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2026-09-23T20:59:00Z</dcterms:modified>
  <cp:category/>
</cp:coreProperties>
</file>