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97943C" w14:textId="77777777" w:rsidR="00A854F6" w:rsidRPr="00F6575C" w:rsidRDefault="00000000" w:rsidP="00F6575C">
      <w:pPr>
        <w:spacing w:after="20" w:line="360" w:lineRule="auto"/>
        <w:jc w:val="center"/>
        <w:rPr>
          <w:sz w:val="24"/>
          <w:szCs w:val="24"/>
        </w:rPr>
      </w:pPr>
      <w:r w:rsidRPr="00F6575C">
        <w:rPr>
          <w:b/>
          <w:sz w:val="24"/>
          <w:szCs w:val="24"/>
        </w:rPr>
        <w:t>YAHŞİHAN MESLEKİ EĞİTİM MERKEZİ</w:t>
      </w:r>
    </w:p>
    <w:p w14:paraId="051EB2A5" w14:textId="77777777" w:rsidR="00A854F6" w:rsidRPr="00F6575C" w:rsidRDefault="00000000" w:rsidP="00F6575C">
      <w:pPr>
        <w:spacing w:after="20" w:line="360" w:lineRule="auto"/>
        <w:jc w:val="center"/>
        <w:rPr>
          <w:sz w:val="24"/>
          <w:szCs w:val="24"/>
        </w:rPr>
      </w:pPr>
      <w:r w:rsidRPr="00F6575C">
        <w:rPr>
          <w:b/>
          <w:sz w:val="24"/>
          <w:szCs w:val="24"/>
        </w:rPr>
        <w:t>2026/2027 EĞİTİM ÖĞRETİM YILI MOTORLU ARAÇLAR TEKNOLOJİSİ ALANI</w:t>
      </w:r>
    </w:p>
    <w:p w14:paraId="05B80630" w14:textId="77777777" w:rsidR="00A854F6" w:rsidRPr="00F6575C" w:rsidRDefault="00000000" w:rsidP="00F6575C">
      <w:pPr>
        <w:spacing w:after="20" w:line="360" w:lineRule="auto"/>
        <w:jc w:val="center"/>
        <w:rPr>
          <w:sz w:val="24"/>
          <w:szCs w:val="24"/>
        </w:rPr>
      </w:pPr>
      <w:r w:rsidRPr="00F6575C">
        <w:rPr>
          <w:b/>
          <w:sz w:val="24"/>
          <w:szCs w:val="24"/>
        </w:rPr>
        <w:t>ÖN DÜZEN AYARLARI DERSİ 1. DÖNEM 2. YAZILI SINAVI - A GRUBU</w:t>
      </w:r>
    </w:p>
    <w:p w14:paraId="7FD21349" w14:textId="77777777" w:rsidR="00A854F6" w:rsidRPr="00F6575C" w:rsidRDefault="00000000" w:rsidP="00F6575C">
      <w:pPr>
        <w:spacing w:after="40" w:line="360" w:lineRule="auto"/>
        <w:rPr>
          <w:sz w:val="24"/>
          <w:szCs w:val="24"/>
        </w:rPr>
      </w:pPr>
      <w:r w:rsidRPr="00F6575C">
        <w:rPr>
          <w:sz w:val="24"/>
          <w:szCs w:val="24"/>
        </w:rPr>
        <w:t>Adı Soyadı: ............................................................    Sınıfı/No: ....................    Aldığı Not: ............</w:t>
      </w:r>
    </w:p>
    <w:p w14:paraId="393ACC09" w14:textId="77777777" w:rsidR="00A854F6" w:rsidRPr="00F6575C" w:rsidRDefault="00000000">
      <w:pPr>
        <w:jc w:val="center"/>
        <w:rPr>
          <w:sz w:val="22"/>
        </w:rPr>
      </w:pPr>
      <w:r w:rsidRPr="00F6575C">
        <w:rPr>
          <w:b/>
          <w:sz w:val="22"/>
        </w:rPr>
        <w:t>SORULAR</w:t>
      </w:r>
    </w:p>
    <w:p w14:paraId="1FB23A22" w14:textId="77777777" w:rsidR="00A854F6" w:rsidRPr="00F6575C" w:rsidRDefault="00000000" w:rsidP="00F6575C">
      <w:pPr>
        <w:spacing w:after="20" w:line="360" w:lineRule="auto"/>
        <w:rPr>
          <w:sz w:val="22"/>
        </w:rPr>
      </w:pPr>
      <w:r w:rsidRPr="00F6575C">
        <w:rPr>
          <w:b/>
          <w:bCs/>
          <w:sz w:val="22"/>
        </w:rPr>
        <w:t>1.</w:t>
      </w:r>
      <w:r w:rsidRPr="00F6575C">
        <w:rPr>
          <w:sz w:val="22"/>
        </w:rPr>
        <w:t xml:space="preserve"> Rot milinin görevi nedir? (10 Puan)</w:t>
      </w:r>
    </w:p>
    <w:p w14:paraId="521C8479" w14:textId="77777777" w:rsidR="00A854F6" w:rsidRPr="00F6575C" w:rsidRDefault="00000000" w:rsidP="00F6575C">
      <w:pPr>
        <w:spacing w:after="20" w:line="360" w:lineRule="auto"/>
        <w:rPr>
          <w:sz w:val="22"/>
        </w:rPr>
      </w:pPr>
      <w:r w:rsidRPr="00F6575C">
        <w:rPr>
          <w:b/>
          <w:bCs/>
          <w:sz w:val="22"/>
        </w:rPr>
        <w:t>2.</w:t>
      </w:r>
      <w:r w:rsidRPr="00F6575C">
        <w:rPr>
          <w:sz w:val="22"/>
        </w:rPr>
        <w:t xml:space="preserve"> Tekerlek rulmanının görevi nedir? (10 Puan)</w:t>
      </w:r>
    </w:p>
    <w:p w14:paraId="104F993E" w14:textId="77777777" w:rsidR="00A854F6" w:rsidRPr="00F6575C" w:rsidRDefault="00000000" w:rsidP="00F6575C">
      <w:pPr>
        <w:spacing w:after="20" w:line="360" w:lineRule="auto"/>
        <w:rPr>
          <w:sz w:val="22"/>
        </w:rPr>
      </w:pPr>
      <w:r w:rsidRPr="00F6575C">
        <w:rPr>
          <w:b/>
          <w:bCs/>
          <w:sz w:val="22"/>
        </w:rPr>
        <w:t>3.</w:t>
      </w:r>
      <w:r w:rsidRPr="00F6575C">
        <w:rPr>
          <w:sz w:val="22"/>
        </w:rPr>
        <w:t xml:space="preserve"> Tekerlek rulmanı arızasında hangi belirti görülür? (10 Puan)</w:t>
      </w:r>
    </w:p>
    <w:p w14:paraId="6F5D56BB" w14:textId="77777777" w:rsidR="00A854F6" w:rsidRPr="00F6575C" w:rsidRDefault="00000000" w:rsidP="00F6575C">
      <w:pPr>
        <w:spacing w:after="20" w:line="360" w:lineRule="auto"/>
        <w:rPr>
          <w:sz w:val="22"/>
        </w:rPr>
      </w:pPr>
      <w:r w:rsidRPr="00F6575C">
        <w:rPr>
          <w:b/>
          <w:bCs/>
          <w:sz w:val="22"/>
        </w:rPr>
        <w:t>4.</w:t>
      </w:r>
      <w:r w:rsidRPr="00F6575C">
        <w:rPr>
          <w:sz w:val="22"/>
        </w:rPr>
        <w:t xml:space="preserve"> Denge kolunun görevi nedir? (10 Puan)</w:t>
      </w:r>
    </w:p>
    <w:p w14:paraId="0F0ECDA5" w14:textId="77777777" w:rsidR="00A854F6" w:rsidRPr="00F6575C" w:rsidRDefault="00000000" w:rsidP="00F6575C">
      <w:pPr>
        <w:spacing w:after="20" w:line="360" w:lineRule="auto"/>
        <w:rPr>
          <w:sz w:val="22"/>
        </w:rPr>
      </w:pPr>
      <w:r w:rsidRPr="00F6575C">
        <w:rPr>
          <w:b/>
          <w:bCs/>
          <w:sz w:val="22"/>
        </w:rPr>
        <w:t>5.</w:t>
      </w:r>
      <w:r w:rsidRPr="00F6575C">
        <w:rPr>
          <w:sz w:val="22"/>
        </w:rPr>
        <w:t xml:space="preserve"> Viraj denge çubuğunun görevi nedir? (10 Puan)</w:t>
      </w:r>
    </w:p>
    <w:p w14:paraId="3A56D779" w14:textId="77777777" w:rsidR="00A854F6" w:rsidRPr="00F6575C" w:rsidRDefault="00000000" w:rsidP="00F6575C">
      <w:pPr>
        <w:spacing w:after="20" w:line="360" w:lineRule="auto"/>
        <w:rPr>
          <w:sz w:val="22"/>
        </w:rPr>
      </w:pPr>
      <w:r w:rsidRPr="00F6575C">
        <w:rPr>
          <w:b/>
          <w:bCs/>
          <w:sz w:val="22"/>
        </w:rPr>
        <w:t>6.</w:t>
      </w:r>
      <w:r w:rsidRPr="00F6575C">
        <w:rPr>
          <w:sz w:val="22"/>
        </w:rPr>
        <w:t xml:space="preserve"> Ön düzen geometrisinin amacı nedir? (10 Puan)</w:t>
      </w:r>
    </w:p>
    <w:p w14:paraId="617EAE74" w14:textId="77777777" w:rsidR="00A854F6" w:rsidRPr="00F6575C" w:rsidRDefault="00000000" w:rsidP="00F6575C">
      <w:pPr>
        <w:spacing w:after="20" w:line="360" w:lineRule="auto"/>
        <w:rPr>
          <w:sz w:val="22"/>
        </w:rPr>
      </w:pPr>
      <w:r w:rsidRPr="00F6575C">
        <w:rPr>
          <w:b/>
          <w:bCs/>
          <w:sz w:val="22"/>
        </w:rPr>
        <w:t>7.</w:t>
      </w:r>
      <w:r w:rsidRPr="00F6575C">
        <w:rPr>
          <w:sz w:val="22"/>
        </w:rPr>
        <w:t xml:space="preserve"> Kamber açısı nedir? (10 Puan)</w:t>
      </w:r>
    </w:p>
    <w:p w14:paraId="59D359B6" w14:textId="77777777" w:rsidR="00A854F6" w:rsidRPr="00F6575C" w:rsidRDefault="00000000" w:rsidP="00F6575C">
      <w:pPr>
        <w:spacing w:after="20" w:line="360" w:lineRule="auto"/>
        <w:rPr>
          <w:sz w:val="22"/>
        </w:rPr>
      </w:pPr>
      <w:r w:rsidRPr="00F6575C">
        <w:rPr>
          <w:b/>
          <w:bCs/>
          <w:sz w:val="22"/>
        </w:rPr>
        <w:t>8.</w:t>
      </w:r>
      <w:r w:rsidRPr="00F6575C">
        <w:rPr>
          <w:sz w:val="22"/>
        </w:rPr>
        <w:t xml:space="preserve"> Kaster açısının temel etkisi nedir? (10 Puan)</w:t>
      </w:r>
    </w:p>
    <w:p w14:paraId="67A24308" w14:textId="77777777" w:rsidR="00A854F6" w:rsidRPr="00F6575C" w:rsidRDefault="00000000" w:rsidP="00F6575C">
      <w:pPr>
        <w:spacing w:after="20" w:line="360" w:lineRule="auto"/>
        <w:rPr>
          <w:sz w:val="22"/>
        </w:rPr>
      </w:pPr>
      <w:r w:rsidRPr="00F6575C">
        <w:rPr>
          <w:b/>
          <w:bCs/>
          <w:sz w:val="22"/>
        </w:rPr>
        <w:t>9.</w:t>
      </w:r>
      <w:r w:rsidRPr="00F6575C">
        <w:rPr>
          <w:sz w:val="22"/>
        </w:rPr>
        <w:t xml:space="preserve"> Toe açısı nedir? (10 Puan)</w:t>
      </w:r>
    </w:p>
    <w:p w14:paraId="2E33CDAD" w14:textId="77777777" w:rsidR="00A854F6" w:rsidRPr="00F6575C" w:rsidRDefault="00000000" w:rsidP="00F6575C">
      <w:pPr>
        <w:spacing w:after="20" w:line="360" w:lineRule="auto"/>
        <w:rPr>
          <w:sz w:val="22"/>
        </w:rPr>
      </w:pPr>
      <w:r w:rsidRPr="00F6575C">
        <w:rPr>
          <w:b/>
          <w:bCs/>
          <w:sz w:val="22"/>
        </w:rPr>
        <w:t>10.</w:t>
      </w:r>
      <w:r w:rsidRPr="00F6575C">
        <w:rPr>
          <w:sz w:val="22"/>
        </w:rPr>
        <w:t xml:space="preserve"> İz takibi nedir? (10 Puan)</w:t>
      </w:r>
    </w:p>
    <w:p w14:paraId="32134FB2" w14:textId="56AF3599" w:rsidR="00A854F6" w:rsidRPr="00F6575C" w:rsidRDefault="00F6575C" w:rsidP="00F6575C">
      <w:pPr>
        <w:ind w:left="5760" w:firstLine="720"/>
        <w:jc w:val="center"/>
        <w:rPr>
          <w:szCs w:val="20"/>
        </w:rPr>
      </w:pPr>
      <w:r>
        <w:rPr>
          <w:szCs w:val="20"/>
        </w:rPr>
        <w:t xml:space="preserve">    </w:t>
      </w:r>
      <w:proofErr w:type="spellStart"/>
      <w:r w:rsidR="00000000" w:rsidRPr="00F6575C">
        <w:rPr>
          <w:szCs w:val="20"/>
        </w:rPr>
        <w:t>Başarılar</w:t>
      </w:r>
      <w:proofErr w:type="spellEnd"/>
    </w:p>
    <w:p w14:paraId="29E535E8" w14:textId="60E141C5" w:rsidR="00A854F6" w:rsidRPr="00F6575C" w:rsidRDefault="00000000">
      <w:pPr>
        <w:rPr>
          <w:szCs w:val="20"/>
        </w:rPr>
      </w:pPr>
      <w:proofErr w:type="spellStart"/>
      <w:r w:rsidRPr="00F6575C">
        <w:rPr>
          <w:b/>
          <w:bCs/>
          <w:szCs w:val="20"/>
          <w:u w:val="single"/>
        </w:rPr>
        <w:t>Süre</w:t>
      </w:r>
      <w:proofErr w:type="spellEnd"/>
      <w:r w:rsidRPr="00F6575C">
        <w:rPr>
          <w:b/>
          <w:bCs/>
          <w:szCs w:val="20"/>
          <w:u w:val="single"/>
        </w:rPr>
        <w:t>:</w:t>
      </w:r>
      <w:r w:rsidRPr="00F6575C">
        <w:rPr>
          <w:szCs w:val="20"/>
        </w:rPr>
        <w:t xml:space="preserve"> 40 Dk                                                                                    </w:t>
      </w:r>
      <w:proofErr w:type="gramStart"/>
      <w:r w:rsidR="00F6575C" w:rsidRPr="00F6575C">
        <w:rPr>
          <w:szCs w:val="20"/>
        </w:rPr>
        <w:tab/>
      </w:r>
      <w:r w:rsidR="00F6575C" w:rsidRPr="00F6575C">
        <w:rPr>
          <w:szCs w:val="20"/>
        </w:rPr>
        <w:tab/>
      </w:r>
      <w:r w:rsidR="00F6575C" w:rsidRPr="00F6575C">
        <w:rPr>
          <w:szCs w:val="20"/>
        </w:rPr>
        <w:tab/>
      </w:r>
      <w:proofErr w:type="spellStart"/>
      <w:r w:rsidRPr="00F6575C">
        <w:rPr>
          <w:szCs w:val="20"/>
        </w:rPr>
        <w:t>Mot.Arç.Tekn</w:t>
      </w:r>
      <w:proofErr w:type="spellEnd"/>
      <w:proofErr w:type="gramEnd"/>
      <w:r w:rsidRPr="00F6575C">
        <w:rPr>
          <w:szCs w:val="20"/>
        </w:rPr>
        <w:t xml:space="preserve"> Öğrt Abdullah YANIK</w:t>
      </w:r>
    </w:p>
    <w:p w14:paraId="5951E1BE" w14:textId="77777777" w:rsidR="00A854F6" w:rsidRDefault="00000000">
      <w:r>
        <w:br w:type="page"/>
      </w:r>
    </w:p>
    <w:p w14:paraId="354E1568" w14:textId="77777777" w:rsidR="00A854F6" w:rsidRPr="00F6575C" w:rsidRDefault="00000000" w:rsidP="00F6575C">
      <w:pPr>
        <w:spacing w:after="20" w:line="360" w:lineRule="auto"/>
        <w:jc w:val="center"/>
        <w:rPr>
          <w:sz w:val="24"/>
          <w:szCs w:val="24"/>
        </w:rPr>
      </w:pPr>
      <w:r w:rsidRPr="00F6575C">
        <w:rPr>
          <w:b/>
          <w:sz w:val="24"/>
          <w:szCs w:val="24"/>
        </w:rPr>
        <w:lastRenderedPageBreak/>
        <w:t>YAHŞİHAN MESLEKİ EĞİTİM MERKEZİ</w:t>
      </w:r>
    </w:p>
    <w:p w14:paraId="0F981964" w14:textId="77777777" w:rsidR="00A854F6" w:rsidRPr="00F6575C" w:rsidRDefault="00000000" w:rsidP="00F6575C">
      <w:pPr>
        <w:spacing w:after="20" w:line="360" w:lineRule="auto"/>
        <w:jc w:val="center"/>
        <w:rPr>
          <w:sz w:val="24"/>
          <w:szCs w:val="24"/>
        </w:rPr>
      </w:pPr>
      <w:r w:rsidRPr="00F6575C">
        <w:rPr>
          <w:b/>
          <w:sz w:val="24"/>
          <w:szCs w:val="24"/>
        </w:rPr>
        <w:t>2026/2027 EĞİTİM ÖĞRETİM YILI MOTORLU ARAÇLAR TEKNOLOJİSİ ALANI</w:t>
      </w:r>
    </w:p>
    <w:p w14:paraId="5912C64D" w14:textId="77777777" w:rsidR="00A854F6" w:rsidRPr="00F6575C" w:rsidRDefault="00000000" w:rsidP="00F6575C">
      <w:pPr>
        <w:spacing w:after="20" w:line="360" w:lineRule="auto"/>
        <w:jc w:val="center"/>
        <w:rPr>
          <w:sz w:val="24"/>
          <w:szCs w:val="24"/>
        </w:rPr>
      </w:pPr>
      <w:r w:rsidRPr="00F6575C">
        <w:rPr>
          <w:b/>
          <w:sz w:val="24"/>
          <w:szCs w:val="24"/>
        </w:rPr>
        <w:t>ÖN DÜZEN AYARLARI DERSİ 1. DÖNEM 2. YAZILI SINAVI - A GRUBU CEVAP ANAHTARI</w:t>
      </w:r>
    </w:p>
    <w:p w14:paraId="404E61EC" w14:textId="4121772F" w:rsidR="00A854F6" w:rsidRDefault="00F6575C">
      <w:pPr>
        <w:jc w:val="center"/>
      </w:pPr>
      <w:r>
        <w:rPr>
          <w:b/>
        </w:rPr>
        <w:t xml:space="preserve"> </w:t>
      </w:r>
    </w:p>
    <w:p w14:paraId="1A0F6E6F" w14:textId="77777777" w:rsidR="00A854F6" w:rsidRPr="00F6575C" w:rsidRDefault="00000000" w:rsidP="00F6575C">
      <w:pPr>
        <w:spacing w:after="20" w:line="360" w:lineRule="auto"/>
        <w:rPr>
          <w:sz w:val="22"/>
        </w:rPr>
      </w:pPr>
      <w:r w:rsidRPr="00F6575C">
        <w:rPr>
          <w:b/>
          <w:bCs/>
          <w:sz w:val="22"/>
        </w:rPr>
        <w:t>1.</w:t>
      </w:r>
      <w:r w:rsidRPr="00F6575C">
        <w:rPr>
          <w:sz w:val="22"/>
        </w:rPr>
        <w:t xml:space="preserve"> Rot milinin görevi nedir? (10 Puan)</w:t>
      </w:r>
    </w:p>
    <w:p w14:paraId="5D0C47AD" w14:textId="77777777" w:rsidR="00A854F6" w:rsidRPr="00F6575C" w:rsidRDefault="00000000" w:rsidP="00F6575C">
      <w:pPr>
        <w:spacing w:line="360" w:lineRule="auto"/>
        <w:ind w:left="340"/>
        <w:rPr>
          <w:sz w:val="22"/>
        </w:rPr>
      </w:pPr>
      <w:r w:rsidRPr="00F6575C">
        <w:rPr>
          <w:sz w:val="22"/>
        </w:rPr>
        <w:t>Direksiyon hareketini rot başlarına iletir.</w:t>
      </w:r>
    </w:p>
    <w:p w14:paraId="3B26B042" w14:textId="77777777" w:rsidR="00A854F6" w:rsidRPr="00F6575C" w:rsidRDefault="00000000" w:rsidP="00F6575C">
      <w:pPr>
        <w:spacing w:after="20" w:line="360" w:lineRule="auto"/>
        <w:rPr>
          <w:sz w:val="22"/>
        </w:rPr>
      </w:pPr>
      <w:r w:rsidRPr="00F6575C">
        <w:rPr>
          <w:b/>
          <w:bCs/>
          <w:sz w:val="22"/>
        </w:rPr>
        <w:t>2.</w:t>
      </w:r>
      <w:r w:rsidRPr="00F6575C">
        <w:rPr>
          <w:sz w:val="22"/>
        </w:rPr>
        <w:t xml:space="preserve"> Tekerlek rulmanının görevi nedir? (10 Puan)</w:t>
      </w:r>
    </w:p>
    <w:p w14:paraId="5644A9D8" w14:textId="77777777" w:rsidR="00A854F6" w:rsidRPr="00F6575C" w:rsidRDefault="00000000" w:rsidP="00F6575C">
      <w:pPr>
        <w:spacing w:line="360" w:lineRule="auto"/>
        <w:ind w:left="340"/>
        <w:rPr>
          <w:sz w:val="22"/>
        </w:rPr>
      </w:pPr>
      <w:r w:rsidRPr="00F6575C">
        <w:rPr>
          <w:sz w:val="22"/>
        </w:rPr>
        <w:t>Tekerleğin porya üzerinde düşük sürtünmeyle dönmesini sağlar.</w:t>
      </w:r>
    </w:p>
    <w:p w14:paraId="2334A374" w14:textId="77777777" w:rsidR="00A854F6" w:rsidRPr="00F6575C" w:rsidRDefault="00000000" w:rsidP="00F6575C">
      <w:pPr>
        <w:spacing w:after="20" w:line="360" w:lineRule="auto"/>
        <w:rPr>
          <w:sz w:val="22"/>
        </w:rPr>
      </w:pPr>
      <w:r w:rsidRPr="00F6575C">
        <w:rPr>
          <w:b/>
          <w:bCs/>
          <w:sz w:val="22"/>
        </w:rPr>
        <w:t>3.</w:t>
      </w:r>
      <w:r w:rsidRPr="00F6575C">
        <w:rPr>
          <w:sz w:val="22"/>
        </w:rPr>
        <w:t xml:space="preserve"> Tekerlek rulmanı arızasında hangi belirti görülür? (10 Puan)</w:t>
      </w:r>
    </w:p>
    <w:p w14:paraId="356F66C4" w14:textId="77777777" w:rsidR="00A854F6" w:rsidRPr="00F6575C" w:rsidRDefault="00000000" w:rsidP="00F6575C">
      <w:pPr>
        <w:spacing w:line="360" w:lineRule="auto"/>
        <w:ind w:left="340"/>
        <w:rPr>
          <w:sz w:val="22"/>
        </w:rPr>
      </w:pPr>
      <w:r w:rsidRPr="00F6575C">
        <w:rPr>
          <w:sz w:val="22"/>
        </w:rPr>
        <w:t>Uğultu, ses veya tekerlekte boşluk görülebilir.</w:t>
      </w:r>
    </w:p>
    <w:p w14:paraId="0DC64DF0" w14:textId="77777777" w:rsidR="00A854F6" w:rsidRPr="00F6575C" w:rsidRDefault="00000000" w:rsidP="00F6575C">
      <w:pPr>
        <w:spacing w:after="20" w:line="360" w:lineRule="auto"/>
        <w:rPr>
          <w:sz w:val="22"/>
        </w:rPr>
      </w:pPr>
      <w:r w:rsidRPr="00F6575C">
        <w:rPr>
          <w:b/>
          <w:bCs/>
          <w:sz w:val="22"/>
        </w:rPr>
        <w:t>4.</w:t>
      </w:r>
      <w:r w:rsidRPr="00F6575C">
        <w:rPr>
          <w:sz w:val="22"/>
        </w:rPr>
        <w:t xml:space="preserve"> Denge kolunun görevi nedir? (10 Puan)</w:t>
      </w:r>
    </w:p>
    <w:p w14:paraId="0BA8B6C6" w14:textId="77777777" w:rsidR="00A854F6" w:rsidRPr="00F6575C" w:rsidRDefault="00000000" w:rsidP="00F6575C">
      <w:pPr>
        <w:spacing w:line="360" w:lineRule="auto"/>
        <w:ind w:left="340"/>
        <w:rPr>
          <w:sz w:val="22"/>
        </w:rPr>
      </w:pPr>
      <w:r w:rsidRPr="00F6575C">
        <w:rPr>
          <w:sz w:val="22"/>
        </w:rPr>
        <w:t>Tekerlek ve süspansiyon hareketlerinin düzenli kontrolüne yardımcı olur.</w:t>
      </w:r>
    </w:p>
    <w:p w14:paraId="62788173" w14:textId="77777777" w:rsidR="00A854F6" w:rsidRPr="00F6575C" w:rsidRDefault="00000000" w:rsidP="00F6575C">
      <w:pPr>
        <w:spacing w:after="20" w:line="360" w:lineRule="auto"/>
        <w:rPr>
          <w:sz w:val="22"/>
        </w:rPr>
      </w:pPr>
      <w:r w:rsidRPr="00F6575C">
        <w:rPr>
          <w:b/>
          <w:bCs/>
          <w:sz w:val="22"/>
        </w:rPr>
        <w:t>5.</w:t>
      </w:r>
      <w:r w:rsidRPr="00F6575C">
        <w:rPr>
          <w:sz w:val="22"/>
        </w:rPr>
        <w:t xml:space="preserve"> Viraj denge çubuğunun görevi nedir? (10 Puan)</w:t>
      </w:r>
    </w:p>
    <w:p w14:paraId="440B0978" w14:textId="77777777" w:rsidR="00A854F6" w:rsidRPr="00F6575C" w:rsidRDefault="00000000" w:rsidP="00F6575C">
      <w:pPr>
        <w:spacing w:line="360" w:lineRule="auto"/>
        <w:ind w:left="340"/>
        <w:rPr>
          <w:sz w:val="22"/>
        </w:rPr>
      </w:pPr>
      <w:r w:rsidRPr="00F6575C">
        <w:rPr>
          <w:sz w:val="22"/>
        </w:rPr>
        <w:t>Virajda araç gövdesinin yana yatmasını azaltır.</w:t>
      </w:r>
    </w:p>
    <w:p w14:paraId="7677219F" w14:textId="77777777" w:rsidR="00A854F6" w:rsidRPr="00F6575C" w:rsidRDefault="00000000" w:rsidP="00F6575C">
      <w:pPr>
        <w:spacing w:after="20" w:line="360" w:lineRule="auto"/>
        <w:rPr>
          <w:sz w:val="22"/>
        </w:rPr>
      </w:pPr>
      <w:r w:rsidRPr="00F6575C">
        <w:rPr>
          <w:b/>
          <w:bCs/>
          <w:sz w:val="22"/>
        </w:rPr>
        <w:t>6.</w:t>
      </w:r>
      <w:r w:rsidRPr="00F6575C">
        <w:rPr>
          <w:sz w:val="22"/>
        </w:rPr>
        <w:t xml:space="preserve"> Ön düzen geometrisinin amacı nedir? (10 Puan)</w:t>
      </w:r>
    </w:p>
    <w:p w14:paraId="5351D994" w14:textId="77777777" w:rsidR="00A854F6" w:rsidRPr="00F6575C" w:rsidRDefault="00000000" w:rsidP="00F6575C">
      <w:pPr>
        <w:spacing w:line="360" w:lineRule="auto"/>
        <w:ind w:left="340"/>
        <w:rPr>
          <w:sz w:val="22"/>
        </w:rPr>
      </w:pPr>
      <w:r w:rsidRPr="00F6575C">
        <w:rPr>
          <w:sz w:val="22"/>
        </w:rPr>
        <w:t>Tekerleklerin doğru açılarda çalışmasını ve aracın düzgün iz takibini sağlamaktır.</w:t>
      </w:r>
    </w:p>
    <w:p w14:paraId="0614F6AF" w14:textId="77777777" w:rsidR="00A854F6" w:rsidRPr="00F6575C" w:rsidRDefault="00000000" w:rsidP="00F6575C">
      <w:pPr>
        <w:spacing w:after="20" w:line="360" w:lineRule="auto"/>
        <w:rPr>
          <w:sz w:val="22"/>
        </w:rPr>
      </w:pPr>
      <w:r w:rsidRPr="00F6575C">
        <w:rPr>
          <w:b/>
          <w:bCs/>
          <w:sz w:val="22"/>
        </w:rPr>
        <w:t>7.</w:t>
      </w:r>
      <w:r w:rsidRPr="00F6575C">
        <w:rPr>
          <w:sz w:val="22"/>
        </w:rPr>
        <w:t xml:space="preserve"> Kamber açısı nedir? (10 Puan)</w:t>
      </w:r>
    </w:p>
    <w:p w14:paraId="6D484AF9" w14:textId="77777777" w:rsidR="00A854F6" w:rsidRPr="00F6575C" w:rsidRDefault="00000000" w:rsidP="00F6575C">
      <w:pPr>
        <w:spacing w:line="360" w:lineRule="auto"/>
        <w:ind w:left="340"/>
        <w:rPr>
          <w:sz w:val="22"/>
        </w:rPr>
      </w:pPr>
      <w:r w:rsidRPr="00F6575C">
        <w:rPr>
          <w:sz w:val="22"/>
        </w:rPr>
        <w:t>Tekerleğin düşey eksene göre içe veya dışa eğim açısıdır.</w:t>
      </w:r>
    </w:p>
    <w:p w14:paraId="09712387" w14:textId="77777777" w:rsidR="00A854F6" w:rsidRPr="00F6575C" w:rsidRDefault="00000000" w:rsidP="00F6575C">
      <w:pPr>
        <w:spacing w:after="20" w:line="360" w:lineRule="auto"/>
        <w:rPr>
          <w:sz w:val="22"/>
        </w:rPr>
      </w:pPr>
      <w:r w:rsidRPr="00F6575C">
        <w:rPr>
          <w:b/>
          <w:bCs/>
          <w:sz w:val="22"/>
        </w:rPr>
        <w:t>8.</w:t>
      </w:r>
      <w:r w:rsidRPr="00F6575C">
        <w:rPr>
          <w:sz w:val="22"/>
        </w:rPr>
        <w:t xml:space="preserve"> Kaster açısının temel etkisi nedir? (10 Puan)</w:t>
      </w:r>
    </w:p>
    <w:p w14:paraId="546CA944" w14:textId="77777777" w:rsidR="00A854F6" w:rsidRPr="00F6575C" w:rsidRDefault="00000000" w:rsidP="00F6575C">
      <w:pPr>
        <w:spacing w:line="360" w:lineRule="auto"/>
        <w:ind w:left="340"/>
        <w:rPr>
          <w:sz w:val="22"/>
        </w:rPr>
      </w:pPr>
      <w:r w:rsidRPr="00F6575C">
        <w:rPr>
          <w:sz w:val="22"/>
        </w:rPr>
        <w:t>Direksiyonun düz konuma dönmesine ve yön kararlılığına yardımcı olur.</w:t>
      </w:r>
    </w:p>
    <w:p w14:paraId="67A66A85" w14:textId="77777777" w:rsidR="00A854F6" w:rsidRPr="00F6575C" w:rsidRDefault="00000000" w:rsidP="00F6575C">
      <w:pPr>
        <w:spacing w:after="20" w:line="360" w:lineRule="auto"/>
        <w:rPr>
          <w:sz w:val="22"/>
        </w:rPr>
      </w:pPr>
      <w:r w:rsidRPr="00F6575C">
        <w:rPr>
          <w:b/>
          <w:bCs/>
          <w:sz w:val="22"/>
        </w:rPr>
        <w:t>9.</w:t>
      </w:r>
      <w:r w:rsidRPr="00F6575C">
        <w:rPr>
          <w:sz w:val="22"/>
        </w:rPr>
        <w:t xml:space="preserve"> Toe açısı nedir? (10 Puan)</w:t>
      </w:r>
    </w:p>
    <w:p w14:paraId="765161D4" w14:textId="77777777" w:rsidR="00A854F6" w:rsidRPr="00F6575C" w:rsidRDefault="00000000" w:rsidP="00F6575C">
      <w:pPr>
        <w:spacing w:line="360" w:lineRule="auto"/>
        <w:ind w:left="340"/>
        <w:rPr>
          <w:sz w:val="22"/>
        </w:rPr>
      </w:pPr>
      <w:r w:rsidRPr="00F6575C">
        <w:rPr>
          <w:sz w:val="22"/>
        </w:rPr>
        <w:t>Tekerleklerin önden bakıldığında birbirine yaklaşma veya uzaklaşma durumudur.</w:t>
      </w:r>
    </w:p>
    <w:p w14:paraId="2B230956" w14:textId="77777777" w:rsidR="00A854F6" w:rsidRPr="00F6575C" w:rsidRDefault="00000000" w:rsidP="00F6575C">
      <w:pPr>
        <w:spacing w:after="20" w:line="360" w:lineRule="auto"/>
        <w:rPr>
          <w:sz w:val="22"/>
        </w:rPr>
      </w:pPr>
      <w:r w:rsidRPr="00F6575C">
        <w:rPr>
          <w:b/>
          <w:bCs/>
          <w:sz w:val="22"/>
        </w:rPr>
        <w:t>10.</w:t>
      </w:r>
      <w:r w:rsidRPr="00F6575C">
        <w:rPr>
          <w:sz w:val="22"/>
        </w:rPr>
        <w:t xml:space="preserve"> İz takibi nedir? (10 Puan)</w:t>
      </w:r>
    </w:p>
    <w:p w14:paraId="7A2A03E0" w14:textId="77777777" w:rsidR="00A854F6" w:rsidRPr="00F6575C" w:rsidRDefault="00000000" w:rsidP="00F6575C">
      <w:pPr>
        <w:spacing w:line="360" w:lineRule="auto"/>
        <w:ind w:left="340"/>
        <w:rPr>
          <w:sz w:val="22"/>
        </w:rPr>
      </w:pPr>
      <w:r w:rsidRPr="00F6575C">
        <w:rPr>
          <w:sz w:val="22"/>
        </w:rPr>
        <w:t>Arka tekerleklerin ön tekerleklerin izini uygun şekilde takip etmesidir.</w:t>
      </w:r>
    </w:p>
    <w:sectPr w:rsidR="00A854F6" w:rsidRPr="00F6575C" w:rsidSect="00034616">
      <w:pgSz w:w="12240" w:h="15840"/>
      <w:pgMar w:top="652" w:right="794" w:bottom="624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05017313">
    <w:abstractNumId w:val="8"/>
  </w:num>
  <w:num w:numId="2" w16cid:durableId="1785074900">
    <w:abstractNumId w:val="6"/>
  </w:num>
  <w:num w:numId="3" w16cid:durableId="1927837155">
    <w:abstractNumId w:val="5"/>
  </w:num>
  <w:num w:numId="4" w16cid:durableId="338656846">
    <w:abstractNumId w:val="4"/>
  </w:num>
  <w:num w:numId="5" w16cid:durableId="226192360">
    <w:abstractNumId w:val="7"/>
  </w:num>
  <w:num w:numId="6" w16cid:durableId="850685069">
    <w:abstractNumId w:val="3"/>
  </w:num>
  <w:num w:numId="7" w16cid:durableId="1522091576">
    <w:abstractNumId w:val="2"/>
  </w:num>
  <w:num w:numId="8" w16cid:durableId="348720597">
    <w:abstractNumId w:val="1"/>
  </w:num>
  <w:num w:numId="9" w16cid:durableId="11373346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2301E"/>
    <w:rsid w:val="00A854F6"/>
    <w:rsid w:val="00AA1D8D"/>
    <w:rsid w:val="00B47730"/>
    <w:rsid w:val="00CB0664"/>
    <w:rsid w:val="00F6575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3BAFEBE"/>
  <w14:defaultImageDpi w14:val="300"/>
  <w15:docId w15:val="{A42D9CEB-C6DF-420A-9C40-2812BAAB9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Arial" w:hAnsi="Arial"/>
      <w:sz w:val="20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316</Words>
  <Characters>1805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2117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Abdullah Yanik</cp:lastModifiedBy>
  <cp:revision>2</cp:revision>
  <dcterms:created xsi:type="dcterms:W3CDTF">2013-12-23T23:15:00Z</dcterms:created>
  <dcterms:modified xsi:type="dcterms:W3CDTF">2026-09-23T21:02:00Z</dcterms:modified>
  <cp:category/>
</cp:coreProperties>
</file>