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0" w:line="360" w:lineRule="auto"/>
        <w:jc w:val="center"/>
        <w:rPr>
          <w:sz w:val="24"/>
          <w:szCs w:val="24"/>
        </w:rPr>
      </w:pPr>
      <w:r>
        <w:rPr>
          <w:b/>
          <w:sz w:val="24"/>
          <w:szCs w:val="24"/>
        </w:rPr>
        <w:t>YAHŞİHAN MESLEKİ EĞİTİM MERKEZİ</w:t>
      </w:r>
    </w:p>
    <w:p>
      <w:pPr>
        <w:spacing w:after="20" w:line="360" w:lineRule="auto"/>
        <w:jc w:val="center"/>
        <w:rPr>
          <w:sz w:val="24"/>
          <w:szCs w:val="24"/>
        </w:rPr>
      </w:pPr>
      <w:r>
        <w:rPr>
          <w:b/>
          <w:sz w:val="24"/>
          <w:szCs w:val="24"/>
        </w:rPr>
        <w:t>2026/2027 EĞİTİM ÖĞRETİM YILI MOTORLU ARAÇLAR TEKNOLOJİSİ ALANI</w:t>
      </w:r>
    </w:p>
    <w:p>
      <w:pPr>
        <w:spacing w:after="20" w:line="360" w:lineRule="auto"/>
        <w:jc w:val="center"/>
        <w:rPr>
          <w:sz w:val="24"/>
          <w:szCs w:val="24"/>
        </w:rPr>
      </w:pPr>
      <w:r>
        <w:rPr>
          <w:b/>
          <w:sz w:val="24"/>
          <w:szCs w:val="24"/>
        </w:rPr>
        <w:t>ÖN DÜZEN AYARLARI DERSİ 1. DÖNEM 2. YAZILI SINAVI - B GRUBU</w:t>
      </w:r>
    </w:p>
    <w:p>
      <w:pPr>
        <w:spacing w:after="40" w:line="360" w:lineRule="auto"/>
        <w:rPr>
          <w:sz w:val="24"/>
          <w:szCs w:val="24"/>
        </w:rPr>
      </w:pPr>
      <w:r>
        <w:rPr>
          <w:sz w:val="24"/>
          <w:szCs w:val="24"/>
        </w:rPr>
        <w:t>Adı Soyadı: ............................................................    Sınıfı/No: ....................    Aldığı Not: ............</w:t>
      </w:r>
    </w:p>
    <w:p>
      <w:pPr>
        <w:jc w:val="center"/>
        <w:rPr>
          <w:sz w:val="22"/>
        </w:rPr>
      </w:pPr>
      <w:r>
        <w:rPr>
          <w:b/>
          <w:sz w:val="22"/>
        </w:rPr>
        <w:t>SORULAR</w:t>
      </w:r>
    </w:p>
    <w:p>
      <w:pPr>
        <w:spacing w:after="20" w:line="360" w:lineRule="auto"/>
        <w:rPr>
          <w:sz w:val="22"/>
        </w:rPr>
      </w:pPr>
      <w:r>
        <w:rPr>
          <w:b/>
          <w:bCs/>
          <w:sz w:val="22"/>
        </w:rPr>
        <w:t>1.</w:t>
      </w:r>
      <w:r>
        <w:rPr>
          <w:b w:val="0"/>
          <w:bCs/>
          <w:sz w:val="22"/>
        </w:rPr>
        <w:t xml:space="preserve"> Rot mili arızasında hangi belirtiler görülebilir? (10 Puan)</w:t>
      </w:r>
    </w:p>
    <w:p>
      <w:pPr>
        <w:spacing w:after="20" w:line="360" w:lineRule="auto"/>
        <w:rPr>
          <w:sz w:val="22"/>
        </w:rPr>
      </w:pPr>
      <w:r>
        <w:rPr>
          <w:b/>
          <w:bCs/>
          <w:sz w:val="22"/>
        </w:rPr>
        <w:t>2.</w:t>
      </w:r>
      <w:r>
        <w:rPr>
          <w:b w:val="0"/>
          <w:bCs/>
          <w:sz w:val="22"/>
        </w:rPr>
        <w:t xml:space="preserve"> Tekerlek rulmanı boşluğu neden kontrol edilir? (10 Puan)</w:t>
      </w:r>
    </w:p>
    <w:p>
      <w:pPr>
        <w:spacing w:after="20" w:line="360" w:lineRule="auto"/>
        <w:rPr>
          <w:sz w:val="22"/>
        </w:rPr>
      </w:pPr>
      <w:r>
        <w:rPr>
          <w:b/>
          <w:bCs/>
          <w:sz w:val="22"/>
        </w:rPr>
        <w:t>3.</w:t>
      </w:r>
      <w:r>
        <w:rPr>
          <w:b w:val="0"/>
          <w:bCs/>
          <w:sz w:val="22"/>
        </w:rPr>
        <w:t xml:space="preserve"> Denge kolu bağlantılarında arıza nasıl anlaşılır? (10 Puan)</w:t>
      </w:r>
    </w:p>
    <w:p>
      <w:pPr>
        <w:spacing w:after="20" w:line="360" w:lineRule="auto"/>
        <w:rPr>
          <w:sz w:val="22"/>
        </w:rPr>
      </w:pPr>
      <w:r>
        <w:rPr>
          <w:b/>
          <w:bCs/>
          <w:sz w:val="22"/>
        </w:rPr>
        <w:t>4.</w:t>
      </w:r>
      <w:r>
        <w:rPr>
          <w:b w:val="0"/>
          <w:bCs/>
          <w:sz w:val="22"/>
        </w:rPr>
        <w:t xml:space="preserve"> Ön düzen açılarını maddeler hâlinde yazınız. (10 Puan)</w:t>
      </w:r>
    </w:p>
    <w:p>
      <w:pPr>
        <w:spacing w:after="20" w:line="360" w:lineRule="auto"/>
        <w:rPr>
          <w:sz w:val="22"/>
        </w:rPr>
      </w:pPr>
      <w:r>
        <w:rPr>
          <w:b/>
          <w:bCs/>
          <w:sz w:val="22"/>
        </w:rPr>
        <w:t>5.</w:t>
      </w:r>
      <w:r>
        <w:rPr>
          <w:b w:val="0"/>
          <w:bCs/>
          <w:sz w:val="22"/>
        </w:rPr>
        <w:t xml:space="preserve"> Pozitif kamber ne demektir? (10 Puan)</w:t>
      </w:r>
    </w:p>
    <w:p>
      <w:pPr>
        <w:spacing w:after="20" w:line="360" w:lineRule="auto"/>
        <w:rPr>
          <w:sz w:val="22"/>
        </w:rPr>
      </w:pPr>
      <w:r>
        <w:rPr>
          <w:b/>
          <w:bCs/>
          <w:sz w:val="22"/>
        </w:rPr>
        <w:t>6.</w:t>
      </w:r>
      <w:r>
        <w:rPr>
          <w:b w:val="0"/>
          <w:bCs/>
          <w:sz w:val="22"/>
        </w:rPr>
        <w:t xml:space="preserve"> Negatif kamber ne demektir? (10 Puan)</w:t>
      </w:r>
    </w:p>
    <w:p>
      <w:pPr>
        <w:spacing w:after="20" w:line="360" w:lineRule="auto"/>
        <w:rPr>
          <w:sz w:val="22"/>
        </w:rPr>
      </w:pPr>
      <w:r>
        <w:rPr>
          <w:b/>
          <w:bCs/>
          <w:sz w:val="22"/>
        </w:rPr>
        <w:t>7.</w:t>
      </w:r>
      <w:r>
        <w:rPr>
          <w:b w:val="0"/>
          <w:bCs/>
          <w:sz w:val="22"/>
        </w:rPr>
        <w:t xml:space="preserve"> King-pim açısının amacı nedir? (10 Puan)</w:t>
      </w:r>
    </w:p>
    <w:p>
      <w:pPr>
        <w:spacing w:after="20" w:line="360" w:lineRule="auto"/>
        <w:rPr>
          <w:sz w:val="22"/>
        </w:rPr>
      </w:pPr>
      <w:r>
        <w:rPr>
          <w:b/>
          <w:bCs/>
          <w:sz w:val="22"/>
        </w:rPr>
        <w:t>8.</w:t>
      </w:r>
      <w:r>
        <w:rPr>
          <w:b w:val="0"/>
          <w:bCs/>
          <w:sz w:val="22"/>
        </w:rPr>
        <w:t xml:space="preserve"> Toe-in ne demektir? (10 Puan)</w:t>
      </w:r>
    </w:p>
    <w:p>
      <w:pPr>
        <w:spacing w:after="20" w:line="360" w:lineRule="auto"/>
        <w:rPr>
          <w:sz w:val="22"/>
        </w:rPr>
      </w:pPr>
      <w:r>
        <w:rPr>
          <w:b/>
          <w:bCs/>
          <w:sz w:val="22"/>
        </w:rPr>
        <w:t>9.</w:t>
      </w:r>
      <w:r>
        <w:rPr>
          <w:b w:val="0"/>
          <w:bCs/>
          <w:sz w:val="22"/>
        </w:rPr>
        <w:t xml:space="preserve"> Toe-out ne demektir? (10 Puan)</w:t>
      </w:r>
    </w:p>
    <w:p>
      <w:pPr>
        <w:spacing w:after="20" w:line="360" w:lineRule="auto"/>
        <w:rPr>
          <w:sz w:val="22"/>
        </w:rPr>
      </w:pPr>
      <w:r>
        <w:rPr>
          <w:b/>
          <w:bCs/>
          <w:sz w:val="22"/>
        </w:rPr>
        <w:t>10.</w:t>
      </w:r>
      <w:r>
        <w:rPr>
          <w:b w:val="0"/>
          <w:bCs/>
          <w:sz w:val="22"/>
        </w:rPr>
        <w:t xml:space="preserve"> İz takibinin bozulmasına neden olan etkenleri maddeler hâlinde yazınız. (10 Puan)</w:t>
      </w:r>
    </w:p>
    <w:p>
      <w:pPr>
        <w:spacing w:after="80"/>
        <w:rPr>
          <w:sz w:val="22"/>
        </w:rPr>
      </w:pPr>
      <w:r/>
    </w:p>
    <w:p>
      <w:pPr>
        <w:ind w:left="4320" w:firstLine="720"/>
        <w:jc w:val="center"/>
      </w:pPr>
      <w:r>
        <w:rPr>
          <w:sz w:val="18"/>
        </w:rPr>
        <w:t>Başarılar</w:t>
      </w:r>
    </w:p>
    <w:p>
      <w:r>
        <w:rPr>
          <w:sz w:val="18"/>
        </w:rPr>
        <w:t>Süre: 40 Dk</w:t>
        <w:tab/>
        <w:tab/>
        <w:tab/>
        <w:tab/>
        <w:tab/>
        <w:tab/>
        <w:tab/>
        <w:tab/>
        <w:t>Mot.Arç.Tekn Öğrt Abdullah YANIK</w:t>
      </w:r>
    </w:p>
    <w:p>
      <w:r/>
      <w:r>
        <w:br w:type="page"/>
      </w:r>
    </w:p>
    <w:p>
      <w:pPr>
        <w:spacing w:after="20" w:line="360" w:lineRule="auto"/>
        <w:jc w:val="center"/>
        <w:rPr>
          <w:sz w:val="24"/>
          <w:szCs w:val="24"/>
        </w:rPr>
      </w:pPr>
      <w:r>
        <w:rPr>
          <w:b/>
          <w:sz w:val="24"/>
          <w:szCs w:val="24"/>
        </w:rPr>
        <w:t>YAHŞİHAN MESLEKİ EĞİTİM MERKEZİ</w:t>
      </w:r>
    </w:p>
    <w:p>
      <w:pPr>
        <w:spacing w:after="20" w:line="360" w:lineRule="auto"/>
        <w:jc w:val="center"/>
        <w:rPr>
          <w:sz w:val="24"/>
          <w:szCs w:val="24"/>
        </w:rPr>
      </w:pPr>
      <w:r>
        <w:rPr>
          <w:b/>
          <w:sz w:val="24"/>
          <w:szCs w:val="24"/>
        </w:rPr>
        <w:t>2026/2027 EĞİTİM ÖĞRETİM YILI MOTORLU ARAÇLAR TEKNOLOJİSİ ALANI</w:t>
      </w:r>
    </w:p>
    <w:p>
      <w:pPr>
        <w:spacing w:after="20"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ÖN DÜZEN AYARLARI DERSİ 1. DÖNEM 2. YAZILI SINAVI - B GRUBU CEVAP ANAHTARI</w:t>
      </w:r>
    </w:p>
    <w:p>
      <w:pPr>
        <w:spacing w:after="20" w:line="360" w:lineRule="auto"/>
        <w:jc w:val="center"/>
        <w:rPr>
          <w:sz w:val="24"/>
          <w:szCs w:val="24"/>
        </w:rPr>
      </w:pPr>
      <w:r/>
    </w:p>
    <w:p>
      <w:pPr>
        <w:spacing w:after="20" w:line="360" w:lineRule="auto"/>
        <w:rPr>
          <w:sz w:val="22"/>
        </w:rPr>
      </w:pPr>
      <w:r>
        <w:rPr>
          <w:b/>
          <w:bCs/>
          <w:sz w:val="22"/>
        </w:rPr>
        <w:t>1.</w:t>
      </w:r>
      <w:r>
        <w:rPr>
          <w:b w:val="0"/>
          <w:bCs/>
          <w:sz w:val="22"/>
        </w:rPr>
        <w:t xml:space="preserve"> Rot mili arızasında hangi belirtiler görülebilir? (10 Puan)</w:t>
      </w:r>
    </w:p>
    <w:p>
      <w:pPr>
        <w:spacing w:line="360" w:lineRule="auto"/>
        <w:ind w:left="340"/>
        <w:rPr>
          <w:sz w:val="22"/>
        </w:rPr>
      </w:pPr>
      <w:r>
        <w:rPr>
          <w:sz w:val="22"/>
        </w:rPr>
        <w:t>1. Direksiyonda boşluk.</w:t>
      </w:r>
    </w:p>
    <w:p>
      <w:pPr>
        <w:spacing w:line="360" w:lineRule="auto"/>
        <w:ind w:left="340"/>
        <w:rPr>
          <w:sz w:val="22"/>
        </w:rPr>
      </w:pPr>
      <w:r>
        <w:rPr>
          <w:sz w:val="22"/>
        </w:rPr>
        <w:t>2. Ön takımdan ses.</w:t>
      </w:r>
    </w:p>
    <w:p>
      <w:pPr>
        <w:spacing w:line="360" w:lineRule="auto"/>
        <w:ind w:left="340"/>
        <w:rPr>
          <w:sz w:val="22"/>
        </w:rPr>
      </w:pPr>
      <w:r>
        <w:rPr>
          <w:sz w:val="22"/>
        </w:rPr>
        <w:t>3. Düzensiz lastik aşınması.</w:t>
      </w:r>
    </w:p>
    <w:p>
      <w:pPr>
        <w:spacing w:after="20" w:line="360" w:lineRule="auto"/>
        <w:rPr>
          <w:sz w:val="22"/>
        </w:rPr>
      </w:pPr>
      <w:r>
        <w:rPr>
          <w:b/>
          <w:bCs/>
          <w:sz w:val="22"/>
        </w:rPr>
        <w:t>2.</w:t>
      </w:r>
      <w:r>
        <w:rPr>
          <w:b w:val="0"/>
          <w:bCs/>
          <w:sz w:val="22"/>
        </w:rPr>
        <w:t xml:space="preserve"> Tekerlek rulmanı boşluğu neden kontrol edilir? (10 Puan)</w:t>
      </w:r>
    </w:p>
    <w:p>
      <w:pPr>
        <w:spacing w:line="360" w:lineRule="auto"/>
        <w:ind w:left="340"/>
        <w:rPr>
          <w:sz w:val="22"/>
        </w:rPr>
      </w:pPr>
      <w:r>
        <w:rPr>
          <w:sz w:val="22"/>
        </w:rPr>
        <w:t>Tekerleğin güvenli ve düzgün dönmesini sağlamak için kontrol edilir.</w:t>
      </w:r>
    </w:p>
    <w:p>
      <w:pPr>
        <w:spacing w:after="20" w:line="360" w:lineRule="auto"/>
        <w:rPr>
          <w:sz w:val="22"/>
        </w:rPr>
      </w:pPr>
      <w:r>
        <w:rPr>
          <w:b/>
          <w:bCs/>
          <w:sz w:val="22"/>
        </w:rPr>
        <w:t>3.</w:t>
      </w:r>
      <w:r>
        <w:rPr>
          <w:b w:val="0"/>
          <w:bCs/>
          <w:sz w:val="22"/>
        </w:rPr>
        <w:t xml:space="preserve"> Denge kolu bağlantılarında arıza nasıl anlaşılır? (10 Puan)</w:t>
      </w:r>
    </w:p>
    <w:p>
      <w:pPr>
        <w:spacing w:line="360" w:lineRule="auto"/>
        <w:ind w:left="340"/>
        <w:rPr>
          <w:sz w:val="22"/>
        </w:rPr>
      </w:pPr>
      <w:r>
        <w:rPr>
          <w:sz w:val="22"/>
        </w:rPr>
        <w:t>Boşluk, ses ve bağlantı elemanlarında aşınma görülür.</w:t>
      </w:r>
    </w:p>
    <w:p>
      <w:pPr>
        <w:spacing w:after="20" w:line="360" w:lineRule="auto"/>
        <w:rPr>
          <w:sz w:val="22"/>
        </w:rPr>
      </w:pPr>
      <w:r>
        <w:rPr>
          <w:b/>
          <w:bCs/>
          <w:sz w:val="22"/>
        </w:rPr>
        <w:t>4.</w:t>
      </w:r>
      <w:r>
        <w:rPr>
          <w:b w:val="0"/>
          <w:bCs/>
          <w:sz w:val="22"/>
        </w:rPr>
        <w:t xml:space="preserve"> Ön düzen açılarını maddeler hâlinde yazınız. (10 Puan)</w:t>
      </w:r>
    </w:p>
    <w:p>
      <w:pPr>
        <w:spacing w:line="360" w:lineRule="auto"/>
        <w:ind w:left="340"/>
        <w:rPr>
          <w:sz w:val="22"/>
        </w:rPr>
      </w:pPr>
      <w:r>
        <w:rPr>
          <w:sz w:val="22"/>
        </w:rPr>
        <w:t>1. Kamber.</w:t>
      </w:r>
    </w:p>
    <w:p>
      <w:pPr>
        <w:spacing w:line="360" w:lineRule="auto"/>
        <w:ind w:left="340"/>
        <w:rPr>
          <w:sz w:val="22"/>
        </w:rPr>
      </w:pPr>
      <w:r>
        <w:rPr>
          <w:sz w:val="22"/>
        </w:rPr>
        <w:t>2. Kaster.</w:t>
      </w:r>
    </w:p>
    <w:p>
      <w:pPr>
        <w:spacing w:line="360" w:lineRule="auto"/>
        <w:ind w:left="340"/>
        <w:rPr>
          <w:sz w:val="22"/>
        </w:rPr>
      </w:pPr>
      <w:r>
        <w:rPr>
          <w:sz w:val="22"/>
        </w:rPr>
        <w:t>3. King-pim.</w:t>
      </w:r>
    </w:p>
    <w:p>
      <w:pPr>
        <w:spacing w:line="360" w:lineRule="auto"/>
        <w:ind w:left="340"/>
        <w:rPr>
          <w:sz w:val="22"/>
        </w:rPr>
      </w:pPr>
      <w:r>
        <w:rPr>
          <w:sz w:val="22"/>
        </w:rPr>
        <w:t>4. Toe.</w:t>
      </w:r>
    </w:p>
    <w:p>
      <w:pPr>
        <w:spacing w:after="20" w:line="360" w:lineRule="auto"/>
        <w:rPr>
          <w:sz w:val="22"/>
        </w:rPr>
      </w:pPr>
      <w:r>
        <w:rPr>
          <w:b/>
          <w:bCs/>
          <w:sz w:val="22"/>
        </w:rPr>
        <w:t>5.</w:t>
      </w:r>
      <w:r>
        <w:rPr>
          <w:b w:val="0"/>
          <w:bCs/>
          <w:sz w:val="22"/>
        </w:rPr>
        <w:t xml:space="preserve"> Pozitif kamber ne demektir? (10 Puan)</w:t>
      </w:r>
    </w:p>
    <w:p>
      <w:pPr>
        <w:spacing w:line="360" w:lineRule="auto"/>
        <w:ind w:left="340"/>
        <w:rPr>
          <w:sz w:val="22"/>
        </w:rPr>
      </w:pPr>
      <w:r>
        <w:rPr>
          <w:sz w:val="22"/>
        </w:rPr>
        <w:t>Tekerleğin üst kısmının araç dışına doğru eğik olmasıdır.</w:t>
      </w:r>
    </w:p>
    <w:p>
      <w:pPr>
        <w:spacing w:after="20" w:line="360" w:lineRule="auto"/>
        <w:rPr>
          <w:sz w:val="22"/>
        </w:rPr>
      </w:pPr>
      <w:r>
        <w:rPr>
          <w:b/>
          <w:bCs/>
          <w:sz w:val="22"/>
        </w:rPr>
        <w:t>6.</w:t>
      </w:r>
      <w:r>
        <w:rPr>
          <w:b w:val="0"/>
          <w:bCs/>
          <w:sz w:val="22"/>
        </w:rPr>
        <w:t xml:space="preserve"> Negatif kamber ne demektir? (10 Puan)</w:t>
      </w:r>
    </w:p>
    <w:p>
      <w:pPr>
        <w:spacing w:line="360" w:lineRule="auto"/>
        <w:ind w:left="340"/>
        <w:rPr>
          <w:sz w:val="22"/>
        </w:rPr>
      </w:pPr>
      <w:r>
        <w:rPr>
          <w:sz w:val="22"/>
        </w:rPr>
        <w:t>Tekerleğin üst kısmının araç içine doğru eğik olmasıdır.</w:t>
      </w:r>
    </w:p>
    <w:p>
      <w:pPr>
        <w:spacing w:after="20" w:line="360" w:lineRule="auto"/>
        <w:rPr>
          <w:sz w:val="22"/>
        </w:rPr>
      </w:pPr>
      <w:r>
        <w:rPr>
          <w:b/>
          <w:bCs/>
          <w:sz w:val="22"/>
        </w:rPr>
        <w:t>7.</w:t>
      </w:r>
      <w:r>
        <w:rPr>
          <w:b w:val="0"/>
          <w:bCs/>
          <w:sz w:val="22"/>
        </w:rPr>
        <w:t xml:space="preserve"> King-pim açısının amacı nedir? (10 Puan)</w:t>
      </w:r>
    </w:p>
    <w:p>
      <w:pPr>
        <w:spacing w:line="360" w:lineRule="auto"/>
        <w:ind w:left="340"/>
        <w:rPr>
          <w:sz w:val="22"/>
        </w:rPr>
      </w:pPr>
      <w:r>
        <w:rPr>
          <w:sz w:val="22"/>
        </w:rPr>
        <w:t>Direksiyon kararlılığına ve tekerleğin düz konuma dönmesine yardımcı olmaktır.</w:t>
      </w:r>
    </w:p>
    <w:p>
      <w:pPr>
        <w:spacing w:after="20" w:line="360" w:lineRule="auto"/>
        <w:rPr>
          <w:sz w:val="22"/>
        </w:rPr>
      </w:pPr>
      <w:r>
        <w:rPr>
          <w:b/>
          <w:bCs/>
          <w:sz w:val="22"/>
        </w:rPr>
        <w:t>8.</w:t>
      </w:r>
      <w:r>
        <w:rPr>
          <w:b w:val="0"/>
          <w:bCs/>
          <w:sz w:val="22"/>
        </w:rPr>
        <w:t xml:space="preserve"> Toe-in ne demektir? (10 Puan)</w:t>
      </w:r>
    </w:p>
    <w:p>
      <w:pPr>
        <w:spacing w:line="360" w:lineRule="auto"/>
        <w:ind w:left="340"/>
        <w:rPr>
          <w:sz w:val="22"/>
        </w:rPr>
      </w:pPr>
      <w:r>
        <w:rPr>
          <w:sz w:val="22"/>
        </w:rPr>
        <w:t>Tekerleklerin ön taraflarının arka taraflarına göre birbirine daha yakın olmasıdır.</w:t>
      </w:r>
    </w:p>
    <w:p>
      <w:pPr>
        <w:spacing w:after="20" w:line="360" w:lineRule="auto"/>
        <w:rPr>
          <w:sz w:val="22"/>
        </w:rPr>
      </w:pPr>
      <w:r>
        <w:rPr>
          <w:b/>
          <w:bCs/>
          <w:sz w:val="22"/>
        </w:rPr>
        <w:t>9.</w:t>
      </w:r>
      <w:r>
        <w:rPr>
          <w:b w:val="0"/>
          <w:bCs/>
          <w:sz w:val="22"/>
        </w:rPr>
        <w:t xml:space="preserve"> Toe-out ne demektir? (10 Puan)</w:t>
      </w:r>
    </w:p>
    <w:p>
      <w:pPr>
        <w:spacing w:line="360" w:lineRule="auto"/>
        <w:ind w:left="340"/>
        <w:rPr>
          <w:sz w:val="22"/>
        </w:rPr>
      </w:pPr>
      <w:r>
        <w:rPr>
          <w:sz w:val="22"/>
        </w:rPr>
        <w:t>Tekerleklerin ön taraflarının arka taraflarına göre birbirinden daha uzak olmasıdır.</w:t>
      </w:r>
    </w:p>
    <w:p>
      <w:pPr>
        <w:spacing w:after="20" w:line="360" w:lineRule="auto"/>
        <w:rPr>
          <w:sz w:val="22"/>
        </w:rPr>
      </w:pPr>
      <w:r>
        <w:rPr>
          <w:b/>
          <w:bCs/>
          <w:sz w:val="22"/>
        </w:rPr>
        <w:t>10.</w:t>
      </w:r>
      <w:r>
        <w:rPr>
          <w:b w:val="0"/>
          <w:bCs/>
          <w:sz w:val="22"/>
        </w:rPr>
        <w:t xml:space="preserve"> İz takibinin bozulmasına neden olan etkenleri maddeler hâlinde yazınız. (10 Puan)</w:t>
      </w:r>
    </w:p>
    <w:p>
      <w:pPr>
        <w:spacing w:line="360" w:lineRule="auto"/>
        <w:ind w:left="340"/>
        <w:rPr>
          <w:sz w:val="22"/>
        </w:rPr>
      </w:pPr>
      <w:r>
        <w:rPr>
          <w:sz w:val="22"/>
        </w:rPr>
        <w:t>1. Ön düzen açı bozuklukları.</w:t>
      </w:r>
    </w:p>
    <w:p>
      <w:pPr>
        <w:spacing w:line="360" w:lineRule="auto"/>
        <w:ind w:left="340"/>
        <w:rPr>
          <w:sz w:val="22"/>
        </w:rPr>
      </w:pPr>
      <w:r>
        <w:rPr>
          <w:sz w:val="22"/>
        </w:rPr>
        <w:t>2. Darbe veya eğilmiş parçalar.</w:t>
      </w:r>
    </w:p>
    <w:p>
      <w:pPr>
        <w:spacing w:line="360" w:lineRule="auto"/>
        <w:ind w:left="340"/>
        <w:rPr>
          <w:sz w:val="22"/>
        </w:rPr>
      </w:pPr>
      <w:r>
        <w:rPr>
          <w:sz w:val="22"/>
        </w:rPr>
        <w:t>3. Aşınmış ön takım parçaları.</w:t>
      </w:r>
    </w:p>
    <w:p>
      <w:pPr>
        <w:spacing w:line="360" w:lineRule="auto"/>
        <w:ind w:left="340"/>
        <w:rPr>
          <w:sz w:val="22"/>
        </w:rPr>
      </w:pPr>
      <w:r>
        <w:rPr>
          <w:sz w:val="22"/>
        </w:rPr>
        <w:t>4. Yanlış tekerlek ayarları.</w:t>
      </w:r>
    </w:p>
    <w:sectPr w:rsidR="00D221F6" w:rsidRPr="00123045" w:rsidSect="00034616">
      <w:pgSz w:w="12240" w:h="15840"/>
      <w:pgMar w:top="652" w:right="794" w:bottom="624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80089377">
    <w:abstractNumId w:val="8"/>
  </w:num>
  <w:num w:numId="2" w16cid:durableId="28067016">
    <w:abstractNumId w:val="6"/>
  </w:num>
  <w:num w:numId="3" w16cid:durableId="1860779056">
    <w:abstractNumId w:val="5"/>
  </w:num>
  <w:num w:numId="4" w16cid:durableId="1019695370">
    <w:abstractNumId w:val="4"/>
  </w:num>
  <w:num w:numId="5" w16cid:durableId="1464154214">
    <w:abstractNumId w:val="7"/>
  </w:num>
  <w:num w:numId="6" w16cid:durableId="568922596">
    <w:abstractNumId w:val="3"/>
  </w:num>
  <w:num w:numId="7" w16cid:durableId="969016627">
    <w:abstractNumId w:val="2"/>
  </w:num>
  <w:num w:numId="8" w16cid:durableId="207182505">
    <w:abstractNumId w:val="1"/>
  </w:num>
  <w:num w:numId="9" w16cid:durableId="2021360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23045"/>
    <w:rsid w:val="0015074B"/>
    <w:rsid w:val="0029639D"/>
    <w:rsid w:val="00326F90"/>
    <w:rsid w:val="00482046"/>
    <w:rsid w:val="0062301E"/>
    <w:rsid w:val="00AA1D8D"/>
    <w:rsid w:val="00B47730"/>
    <w:rsid w:val="00CB0664"/>
    <w:rsid w:val="00D221F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F15AA4"/>
  <w14:defaultImageDpi w14:val="300"/>
  <w15:docId w15:val="{A42D9CEB-C6DF-420A-9C40-2812BAAB9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Arial" w:hAnsi="Arial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352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Abdullah Yanik</cp:lastModifiedBy>
  <cp:revision>3</cp:revision>
  <dcterms:created xsi:type="dcterms:W3CDTF">2013-12-23T23:15:00Z</dcterms:created>
  <dcterms:modified xsi:type="dcterms:W3CDTF">2026-09-23T20:55:00Z</dcterms:modified>
  <cp:category/>
</cp:coreProperties>
</file>