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ÖN DÜZEN AYARLARI DERSİ 2. DÖNEM 1. YAZILI SINAVI - A GRUBU</w:t>
      </w:r>
    </w:p>
    <w:p>
      <w:pPr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>
      <w:pPr>
        <w:jc w:val="center"/>
        <w:rPr>
          <w:sz w:val="22"/>
        </w:rPr>
      </w:pPr>
      <w:r>
        <w:rPr>
          <w:b/>
          <w:sz w:val="22"/>
        </w:rPr>
        <w:t>SORULAR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Arıza ve bakım karteksinin amacı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Arıza karteksinde bulunması gereken bilgileri maddeler hâlinde yazınız.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Müşteri bilgilerinin kartekste bulunma amacı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Seri numarası neden kaydedilir?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Onarım onayı ne için alınır?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Bakım karteksinde arıza karteksinden farklı hangi bilgiler bulunabilir?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Veri tabanı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Veri tabanında tablo ne işe yarar?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Veri tabanında form ne için kullanılır?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Veri tabanında sorgu ne işe yarar? (10 Puan)</w:t>
      </w:r>
    </w:p>
    <w:p>
      <w:pPr>
        <w:spacing w:after="80"/>
        <w:rPr>
          <w:sz w:val="22"/>
        </w:rPr>
      </w:pPr>
      <w:r/>
    </w:p>
    <w:p>
      <w:pPr>
        <w:ind w:left="4320" w:firstLine="720"/>
        <w:jc w:val="center"/>
      </w:pPr>
      <w:r>
        <w:rPr>
          <w:sz w:val="18"/>
        </w:rPr>
        <w:t>Başarılar</w:t>
      </w:r>
    </w:p>
    <w:p>
      <w:r>
        <w:rPr>
          <w:sz w:val="18"/>
        </w:rPr>
        <w:t>Süre: 40 Dk</w:t>
        <w:tab/>
        <w:tab/>
        <w:tab/>
        <w:tab/>
        <w:tab/>
        <w:tab/>
        <w:tab/>
        <w:tab/>
        <w:t>Mot.Arç.Tekn Öğrt Abdullah YANIK</w:t>
      </w:r>
    </w:p>
    <w:p>
      <w:r/>
      <w:r>
        <w:br w:type="page"/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ÖN DÜZEN AYARLARI DERSİ 2. DÖNEM 1. YAZILI SINAVI - A GRUBU CEVAP ANAHTARI</w:t>
      </w:r>
    </w:p>
    <w:p>
      <w:pPr>
        <w:spacing w:after="20" w:line="360" w:lineRule="auto"/>
        <w:jc w:val="center"/>
        <w:rPr>
          <w:sz w:val="24"/>
          <w:szCs w:val="24"/>
        </w:rPr>
      </w:pPr>
      <w:r/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Arıza ve bakım karteksinin amacı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Arıza ve bakım bilgilerinin düzenli kaydedilip takip edilmesini sağlamaktır.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Arıza karteksinde bulunması gereken bilgileri maddeler hâlinde yazınız.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Müşteri bilgileri.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Cihaz bilgileri.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Servise geliş tarihi.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Arıza veya şikâyet bilgisi.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Müşteri bilgilerinin kartekste bulunma amacı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Gerektiğinde müşteriyle iletişim kurabilmektir.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Seri numarası neden kaydedilir?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Aynı model cihazların birbirine karışmasını önlemek için kaydedilir.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Onarım onayı ne için alınır?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Tamir maliyetini müşteriye bildirip onay almak için alınır.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Bakım karteksinde arıza karteksinden farklı hangi bilgiler bulunabilir?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Tespit edilen arıza.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Tamiri yapan kişi.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İmza.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Tamir ve servis ücreti.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Veri tabanı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Bilgilerin düzenli biçimde saklandığı ve gerektiğinde sorgulandığı veri yapısıdır.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Veri tabanında tablo ne işe yarar?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Verileri satır ve alanlar hâlinde saklar.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Veri tabanında form ne için kullanılır?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Veri girişini ve görüntülemeyi kolaylaştırır.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Veri tabanında sorgu ne işe yarar?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İstenen kayıtları belirli ölçütlere göre bulur ve listeler.</w:t>
      </w:r>
    </w:p>
    <w:sectPr w:rsidR="00D221F6" w:rsidRPr="00123045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AA1D8D"/>
    <w:rsid w:val="00B47730"/>
    <w:rsid w:val="00CB0664"/>
    <w:rsid w:val="00D221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15AA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2026-09-23T20:55:00Z</dcterms:modified>
  <cp:category/>
</cp:coreProperties>
</file>