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ÖN DÜZEN AYARLARI DERSİ 2. DÖNEM 1. YAZILI SINAVI - B GRUBU</w:t>
      </w:r>
    </w:p>
    <w:p>
      <w:pPr>
        <w:spacing w:after="40" w:line="360" w:lineRule="auto"/>
        <w:rPr>
          <w:sz w:val="24"/>
          <w:szCs w:val="24"/>
        </w:rPr>
      </w:pPr>
      <w:r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>
      <w:pPr>
        <w:jc w:val="center"/>
        <w:rPr>
          <w:sz w:val="22"/>
        </w:rPr>
      </w:pPr>
      <w:r>
        <w:rPr>
          <w:b/>
          <w:sz w:val="22"/>
        </w:rPr>
        <w:t>SORULAR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Arıza bildirim formunun görevi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Arıza karteksi neden düzenli saklanmalıdır?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Arızalı cihaz bilgilerinde neler bulunur?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Karteksteki not bölümü ne için kullanılır?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Bakım karteksi ne zaman düzenlenir?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Veri tabanında kayıt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Veri tabanında alan ne demektir?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Veri tabanına rapor eklemenin amacı nedir?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Servis kayıtları hangi ölçütlere göre sorgulanabilir? (10 Puan)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Bilgisayarda veri tabanı kullanmanın yararlarını maddeler hâlinde yazınız. (10 Puan)</w:t>
      </w:r>
    </w:p>
    <w:p>
      <w:pPr>
        <w:spacing w:after="80"/>
        <w:rPr>
          <w:sz w:val="22"/>
        </w:rPr>
      </w:pPr>
      <w:r/>
    </w:p>
    <w:p>
      <w:pPr>
        <w:ind w:left="4320" w:firstLine="720"/>
        <w:jc w:val="center"/>
      </w:pPr>
      <w:r>
        <w:rPr>
          <w:sz w:val="18"/>
        </w:rPr>
        <w:t>Başarılar</w:t>
      </w:r>
    </w:p>
    <w:p>
      <w:r>
        <w:rPr>
          <w:sz w:val="18"/>
        </w:rPr>
        <w:t>Süre: 40 Dk</w:t>
        <w:tab/>
        <w:tab/>
        <w:tab/>
        <w:tab/>
        <w:tab/>
        <w:tab/>
        <w:tab/>
        <w:tab/>
        <w:t>Mot.Arç.Tekn Öğrt Abdullah YANIK</w:t>
      </w:r>
    </w:p>
    <w:p>
      <w:r/>
      <w:r>
        <w:br w:type="page"/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YAHŞİHAN MESLEKİ EĞİTİM MERKEZİ</w:t>
      </w:r>
    </w:p>
    <w:p>
      <w:pPr>
        <w:spacing w:after="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2026/2027 EĞİTİM ÖĞRETİM YILI MOTORLU ARAÇLAR TEKNOLOJİSİ ALANI</w:t>
      </w:r>
    </w:p>
    <w:p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ÖN DÜZEN AYARLARI DERSİ 2. DÖNEM 1. YAZILI SINAVI - B GRUBU CEVAP ANAHTARI</w:t>
      </w:r>
    </w:p>
    <w:p>
      <w:pPr>
        <w:spacing w:after="20" w:line="360" w:lineRule="auto"/>
        <w:jc w:val="center"/>
        <w:rPr>
          <w:sz w:val="24"/>
          <w:szCs w:val="24"/>
        </w:rPr>
      </w:pPr>
      <w:r/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1.</w:t>
      </w:r>
      <w:r>
        <w:rPr>
          <w:b w:val="0"/>
          <w:bCs/>
          <w:sz w:val="22"/>
        </w:rPr>
        <w:t xml:space="preserve"> Arıza bildirim formunun görevi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Arızayı teknik servise bildirmek ve yapılan işlemleri kayıt altına almaktır.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2.</w:t>
      </w:r>
      <w:r>
        <w:rPr>
          <w:b w:val="0"/>
          <w:bCs/>
          <w:sz w:val="22"/>
        </w:rPr>
        <w:t xml:space="preserve"> Arıza karteksi neden düzenli saklanmalıdır?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Geçmiş arıza ve bakım bilgilerine hızlı ulaşmak için saklanmalıdır.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3.</w:t>
      </w:r>
      <w:r>
        <w:rPr>
          <w:b w:val="0"/>
          <w:bCs/>
          <w:sz w:val="22"/>
        </w:rPr>
        <w:t xml:space="preserve"> Arızalı cihaz bilgilerinde neler bulunur?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Marka ve model.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Seri numarası.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Aksesuar bilgisi.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Tespit edilen arıza.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4.</w:t>
      </w:r>
      <w:r>
        <w:rPr>
          <w:b w:val="0"/>
          <w:bCs/>
          <w:sz w:val="22"/>
        </w:rPr>
        <w:t xml:space="preserve"> Karteksteki not bölümü ne için kullanılır?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Cihaz veya müşteriyle ilgili ek bilgileri yazmak için kullanılır.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5.</w:t>
      </w:r>
      <w:r>
        <w:rPr>
          <w:b w:val="0"/>
          <w:bCs/>
          <w:sz w:val="22"/>
        </w:rPr>
        <w:t xml:space="preserve"> Bakım karteksi ne zaman düzenlenir?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Cihazın bakım veya tamir işlemi yapıldıktan sonra düzenlenir.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6.</w:t>
      </w:r>
      <w:r>
        <w:rPr>
          <w:b w:val="0"/>
          <w:bCs/>
          <w:sz w:val="22"/>
        </w:rPr>
        <w:t xml:space="preserve"> Veri tabanında kayıt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Bir varlığa ait bilgilerin bir arada bulunduğu veri satırıdır.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7.</w:t>
      </w:r>
      <w:r>
        <w:rPr>
          <w:b w:val="0"/>
          <w:bCs/>
          <w:sz w:val="22"/>
        </w:rPr>
        <w:t xml:space="preserve"> Veri tabanında alan ne demektir?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Kaydın belirli bir bilgi türünü tutan bölümüdür.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8.</w:t>
      </w:r>
      <w:r>
        <w:rPr>
          <w:b w:val="0"/>
          <w:bCs/>
          <w:sz w:val="22"/>
        </w:rPr>
        <w:t xml:space="preserve"> Veri tabanına rapor eklemenin amacı nedir?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Bilgileri düzenli ve yazdırılabilir biçimde sunmaktır.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9.</w:t>
      </w:r>
      <w:r>
        <w:rPr>
          <w:b w:val="0"/>
          <w:bCs/>
          <w:sz w:val="22"/>
        </w:rPr>
        <w:t xml:space="preserve"> Servis kayıtları hangi ölçütlere göre sorgulanabilir?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Müşteri.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Cihaz tipi.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Arıza tipi.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Tarih veya durum.</w:t>
      </w:r>
    </w:p>
    <w:p>
      <w:pPr>
        <w:spacing w:after="20" w:line="360" w:lineRule="auto"/>
        <w:rPr>
          <w:sz w:val="22"/>
        </w:rPr>
      </w:pPr>
      <w:r>
        <w:rPr>
          <w:b/>
          <w:bCs/>
          <w:sz w:val="22"/>
        </w:rPr>
        <w:t>10.</w:t>
      </w:r>
      <w:r>
        <w:rPr>
          <w:b w:val="0"/>
          <w:bCs/>
          <w:sz w:val="22"/>
        </w:rPr>
        <w:t xml:space="preserve"> Bilgisayarda veri tabanı kullanmanın yararlarını maddeler hâlinde yazınız. (10 Puan)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1. Kayıtları düzenli tutar.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2. Aramayı hızlandırır.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3. Raporlamayı kolaylaştırır.</w:t>
      </w:r>
    </w:p>
    <w:p>
      <w:pPr>
        <w:spacing w:line="360" w:lineRule="auto"/>
        <w:ind w:left="340"/>
        <w:rPr>
          <w:sz w:val="22"/>
        </w:rPr>
      </w:pPr>
      <w:r>
        <w:rPr>
          <w:sz w:val="22"/>
        </w:rPr>
        <w:t>4. Bilgiye hızlı erişim sağlar.</w:t>
      </w:r>
    </w:p>
    <w:sectPr w:rsidR="00D221F6" w:rsidRPr="00123045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AA1D8D"/>
    <w:rsid w:val="00B47730"/>
    <w:rsid w:val="00CB0664"/>
    <w:rsid w:val="00D221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F15AA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2026-09-23T20:55:00Z</dcterms:modified>
  <cp:category/>
</cp:coreProperties>
</file>