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0" w:line="360" w:lineRule="auto"/>
        <w:jc w:val="center"/>
        <w:rPr>
          <w:sz w:val="24"/>
          <w:szCs w:val="24"/>
        </w:rPr>
      </w:pPr>
      <w:r>
        <w:rPr>
          <w:b/>
          <w:sz w:val="24"/>
          <w:szCs w:val="24"/>
        </w:rPr>
        <w:t>YAHŞİHAN MESLEKİ EĞİTİM MERKEZİ</w:t>
      </w:r>
    </w:p>
    <w:p>
      <w:pPr>
        <w:spacing w:after="20" w:line="360" w:lineRule="auto"/>
        <w:jc w:val="center"/>
        <w:rPr>
          <w:sz w:val="24"/>
          <w:szCs w:val="24"/>
        </w:rPr>
      </w:pPr>
      <w:r>
        <w:rPr>
          <w:b/>
          <w:sz w:val="24"/>
          <w:szCs w:val="24"/>
        </w:rPr>
        <w:t>2026/2027 EĞİTİM ÖĞRETİM YILI MOTORLU ARAÇLAR TEKNOLOJİSİ ALANI</w:t>
      </w:r>
    </w:p>
    <w:p>
      <w:pPr>
        <w:spacing w:after="20" w:line="360" w:lineRule="auto"/>
        <w:jc w:val="center"/>
        <w:rPr>
          <w:sz w:val="24"/>
          <w:szCs w:val="24"/>
        </w:rPr>
      </w:pPr>
      <w:r>
        <w:rPr>
          <w:b/>
          <w:sz w:val="24"/>
          <w:szCs w:val="24"/>
        </w:rPr>
        <w:t>ÖN DÜZEN AYARLARI DERSİ 2. DÖNEM 2. YAZILI SINAVI - A GRUBU</w:t>
      </w:r>
    </w:p>
    <w:p>
      <w:pPr>
        <w:spacing w:after="40" w:line="360" w:lineRule="auto"/>
        <w:rPr>
          <w:sz w:val="24"/>
          <w:szCs w:val="24"/>
        </w:rPr>
      </w:pPr>
      <w:r>
        <w:rPr>
          <w:sz w:val="24"/>
          <w:szCs w:val="24"/>
        </w:rPr>
        <w:t>Adı Soyadı: ............................................................    Sınıfı/No: ....................    Aldığı Not: ............</w:t>
      </w:r>
    </w:p>
    <w:p>
      <w:pPr>
        <w:jc w:val="center"/>
        <w:rPr>
          <w:sz w:val="22"/>
        </w:rPr>
      </w:pPr>
      <w:r>
        <w:rPr>
          <w:b/>
          <w:sz w:val="22"/>
        </w:rPr>
        <w:t>SORULAR</w:t>
      </w:r>
    </w:p>
    <w:p>
      <w:pPr>
        <w:spacing w:after="20" w:line="360" w:lineRule="auto"/>
        <w:rPr>
          <w:sz w:val="22"/>
        </w:rPr>
      </w:pPr>
      <w:r>
        <w:rPr>
          <w:b/>
          <w:bCs/>
          <w:sz w:val="22"/>
        </w:rPr>
        <w:t>1.</w:t>
      </w:r>
      <w:r>
        <w:rPr>
          <w:b w:val="0"/>
          <w:bCs/>
          <w:sz w:val="22"/>
        </w:rPr>
        <w:t xml:space="preserve"> Arşivlemenin amacı nedir? (10 Puan)</w:t>
      </w:r>
    </w:p>
    <w:p>
      <w:pPr>
        <w:spacing w:after="20" w:line="360" w:lineRule="auto"/>
        <w:rPr>
          <w:sz w:val="22"/>
        </w:rPr>
      </w:pPr>
      <w:r>
        <w:rPr>
          <w:b/>
          <w:bCs/>
          <w:sz w:val="22"/>
        </w:rPr>
        <w:t>2.</w:t>
      </w:r>
      <w:r>
        <w:rPr>
          <w:b w:val="0"/>
          <w:bCs/>
          <w:sz w:val="22"/>
        </w:rPr>
        <w:t xml:space="preserve"> Takip formu neden kullanılır? (10 Puan)</w:t>
      </w:r>
    </w:p>
    <w:p>
      <w:pPr>
        <w:spacing w:after="20" w:line="360" w:lineRule="auto"/>
        <w:rPr>
          <w:sz w:val="22"/>
        </w:rPr>
      </w:pPr>
      <w:r>
        <w:rPr>
          <w:b/>
          <w:bCs/>
          <w:sz w:val="22"/>
        </w:rPr>
        <w:t>3.</w:t>
      </w:r>
      <w:r>
        <w:rPr>
          <w:b w:val="0"/>
          <w:bCs/>
          <w:sz w:val="22"/>
        </w:rPr>
        <w:t xml:space="preserve"> Arşivleme yöntemlerini maddeler hâlinde yazınız. (10 Puan)</w:t>
      </w:r>
    </w:p>
    <w:p>
      <w:pPr>
        <w:spacing w:after="20" w:line="360" w:lineRule="auto"/>
        <w:rPr>
          <w:sz w:val="22"/>
        </w:rPr>
      </w:pPr>
      <w:r>
        <w:rPr>
          <w:b/>
          <w:bCs/>
          <w:sz w:val="22"/>
        </w:rPr>
        <w:t>4.</w:t>
      </w:r>
      <w:r>
        <w:rPr>
          <w:b w:val="0"/>
          <w:bCs/>
          <w:sz w:val="22"/>
        </w:rPr>
        <w:t xml:space="preserve"> Bilgisayar ile arşivlemenin bir avantajı nedir? (10 Puan)</w:t>
      </w:r>
    </w:p>
    <w:p>
      <w:pPr>
        <w:spacing w:after="20" w:line="360" w:lineRule="auto"/>
        <w:rPr>
          <w:sz w:val="22"/>
        </w:rPr>
      </w:pPr>
      <w:r>
        <w:rPr>
          <w:b/>
          <w:bCs/>
          <w:sz w:val="22"/>
        </w:rPr>
        <w:t>5.</w:t>
      </w:r>
      <w:r>
        <w:rPr>
          <w:b w:val="0"/>
          <w:bCs/>
          <w:sz w:val="22"/>
        </w:rPr>
        <w:t xml:space="preserve"> Arşivlenen formlar neden sınıflandırılır? (10 Puan)</w:t>
      </w:r>
    </w:p>
    <w:p>
      <w:pPr>
        <w:spacing w:after="20" w:line="360" w:lineRule="auto"/>
        <w:rPr>
          <w:sz w:val="22"/>
        </w:rPr>
      </w:pPr>
      <w:r>
        <w:rPr>
          <w:b/>
          <w:bCs/>
          <w:sz w:val="22"/>
        </w:rPr>
        <w:t>6.</w:t>
      </w:r>
      <w:r>
        <w:rPr>
          <w:b w:val="0"/>
          <w:bCs/>
          <w:sz w:val="22"/>
        </w:rPr>
        <w:t xml:space="preserve"> Katalog nedir? (10 Puan)</w:t>
      </w:r>
    </w:p>
    <w:p>
      <w:pPr>
        <w:spacing w:after="20" w:line="360" w:lineRule="auto"/>
        <w:rPr>
          <w:sz w:val="22"/>
        </w:rPr>
      </w:pPr>
      <w:r>
        <w:rPr>
          <w:b/>
          <w:bCs/>
          <w:sz w:val="22"/>
        </w:rPr>
        <w:t>7.</w:t>
      </w:r>
      <w:r>
        <w:rPr>
          <w:b w:val="0"/>
          <w:bCs/>
          <w:sz w:val="22"/>
        </w:rPr>
        <w:t xml:space="preserve"> Katalog çeşitlerini maddeler hâlinde yazınız. (10 Puan)</w:t>
      </w:r>
    </w:p>
    <w:p>
      <w:pPr>
        <w:spacing w:after="20" w:line="360" w:lineRule="auto"/>
        <w:rPr>
          <w:sz w:val="22"/>
        </w:rPr>
      </w:pPr>
      <w:r>
        <w:rPr>
          <w:b/>
          <w:bCs/>
          <w:sz w:val="22"/>
        </w:rPr>
        <w:t>8.</w:t>
      </w:r>
      <w:r>
        <w:rPr>
          <w:b w:val="0"/>
          <w:bCs/>
          <w:sz w:val="22"/>
        </w:rPr>
        <w:t xml:space="preserve"> İnternet üzerinden katalog ararken hangi bilgi kullanılabilir? (10 Puan)</w:t>
      </w:r>
    </w:p>
    <w:p>
      <w:pPr>
        <w:spacing w:after="20" w:line="360" w:lineRule="auto"/>
        <w:rPr>
          <w:sz w:val="22"/>
        </w:rPr>
      </w:pPr>
      <w:r>
        <w:rPr>
          <w:b/>
          <w:bCs/>
          <w:sz w:val="22"/>
        </w:rPr>
        <w:t>9.</w:t>
      </w:r>
      <w:r>
        <w:rPr>
          <w:b w:val="0"/>
          <w:bCs/>
          <w:sz w:val="22"/>
        </w:rPr>
        <w:t xml:space="preserve"> Katalog okurken nelere dikkat edilir? (10 Puan)</w:t>
      </w:r>
    </w:p>
    <w:p>
      <w:pPr>
        <w:spacing w:after="20" w:line="360" w:lineRule="auto"/>
        <w:rPr>
          <w:sz w:val="22"/>
        </w:rPr>
      </w:pPr>
      <w:r>
        <w:rPr>
          <w:b/>
          <w:bCs/>
          <w:sz w:val="22"/>
        </w:rPr>
        <w:t>10.</w:t>
      </w:r>
      <w:r>
        <w:rPr>
          <w:b w:val="0"/>
          <w:bCs/>
          <w:sz w:val="22"/>
        </w:rPr>
        <w:t xml:space="preserve"> İstenilen parça katalogdan nasıl bulunur? (10 Puan)</w:t>
      </w:r>
    </w:p>
    <w:p>
      <w:pPr>
        <w:spacing w:after="80"/>
        <w:rPr>
          <w:sz w:val="22"/>
        </w:rPr>
      </w:pPr>
      <w:r/>
    </w:p>
    <w:p>
      <w:pPr>
        <w:ind w:left="4320" w:firstLine="720"/>
        <w:jc w:val="center"/>
      </w:pPr>
      <w:r>
        <w:rPr>
          <w:sz w:val="18"/>
        </w:rPr>
        <w:t>Başarılar</w:t>
      </w:r>
    </w:p>
    <w:p>
      <w:r>
        <w:rPr>
          <w:sz w:val="18"/>
        </w:rPr>
        <w:t>Süre: 40 Dk</w:t>
        <w:tab/>
        <w:tab/>
        <w:tab/>
        <w:tab/>
        <w:tab/>
        <w:tab/>
        <w:tab/>
        <w:tab/>
        <w:t>Mot.Arç.Tekn Öğrt Abdullah YANIK</w:t>
      </w:r>
    </w:p>
    <w:p>
      <w:r/>
      <w:r>
        <w:br w:type="page"/>
      </w:r>
    </w:p>
    <w:p>
      <w:pPr>
        <w:spacing w:after="20" w:line="360" w:lineRule="auto"/>
        <w:jc w:val="center"/>
        <w:rPr>
          <w:sz w:val="24"/>
          <w:szCs w:val="24"/>
        </w:rPr>
      </w:pPr>
      <w:r>
        <w:rPr>
          <w:b/>
          <w:sz w:val="24"/>
          <w:szCs w:val="24"/>
        </w:rPr>
        <w:t>YAHŞİHAN MESLEKİ EĞİTİM MERKEZİ</w:t>
      </w:r>
    </w:p>
    <w:p>
      <w:pPr>
        <w:spacing w:after="20" w:line="360" w:lineRule="auto"/>
        <w:jc w:val="center"/>
        <w:rPr>
          <w:sz w:val="24"/>
          <w:szCs w:val="24"/>
        </w:rPr>
      </w:pPr>
      <w:r>
        <w:rPr>
          <w:b/>
          <w:sz w:val="24"/>
          <w:szCs w:val="24"/>
        </w:rPr>
        <w:t>2026/2027 EĞİTİM ÖĞRETİM YILI MOTORLU ARAÇLAR TEKNOLOJİSİ ALANI</w:t>
      </w:r>
    </w:p>
    <w:p>
      <w:pPr>
        <w:spacing w:after="20"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ÖN DÜZEN AYARLARI DERSİ 2. DÖNEM 2. YAZILI SINAVI - A GRUBU CEVAP ANAHTARI</w:t>
      </w:r>
    </w:p>
    <w:p>
      <w:pPr>
        <w:spacing w:after="20" w:line="360" w:lineRule="auto"/>
        <w:jc w:val="center"/>
        <w:rPr>
          <w:sz w:val="24"/>
          <w:szCs w:val="24"/>
        </w:rPr>
      </w:pPr>
      <w:r/>
    </w:p>
    <w:p>
      <w:pPr>
        <w:spacing w:after="20" w:line="360" w:lineRule="auto"/>
        <w:rPr>
          <w:sz w:val="22"/>
        </w:rPr>
      </w:pPr>
      <w:r>
        <w:rPr>
          <w:b/>
          <w:bCs/>
          <w:sz w:val="22"/>
        </w:rPr>
        <w:t>1.</w:t>
      </w:r>
      <w:r>
        <w:rPr>
          <w:b w:val="0"/>
          <w:bCs/>
          <w:sz w:val="22"/>
        </w:rPr>
        <w:t xml:space="preserve"> Arşivlemenin amacı nedir? (10 Puan)</w:t>
      </w:r>
    </w:p>
    <w:p>
      <w:pPr>
        <w:spacing w:line="360" w:lineRule="auto"/>
        <w:ind w:left="340"/>
        <w:rPr>
          <w:sz w:val="22"/>
        </w:rPr>
      </w:pPr>
      <w:r>
        <w:rPr>
          <w:sz w:val="22"/>
        </w:rPr>
        <w:t>Belgeleri düzenli saklamak ve gerektiğinde kolayca bulmaktır.</w:t>
      </w:r>
    </w:p>
    <w:p>
      <w:pPr>
        <w:spacing w:after="20" w:line="360" w:lineRule="auto"/>
        <w:rPr>
          <w:sz w:val="22"/>
        </w:rPr>
      </w:pPr>
      <w:r>
        <w:rPr>
          <w:b/>
          <w:bCs/>
          <w:sz w:val="22"/>
        </w:rPr>
        <w:t>2.</w:t>
      </w:r>
      <w:r>
        <w:rPr>
          <w:b w:val="0"/>
          <w:bCs/>
          <w:sz w:val="22"/>
        </w:rPr>
        <w:t xml:space="preserve"> Takip formu neden kullanılır? (10 Puan)</w:t>
      </w:r>
    </w:p>
    <w:p>
      <w:pPr>
        <w:spacing w:line="360" w:lineRule="auto"/>
        <w:ind w:left="340"/>
        <w:rPr>
          <w:sz w:val="22"/>
        </w:rPr>
      </w:pPr>
      <w:r>
        <w:rPr>
          <w:sz w:val="22"/>
        </w:rPr>
        <w:t>Belgenin veya işlemin durumunu düzenli takip etmek için kullanılır.</w:t>
      </w:r>
    </w:p>
    <w:p>
      <w:pPr>
        <w:spacing w:after="20" w:line="360" w:lineRule="auto"/>
        <w:rPr>
          <w:sz w:val="22"/>
        </w:rPr>
      </w:pPr>
      <w:r>
        <w:rPr>
          <w:b/>
          <w:bCs/>
          <w:sz w:val="22"/>
        </w:rPr>
        <w:t>3.</w:t>
      </w:r>
      <w:r>
        <w:rPr>
          <w:b w:val="0"/>
          <w:bCs/>
          <w:sz w:val="22"/>
        </w:rPr>
        <w:t xml:space="preserve"> Arşivleme yöntemlerini maddeler hâlinde yazınız. (10 Puan)</w:t>
      </w:r>
    </w:p>
    <w:p>
      <w:pPr>
        <w:spacing w:line="360" w:lineRule="auto"/>
        <w:ind w:left="340"/>
        <w:rPr>
          <w:sz w:val="22"/>
        </w:rPr>
      </w:pPr>
      <w:r>
        <w:rPr>
          <w:sz w:val="22"/>
        </w:rPr>
        <w:t>1. Matbu form ile arşivleme.</w:t>
      </w:r>
    </w:p>
    <w:p>
      <w:pPr>
        <w:spacing w:line="360" w:lineRule="auto"/>
        <w:ind w:left="340"/>
        <w:rPr>
          <w:sz w:val="22"/>
        </w:rPr>
      </w:pPr>
      <w:r>
        <w:rPr>
          <w:sz w:val="22"/>
        </w:rPr>
        <w:t>2. Bilgisayar ile arşivleme.</w:t>
      </w:r>
    </w:p>
    <w:p>
      <w:pPr>
        <w:spacing w:after="20" w:line="360" w:lineRule="auto"/>
        <w:rPr>
          <w:sz w:val="22"/>
        </w:rPr>
      </w:pPr>
      <w:r>
        <w:rPr>
          <w:b/>
          <w:bCs/>
          <w:sz w:val="22"/>
        </w:rPr>
        <w:t>4.</w:t>
      </w:r>
      <w:r>
        <w:rPr>
          <w:b w:val="0"/>
          <w:bCs/>
          <w:sz w:val="22"/>
        </w:rPr>
        <w:t xml:space="preserve"> Bilgisayar ile arşivlemenin bir avantajı nedir? (10 Puan)</w:t>
      </w:r>
    </w:p>
    <w:p>
      <w:pPr>
        <w:spacing w:line="360" w:lineRule="auto"/>
        <w:ind w:left="340"/>
        <w:rPr>
          <w:sz w:val="22"/>
        </w:rPr>
      </w:pPr>
      <w:r>
        <w:rPr>
          <w:sz w:val="22"/>
        </w:rPr>
        <w:t>Belgelere hızlı erişim ve kolay arama sağlar.</w:t>
      </w:r>
    </w:p>
    <w:p>
      <w:pPr>
        <w:spacing w:after="20" w:line="360" w:lineRule="auto"/>
        <w:rPr>
          <w:sz w:val="22"/>
        </w:rPr>
      </w:pPr>
      <w:r>
        <w:rPr>
          <w:b/>
          <w:bCs/>
          <w:sz w:val="22"/>
        </w:rPr>
        <w:t>5.</w:t>
      </w:r>
      <w:r>
        <w:rPr>
          <w:b w:val="0"/>
          <w:bCs/>
          <w:sz w:val="22"/>
        </w:rPr>
        <w:t xml:space="preserve"> Arşivlenen formlar neden sınıflandırılır? (10 Puan)</w:t>
      </w:r>
    </w:p>
    <w:p>
      <w:pPr>
        <w:spacing w:line="360" w:lineRule="auto"/>
        <w:ind w:left="340"/>
        <w:rPr>
          <w:sz w:val="22"/>
        </w:rPr>
      </w:pPr>
      <w:r>
        <w:rPr>
          <w:sz w:val="22"/>
        </w:rPr>
        <w:t>İstenen belgeye hızlı ve doğru ulaşmak için sınıflandırılır.</w:t>
      </w:r>
    </w:p>
    <w:p>
      <w:pPr>
        <w:spacing w:after="20" w:line="360" w:lineRule="auto"/>
        <w:rPr>
          <w:sz w:val="22"/>
        </w:rPr>
      </w:pPr>
      <w:r>
        <w:rPr>
          <w:b/>
          <w:bCs/>
          <w:sz w:val="22"/>
        </w:rPr>
        <w:t>6.</w:t>
      </w:r>
      <w:r>
        <w:rPr>
          <w:b w:val="0"/>
          <w:bCs/>
          <w:sz w:val="22"/>
        </w:rPr>
        <w:t xml:space="preserve"> Katalog nedir? (10 Puan)</w:t>
      </w:r>
    </w:p>
    <w:p>
      <w:pPr>
        <w:spacing w:line="360" w:lineRule="auto"/>
        <w:ind w:left="340"/>
        <w:rPr>
          <w:sz w:val="22"/>
        </w:rPr>
      </w:pPr>
      <w:r>
        <w:rPr>
          <w:sz w:val="22"/>
        </w:rPr>
        <w:t>Ürün veya parçalarla ilgili teknik bilgilerin düzenli olarak sunulduğu kaynaktır.</w:t>
      </w:r>
    </w:p>
    <w:p>
      <w:pPr>
        <w:spacing w:after="20" w:line="360" w:lineRule="auto"/>
        <w:rPr>
          <w:sz w:val="22"/>
        </w:rPr>
      </w:pPr>
      <w:r>
        <w:rPr>
          <w:b/>
          <w:bCs/>
          <w:sz w:val="22"/>
        </w:rPr>
        <w:t>7.</w:t>
      </w:r>
      <w:r>
        <w:rPr>
          <w:b w:val="0"/>
          <w:bCs/>
          <w:sz w:val="22"/>
        </w:rPr>
        <w:t xml:space="preserve"> Katalog çeşitlerini maddeler hâlinde yazınız. (10 Puan)</w:t>
      </w:r>
    </w:p>
    <w:p>
      <w:pPr>
        <w:spacing w:line="360" w:lineRule="auto"/>
        <w:ind w:left="340"/>
        <w:rPr>
          <w:sz w:val="22"/>
        </w:rPr>
      </w:pPr>
      <w:r>
        <w:rPr>
          <w:sz w:val="22"/>
        </w:rPr>
        <w:t>1. Elektrik malzeme katalogları.</w:t>
      </w:r>
    </w:p>
    <w:p>
      <w:pPr>
        <w:spacing w:line="360" w:lineRule="auto"/>
        <w:ind w:left="340"/>
        <w:rPr>
          <w:sz w:val="22"/>
        </w:rPr>
      </w:pPr>
      <w:r>
        <w:rPr>
          <w:sz w:val="22"/>
        </w:rPr>
        <w:t>2. Elektronik malzeme katalogları.</w:t>
      </w:r>
    </w:p>
    <w:p>
      <w:pPr>
        <w:spacing w:line="360" w:lineRule="auto"/>
        <w:ind w:left="340"/>
        <w:rPr>
          <w:sz w:val="22"/>
        </w:rPr>
      </w:pPr>
      <w:r>
        <w:rPr>
          <w:sz w:val="22"/>
        </w:rPr>
        <w:t>3. Mekanik malzeme katalogları.</w:t>
      </w:r>
    </w:p>
    <w:p>
      <w:pPr>
        <w:spacing w:after="20" w:line="360" w:lineRule="auto"/>
        <w:rPr>
          <w:sz w:val="22"/>
        </w:rPr>
      </w:pPr>
      <w:r>
        <w:rPr>
          <w:b/>
          <w:bCs/>
          <w:sz w:val="22"/>
        </w:rPr>
        <w:t>8.</w:t>
      </w:r>
      <w:r>
        <w:rPr>
          <w:b w:val="0"/>
          <w:bCs/>
          <w:sz w:val="22"/>
        </w:rPr>
        <w:t xml:space="preserve"> İnternet üzerinden katalog ararken hangi bilgi kullanılabilir? (10 Puan)</w:t>
      </w:r>
    </w:p>
    <w:p>
      <w:pPr>
        <w:spacing w:line="360" w:lineRule="auto"/>
        <w:ind w:left="340"/>
        <w:rPr>
          <w:sz w:val="22"/>
        </w:rPr>
      </w:pPr>
      <w:r>
        <w:rPr>
          <w:sz w:val="22"/>
        </w:rPr>
        <w:t>Parça adı, parça numarası, marka veya model bilgisi kullanılabilir.</w:t>
      </w:r>
    </w:p>
    <w:p>
      <w:pPr>
        <w:spacing w:after="20" w:line="360" w:lineRule="auto"/>
        <w:rPr>
          <w:sz w:val="22"/>
        </w:rPr>
      </w:pPr>
      <w:r>
        <w:rPr>
          <w:b/>
          <w:bCs/>
          <w:sz w:val="22"/>
        </w:rPr>
        <w:t>9.</w:t>
      </w:r>
      <w:r>
        <w:rPr>
          <w:b w:val="0"/>
          <w:bCs/>
          <w:sz w:val="22"/>
        </w:rPr>
        <w:t xml:space="preserve"> Katalog okurken nelere dikkat edilir? (10 Puan)</w:t>
      </w:r>
    </w:p>
    <w:p>
      <w:pPr>
        <w:spacing w:line="360" w:lineRule="auto"/>
        <w:ind w:left="340"/>
        <w:rPr>
          <w:sz w:val="22"/>
        </w:rPr>
      </w:pPr>
      <w:r>
        <w:rPr>
          <w:sz w:val="22"/>
        </w:rPr>
        <w:t>1. Parça numarası.</w:t>
      </w:r>
    </w:p>
    <w:p>
      <w:pPr>
        <w:spacing w:line="360" w:lineRule="auto"/>
        <w:ind w:left="340"/>
        <w:rPr>
          <w:sz w:val="22"/>
        </w:rPr>
      </w:pPr>
      <w:r>
        <w:rPr>
          <w:sz w:val="22"/>
        </w:rPr>
        <w:t>2. Teknik özellikler.</w:t>
      </w:r>
    </w:p>
    <w:p>
      <w:pPr>
        <w:spacing w:line="360" w:lineRule="auto"/>
        <w:ind w:left="340"/>
        <w:rPr>
          <w:sz w:val="22"/>
        </w:rPr>
      </w:pPr>
      <w:r>
        <w:rPr>
          <w:sz w:val="22"/>
        </w:rPr>
        <w:t>3. Araç veya model uyumu.</w:t>
      </w:r>
    </w:p>
    <w:p>
      <w:pPr>
        <w:spacing w:line="360" w:lineRule="auto"/>
        <w:ind w:left="340"/>
        <w:rPr>
          <w:sz w:val="22"/>
        </w:rPr>
      </w:pPr>
      <w:r>
        <w:rPr>
          <w:sz w:val="22"/>
        </w:rPr>
        <w:t>4. Üretici bilgileri.</w:t>
      </w:r>
    </w:p>
    <w:p>
      <w:pPr>
        <w:spacing w:after="20" w:line="360" w:lineRule="auto"/>
        <w:rPr>
          <w:sz w:val="22"/>
        </w:rPr>
      </w:pPr>
      <w:r>
        <w:rPr>
          <w:b/>
          <w:bCs/>
          <w:sz w:val="22"/>
        </w:rPr>
        <w:t>10.</w:t>
      </w:r>
      <w:r>
        <w:rPr>
          <w:b w:val="0"/>
          <w:bCs/>
          <w:sz w:val="22"/>
        </w:rPr>
        <w:t xml:space="preserve"> İstenilen parça katalogdan nasıl bulunur? (10 Puan)</w:t>
      </w:r>
    </w:p>
    <w:p>
      <w:pPr>
        <w:spacing w:line="360" w:lineRule="auto"/>
        <w:ind w:left="340"/>
        <w:rPr>
          <w:sz w:val="22"/>
        </w:rPr>
      </w:pPr>
      <w:r>
        <w:rPr>
          <w:sz w:val="22"/>
        </w:rPr>
        <w:t>Araç ve parça bilgileri kullanılarak uygun katalog bölümünden parça numarası bulunur.</w:t>
      </w:r>
    </w:p>
    <w:sectPr w:rsidR="00D221F6" w:rsidRPr="00123045" w:rsidSect="00034616">
      <w:pgSz w:w="12240" w:h="15840"/>
      <w:pgMar w:top="652" w:right="794" w:bottom="624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80089377">
    <w:abstractNumId w:val="8"/>
  </w:num>
  <w:num w:numId="2" w16cid:durableId="28067016">
    <w:abstractNumId w:val="6"/>
  </w:num>
  <w:num w:numId="3" w16cid:durableId="1860779056">
    <w:abstractNumId w:val="5"/>
  </w:num>
  <w:num w:numId="4" w16cid:durableId="1019695370">
    <w:abstractNumId w:val="4"/>
  </w:num>
  <w:num w:numId="5" w16cid:durableId="1464154214">
    <w:abstractNumId w:val="7"/>
  </w:num>
  <w:num w:numId="6" w16cid:durableId="568922596">
    <w:abstractNumId w:val="3"/>
  </w:num>
  <w:num w:numId="7" w16cid:durableId="969016627">
    <w:abstractNumId w:val="2"/>
  </w:num>
  <w:num w:numId="8" w16cid:durableId="207182505">
    <w:abstractNumId w:val="1"/>
  </w:num>
  <w:num w:numId="9" w16cid:durableId="2021360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23045"/>
    <w:rsid w:val="0015074B"/>
    <w:rsid w:val="0029639D"/>
    <w:rsid w:val="00326F90"/>
    <w:rsid w:val="00482046"/>
    <w:rsid w:val="0062301E"/>
    <w:rsid w:val="00AA1D8D"/>
    <w:rsid w:val="00B47730"/>
    <w:rsid w:val="00CB0664"/>
    <w:rsid w:val="00D221F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F15AA4"/>
  <w14:defaultImageDpi w14:val="300"/>
  <w15:docId w15:val="{A42D9CEB-C6DF-420A-9C40-2812BAAB9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352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3</cp:revision>
  <dcterms:created xsi:type="dcterms:W3CDTF">2013-12-23T23:15:00Z</dcterms:created>
  <dcterms:modified xsi:type="dcterms:W3CDTF">2026-09-23T20:55:00Z</dcterms:modified>
  <cp:category/>
</cp:coreProperties>
</file>