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YAHŞİHAN MESLEKİ EĞİTİM MERKEZİ</w:t>
      </w:r>
    </w:p>
    <w:p>
      <w:pPr>
        <w:spacing w:after="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2026/2027 EĞİTİM ÖĞRETİM YILI MOTORLU ARAÇLAR TEKNOLOJİSİ ALANI</w:t>
      </w:r>
    </w:p>
    <w:p>
      <w:pPr>
        <w:spacing w:after="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ÖN DÜZEN AYARLARI DERSİ 2. DÖNEM 2. YAZILI SINAVI - B GRUBU</w:t>
      </w:r>
    </w:p>
    <w:p>
      <w:pPr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Adı Soyadı: ............................................................    Sınıfı/No: ....................    Aldığı Not: ............</w:t>
      </w:r>
    </w:p>
    <w:p>
      <w:pPr>
        <w:jc w:val="center"/>
        <w:rPr>
          <w:sz w:val="22"/>
        </w:rPr>
      </w:pPr>
      <w:r>
        <w:rPr>
          <w:b/>
          <w:sz w:val="22"/>
        </w:rPr>
        <w:t>SORULAR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1.</w:t>
      </w:r>
      <w:r>
        <w:rPr>
          <w:b w:val="0"/>
          <w:bCs/>
          <w:sz w:val="22"/>
        </w:rPr>
        <w:t xml:space="preserve"> Arşivleme neden önemlidir?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2.</w:t>
      </w:r>
      <w:r>
        <w:rPr>
          <w:b w:val="0"/>
          <w:bCs/>
          <w:sz w:val="22"/>
        </w:rPr>
        <w:t xml:space="preserve"> Takip formunda bulunabilecek bilgileri maddeler hâlinde yazınız.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3.</w:t>
      </w:r>
      <w:r>
        <w:rPr>
          <w:b w:val="0"/>
          <w:bCs/>
          <w:sz w:val="22"/>
        </w:rPr>
        <w:t xml:space="preserve"> Matbu form ile arşivleme nedir?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4.</w:t>
      </w:r>
      <w:r>
        <w:rPr>
          <w:b w:val="0"/>
          <w:bCs/>
          <w:sz w:val="22"/>
        </w:rPr>
        <w:t xml:space="preserve"> Bilgisayar ile arşivlemede dosya adları neden düzenli verilmelidir?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5.</w:t>
      </w:r>
      <w:r>
        <w:rPr>
          <w:b w:val="0"/>
          <w:bCs/>
          <w:sz w:val="22"/>
        </w:rPr>
        <w:t xml:space="preserve"> Katalogların temel amacı nedir?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6.</w:t>
      </w:r>
      <w:r>
        <w:rPr>
          <w:b w:val="0"/>
          <w:bCs/>
          <w:sz w:val="22"/>
        </w:rPr>
        <w:t xml:space="preserve"> Mekanik malzeme kataloğunda hangi bilgiler bulunabilir?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7.</w:t>
      </w:r>
      <w:r>
        <w:rPr>
          <w:b w:val="0"/>
          <w:bCs/>
          <w:sz w:val="22"/>
        </w:rPr>
        <w:t xml:space="preserve"> Elektrik malzeme kataloğu ne için kullanılır?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8.</w:t>
      </w:r>
      <w:r>
        <w:rPr>
          <w:b w:val="0"/>
          <w:bCs/>
          <w:sz w:val="22"/>
        </w:rPr>
        <w:t xml:space="preserve"> Elektronik malzeme kataloğu ne için kullanılır?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9.</w:t>
      </w:r>
      <w:r>
        <w:rPr>
          <w:b w:val="0"/>
          <w:bCs/>
          <w:sz w:val="22"/>
        </w:rPr>
        <w:t xml:space="preserve"> İnternetten katalog bilgisine ulaşırken nelere dikkat edilir?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10.</w:t>
      </w:r>
      <w:r>
        <w:rPr>
          <w:b w:val="0"/>
          <w:bCs/>
          <w:sz w:val="22"/>
        </w:rPr>
        <w:t xml:space="preserve"> Katalogdan bulunan parça numarası neden kontrol edilir? (10 Puan)</w:t>
      </w:r>
    </w:p>
    <w:p>
      <w:pPr>
        <w:spacing w:after="80"/>
        <w:rPr>
          <w:sz w:val="22"/>
        </w:rPr>
      </w:pPr>
      <w:r/>
    </w:p>
    <w:p>
      <w:pPr>
        <w:ind w:left="4320" w:firstLine="720"/>
        <w:jc w:val="center"/>
      </w:pPr>
      <w:r>
        <w:rPr>
          <w:sz w:val="18"/>
        </w:rPr>
        <w:t>Başarılar</w:t>
      </w:r>
    </w:p>
    <w:p>
      <w:r>
        <w:rPr>
          <w:sz w:val="18"/>
        </w:rPr>
        <w:t>Süre: 40 Dk</w:t>
        <w:tab/>
        <w:tab/>
        <w:tab/>
        <w:tab/>
        <w:tab/>
        <w:tab/>
        <w:tab/>
        <w:tab/>
        <w:t>Mot.Arç.Tekn Öğrt Abdullah YANIK</w:t>
      </w:r>
    </w:p>
    <w:p>
      <w:r/>
      <w:r>
        <w:br w:type="page"/>
      </w:r>
    </w:p>
    <w:p>
      <w:pPr>
        <w:spacing w:after="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YAHŞİHAN MESLEKİ EĞİTİM MERKEZİ</w:t>
      </w:r>
    </w:p>
    <w:p>
      <w:pPr>
        <w:spacing w:after="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2026/2027 EĞİTİM ÖĞRETİM YILI MOTORLU ARAÇLAR TEKNOLOJİSİ ALANI</w:t>
      </w:r>
    </w:p>
    <w:p>
      <w:pPr>
        <w:spacing w:after="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ÖN DÜZEN AYARLARI DERSİ 2. DÖNEM 2. YAZILI SINAVI - B GRUBU CEVAP ANAHTARI</w:t>
      </w:r>
    </w:p>
    <w:p>
      <w:pPr>
        <w:spacing w:after="20" w:line="360" w:lineRule="auto"/>
        <w:jc w:val="center"/>
        <w:rPr>
          <w:sz w:val="24"/>
          <w:szCs w:val="24"/>
        </w:rPr>
      </w:pPr>
      <w:r/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1.</w:t>
      </w:r>
      <w:r>
        <w:rPr>
          <w:b w:val="0"/>
          <w:bCs/>
          <w:sz w:val="22"/>
        </w:rPr>
        <w:t xml:space="preserve"> Arşivleme neden önemlidir?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Bilgilerin kaybolmasını önler ve gerektiğinde ulaşılmasını kolaylaştırır.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2.</w:t>
      </w:r>
      <w:r>
        <w:rPr>
          <w:b w:val="0"/>
          <w:bCs/>
          <w:sz w:val="22"/>
        </w:rPr>
        <w:t xml:space="preserve"> Takip formunda bulunabilecek bilgileri maddeler hâlinde yazınız.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1. Kayıt veya form numarası.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2. Tarih.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3. İlgili kişi veya cihaz.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4. İşlem durumu.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3.</w:t>
      </w:r>
      <w:r>
        <w:rPr>
          <w:b w:val="0"/>
          <w:bCs/>
          <w:sz w:val="22"/>
        </w:rPr>
        <w:t xml:space="preserve"> Matbu form ile arşivleme nedir?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Basılı belgelerin belirli bir düzen içinde dosyalanarak saklanmasıdır.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4.</w:t>
      </w:r>
      <w:r>
        <w:rPr>
          <w:b w:val="0"/>
          <w:bCs/>
          <w:sz w:val="22"/>
        </w:rPr>
        <w:t xml:space="preserve"> Bilgisayar ile arşivlemede dosya adları neden düzenli verilmelidir?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Dosyaların kolay bulunması ve karışmaması için düzenli verilmelidir.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5.</w:t>
      </w:r>
      <w:r>
        <w:rPr>
          <w:b w:val="0"/>
          <w:bCs/>
          <w:sz w:val="22"/>
        </w:rPr>
        <w:t xml:space="preserve"> Katalogların temel amacı nedir?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Doğru malzeme veya parçanın teknik bilgilerine ulaşmayı sağlamaktır.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6.</w:t>
      </w:r>
      <w:r>
        <w:rPr>
          <w:b w:val="0"/>
          <w:bCs/>
          <w:sz w:val="22"/>
        </w:rPr>
        <w:t xml:space="preserve"> Mekanik malzeme kataloğunda hangi bilgiler bulunabilir?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Parça adı, parça numarası, ölçü ve uyumluluk bilgileri bulunabilir.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7.</w:t>
      </w:r>
      <w:r>
        <w:rPr>
          <w:b w:val="0"/>
          <w:bCs/>
          <w:sz w:val="22"/>
        </w:rPr>
        <w:t xml:space="preserve"> Elektrik malzeme kataloğu ne için kullanılır?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Elektrik malzemelerinin özellik ve parça bilgilerini bulmak için kullanılır.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8.</w:t>
      </w:r>
      <w:r>
        <w:rPr>
          <w:b w:val="0"/>
          <w:bCs/>
          <w:sz w:val="22"/>
        </w:rPr>
        <w:t xml:space="preserve"> Elektronik malzeme kataloğu ne için kullanılır?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Elektronik elemanların teknik özellik ve kod bilgilerini bulmak için kullanılır.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9.</w:t>
      </w:r>
      <w:r>
        <w:rPr>
          <w:b w:val="0"/>
          <w:bCs/>
          <w:sz w:val="22"/>
        </w:rPr>
        <w:t xml:space="preserve"> İnternetten katalog bilgisine ulaşırken nelere dikkat edilir?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1. Doğru marka ve model seçilir.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2. Parça numarası kontrol edilir.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3. Güvenilir kaynak kullanılır.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4. Teknik özellikler karşılaştırılır.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10.</w:t>
      </w:r>
      <w:r>
        <w:rPr>
          <w:b w:val="0"/>
          <w:bCs/>
          <w:sz w:val="22"/>
        </w:rPr>
        <w:t xml:space="preserve"> Katalogdan bulunan parça numarası neden kontrol edilir?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Yanlış parça seçimini önlemek ve araçla uyumu doğrulamak için kontrol edilir.</w:t>
      </w:r>
    </w:p>
    <w:sectPr w:rsidR="00D221F6" w:rsidRPr="00123045" w:rsidSect="00034616">
      <w:pgSz w:w="12240" w:h="15840"/>
      <w:pgMar w:top="652" w:right="794" w:bottom="62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0089377">
    <w:abstractNumId w:val="8"/>
  </w:num>
  <w:num w:numId="2" w16cid:durableId="28067016">
    <w:abstractNumId w:val="6"/>
  </w:num>
  <w:num w:numId="3" w16cid:durableId="1860779056">
    <w:abstractNumId w:val="5"/>
  </w:num>
  <w:num w:numId="4" w16cid:durableId="1019695370">
    <w:abstractNumId w:val="4"/>
  </w:num>
  <w:num w:numId="5" w16cid:durableId="1464154214">
    <w:abstractNumId w:val="7"/>
  </w:num>
  <w:num w:numId="6" w16cid:durableId="568922596">
    <w:abstractNumId w:val="3"/>
  </w:num>
  <w:num w:numId="7" w16cid:durableId="969016627">
    <w:abstractNumId w:val="2"/>
  </w:num>
  <w:num w:numId="8" w16cid:durableId="207182505">
    <w:abstractNumId w:val="1"/>
  </w:num>
  <w:num w:numId="9" w16cid:durableId="202136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045"/>
    <w:rsid w:val="0015074B"/>
    <w:rsid w:val="0029639D"/>
    <w:rsid w:val="00326F90"/>
    <w:rsid w:val="00482046"/>
    <w:rsid w:val="0062301E"/>
    <w:rsid w:val="00AA1D8D"/>
    <w:rsid w:val="00B47730"/>
    <w:rsid w:val="00CB0664"/>
    <w:rsid w:val="00D221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F15AA4"/>
  <w14:defaultImageDpi w14:val="300"/>
  <w15:docId w15:val="{A42D9CEB-C6DF-420A-9C40-2812BAAB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3</cp:revision>
  <dcterms:created xsi:type="dcterms:W3CDTF">2013-12-23T23:15:00Z</dcterms:created>
  <dcterms:modified xsi:type="dcterms:W3CDTF">2026-09-23T20:55:00Z</dcterms:modified>
  <cp:category/>
</cp:coreProperties>
</file>