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CD0B8" w14:textId="77777777" w:rsidR="006518B1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1CC00DEB" w14:textId="77777777" w:rsidR="006518B1" w:rsidRDefault="00000000">
      <w:pPr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0EE2B994" w14:textId="77777777" w:rsidR="006518B1" w:rsidRDefault="00000000">
      <w:pPr>
        <w:jc w:val="center"/>
      </w:pPr>
      <w:r>
        <w:rPr>
          <w:b/>
          <w:sz w:val="24"/>
        </w:rPr>
        <w:t>ÖN DÜZEN TEKNOLOJİSİ DERSİ 1. DÖNEM 1. YAZILI SINAVI - A GRUBU</w:t>
      </w:r>
    </w:p>
    <w:p w14:paraId="2AF62800" w14:textId="77777777" w:rsidR="006518B1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40695B8C" w14:textId="77777777" w:rsidR="006518B1" w:rsidRDefault="00000000">
      <w:pPr>
        <w:jc w:val="center"/>
      </w:pPr>
      <w:r>
        <w:rPr>
          <w:b/>
          <w:sz w:val="22"/>
        </w:rPr>
        <w:t>SORULAR</w:t>
      </w:r>
    </w:p>
    <w:p w14:paraId="24E9D1A5" w14:textId="77777777" w:rsidR="006518B1" w:rsidRDefault="00000000">
      <w:pPr>
        <w:spacing w:after="60" w:line="360" w:lineRule="auto"/>
        <w:rPr>
          <w:bCs/>
        </w:rPr>
      </w:pPr>
      <w:r>
        <w:rPr>
          <w:b/>
        </w:rPr>
        <w:t xml:space="preserve">1. </w:t>
      </w:r>
      <w:r w:rsidRPr="009E145E">
        <w:rPr>
          <w:bCs/>
        </w:rPr>
        <w:t>Direksiyon sisteminin görevlerini maddeler hâlinde yazınız. (10 Puan)</w:t>
      </w:r>
    </w:p>
    <w:p w14:paraId="391C5ADE" w14:textId="77777777" w:rsidR="006518B1" w:rsidRDefault="00000000">
      <w:pPr>
        <w:spacing w:after="60" w:line="360" w:lineRule="auto"/>
        <w:rPr>
          <w:bCs/>
        </w:rPr>
      </w:pPr>
      <w:r>
        <w:rPr>
          <w:b/>
        </w:rPr>
        <w:t xml:space="preserve">2. </w:t>
      </w:r>
      <w:r w:rsidRPr="009E145E">
        <w:rPr>
          <w:bCs/>
        </w:rPr>
        <w:t>Direksiyon sisteminin temel parçalarını maddeler hâlinde yazınız. (10 Puan)</w:t>
      </w:r>
    </w:p>
    <w:p w14:paraId="0FD6CBC5" w14:textId="77777777" w:rsidR="006518B1" w:rsidRPr="009E145E" w:rsidRDefault="00000000">
      <w:pPr>
        <w:spacing w:after="60" w:line="360" w:lineRule="auto"/>
        <w:rPr>
          <w:bCs/>
        </w:rPr>
      </w:pPr>
      <w:r>
        <w:rPr>
          <w:b/>
        </w:rPr>
        <w:t xml:space="preserve">3. </w:t>
      </w:r>
      <w:r w:rsidRPr="009E145E">
        <w:rPr>
          <w:bCs/>
        </w:rPr>
        <w:t>Direksiyon dişli kutusunun görevi nedir? (10 Puan)</w:t>
      </w:r>
    </w:p>
    <w:p w14:paraId="3E54053B" w14:textId="77777777" w:rsidR="006518B1" w:rsidRDefault="00000000">
      <w:pPr>
        <w:spacing w:after="60" w:line="360" w:lineRule="auto"/>
        <w:rPr>
          <w:bCs/>
        </w:rPr>
      </w:pPr>
      <w:r>
        <w:rPr>
          <w:b/>
        </w:rPr>
        <w:t xml:space="preserve">4. </w:t>
      </w:r>
      <w:r w:rsidRPr="009E145E">
        <w:rPr>
          <w:bCs/>
        </w:rPr>
        <w:t>Kremayer-pinyon tipi direksiyon dişli kutusu nasıl çalışır? (10 Puan)</w:t>
      </w:r>
    </w:p>
    <w:p w14:paraId="385978E8" w14:textId="77777777" w:rsidR="006518B1" w:rsidRDefault="00000000">
      <w:pPr>
        <w:spacing w:after="60" w:line="360" w:lineRule="auto"/>
        <w:rPr>
          <w:bCs/>
        </w:rPr>
      </w:pPr>
      <w:r>
        <w:rPr>
          <w:b/>
        </w:rPr>
        <w:t xml:space="preserve">5. </w:t>
      </w:r>
      <w:r w:rsidRPr="009E145E">
        <w:rPr>
          <w:bCs/>
        </w:rPr>
        <w:t>Hidrolik yardımlı direksiyon sisteminin avantajlarını maddeler hâlinde yazınız. (10 Puan)</w:t>
      </w:r>
    </w:p>
    <w:p w14:paraId="5B803944" w14:textId="77777777" w:rsidR="006518B1" w:rsidRPr="009E145E" w:rsidRDefault="00000000">
      <w:pPr>
        <w:spacing w:after="60" w:line="360" w:lineRule="auto"/>
        <w:rPr>
          <w:bCs/>
        </w:rPr>
      </w:pPr>
      <w:r>
        <w:rPr>
          <w:b/>
        </w:rPr>
        <w:t xml:space="preserve">6. </w:t>
      </w:r>
      <w:r w:rsidRPr="009E145E">
        <w:rPr>
          <w:bCs/>
        </w:rPr>
        <w:t>Hidrolik direksiyon pompasının görevi nedir? (10 Puan)</w:t>
      </w:r>
    </w:p>
    <w:p w14:paraId="6121CF80" w14:textId="77777777" w:rsidR="006518B1" w:rsidRPr="009E145E" w:rsidRDefault="00000000">
      <w:pPr>
        <w:spacing w:after="60" w:line="360" w:lineRule="auto"/>
        <w:rPr>
          <w:bCs/>
        </w:rPr>
      </w:pPr>
      <w:r w:rsidRPr="009E145E">
        <w:rPr>
          <w:b/>
        </w:rPr>
        <w:t>7.</w:t>
      </w:r>
      <w:r w:rsidRPr="009E145E">
        <w:rPr>
          <w:bCs/>
        </w:rPr>
        <w:t xml:space="preserve"> Hidrolik direksiyon yağının görevleri nelerdir? (10 Puan)</w:t>
      </w:r>
    </w:p>
    <w:p w14:paraId="69224D9F" w14:textId="77777777" w:rsidR="006518B1" w:rsidRPr="009E145E" w:rsidRDefault="00000000">
      <w:pPr>
        <w:spacing w:after="60" w:line="360" w:lineRule="auto"/>
        <w:rPr>
          <w:bCs/>
        </w:rPr>
      </w:pPr>
      <w:r w:rsidRPr="009E145E">
        <w:rPr>
          <w:b/>
        </w:rPr>
        <w:t>8.</w:t>
      </w:r>
      <w:r w:rsidRPr="009E145E">
        <w:rPr>
          <w:bCs/>
        </w:rPr>
        <w:t xml:space="preserve"> Elektrik yardımlı direksiyon sisteminin temel avantajı nedir? (10 Puan)</w:t>
      </w:r>
    </w:p>
    <w:p w14:paraId="6408AAB8" w14:textId="77777777" w:rsidR="006518B1" w:rsidRPr="009E145E" w:rsidRDefault="00000000">
      <w:pPr>
        <w:spacing w:after="60" w:line="360" w:lineRule="auto"/>
        <w:rPr>
          <w:bCs/>
        </w:rPr>
      </w:pPr>
      <w:r>
        <w:rPr>
          <w:b/>
        </w:rPr>
        <w:t xml:space="preserve">9. </w:t>
      </w:r>
      <w:r w:rsidRPr="009E145E">
        <w:rPr>
          <w:bCs/>
        </w:rPr>
        <w:t>Direksiyon açı sensörünün görevi nedir? (10 Puan)</w:t>
      </w:r>
    </w:p>
    <w:p w14:paraId="3B8A4C81" w14:textId="77777777" w:rsidR="006518B1" w:rsidRPr="009E145E" w:rsidRDefault="00000000">
      <w:pPr>
        <w:spacing w:after="60" w:line="360" w:lineRule="auto"/>
        <w:rPr>
          <w:bCs/>
        </w:rPr>
      </w:pPr>
      <w:r>
        <w:rPr>
          <w:b/>
        </w:rPr>
        <w:t xml:space="preserve">10. </w:t>
      </w:r>
      <w:r w:rsidRPr="009E145E">
        <w:rPr>
          <w:bCs/>
        </w:rPr>
        <w:t>Dört tekerlek yön kontrol sisteminin (4WS) amacı nedir? (10 Puan)</w:t>
      </w:r>
    </w:p>
    <w:p w14:paraId="43A5CDC6" w14:textId="77CD1F35" w:rsidR="006518B1" w:rsidRDefault="00000000">
      <w:pPr>
        <w:spacing w:after="60" w:line="240" w:lineRule="auto"/>
      </w:pPr>
      <w:r>
        <w:tab/>
      </w:r>
      <w:r w:rsidR="009E145E">
        <w:tab/>
      </w:r>
      <w:r w:rsidR="009E145E">
        <w:tab/>
      </w:r>
      <w:r w:rsidR="009E145E">
        <w:tab/>
      </w:r>
      <w:r w:rsidR="009E145E">
        <w:tab/>
      </w:r>
      <w:r w:rsidR="009E145E">
        <w:tab/>
      </w:r>
      <w:r w:rsidR="009E145E">
        <w:tab/>
      </w:r>
      <w:r w:rsidR="009E145E">
        <w:tab/>
      </w:r>
      <w:r w:rsidR="009E145E">
        <w:tab/>
      </w:r>
      <w:r w:rsidR="009E145E">
        <w:tab/>
      </w:r>
      <w:proofErr w:type="spellStart"/>
      <w:r>
        <w:t>Başarılar</w:t>
      </w:r>
      <w:proofErr w:type="spellEnd"/>
    </w:p>
    <w:p w14:paraId="4AD407C3" w14:textId="007016F3" w:rsidR="006518B1" w:rsidRPr="009E145E" w:rsidRDefault="00000000">
      <w:pPr>
        <w:spacing w:before="60"/>
        <w:rPr>
          <w:bCs/>
        </w:rPr>
      </w:pPr>
      <w:proofErr w:type="spellStart"/>
      <w:r w:rsidRPr="009E145E">
        <w:rPr>
          <w:b/>
          <w:u w:val="single"/>
        </w:rPr>
        <w:t>Süre</w:t>
      </w:r>
      <w:proofErr w:type="spellEnd"/>
      <w:r w:rsidRPr="009E145E">
        <w:rPr>
          <w:b/>
          <w:u w:val="single"/>
        </w:rPr>
        <w:t>:</w:t>
      </w:r>
      <w:r w:rsidRPr="009E145E">
        <w:rPr>
          <w:bCs/>
        </w:rPr>
        <w:t xml:space="preserve"> 40 Dk                                                                                    </w:t>
      </w:r>
      <w:r w:rsidR="009E145E">
        <w:rPr>
          <w:bCs/>
        </w:rPr>
        <w:t xml:space="preserve">    </w:t>
      </w:r>
      <w:proofErr w:type="spellStart"/>
      <w:proofErr w:type="gramStart"/>
      <w:r w:rsidRPr="009E145E">
        <w:rPr>
          <w:bCs/>
        </w:rPr>
        <w:t>Mot.Arç.Tekn</w:t>
      </w:r>
      <w:proofErr w:type="spellEnd"/>
      <w:proofErr w:type="gramEnd"/>
      <w:r w:rsidRPr="009E145E">
        <w:rPr>
          <w:bCs/>
        </w:rPr>
        <w:t xml:space="preserve"> Öğrt Abdullah YANIK</w:t>
      </w:r>
    </w:p>
    <w:p w14:paraId="433A8DB8" w14:textId="77777777" w:rsidR="006518B1" w:rsidRDefault="00000000">
      <w:r>
        <w:br w:type="page"/>
      </w:r>
    </w:p>
    <w:p w14:paraId="385BA96E" w14:textId="77777777" w:rsidR="006518B1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2F7FB5C8" w14:textId="77777777" w:rsidR="006518B1" w:rsidRDefault="00000000">
      <w:pPr>
        <w:jc w:val="center"/>
      </w:pPr>
      <w:r>
        <w:rPr>
          <w:b/>
        </w:rPr>
        <w:t>ÖN DÜZEN TEKNOLOJİSİ - A GRUBU</w:t>
      </w:r>
    </w:p>
    <w:p w14:paraId="516D84CF" w14:textId="77777777" w:rsidR="006518B1" w:rsidRDefault="00000000">
      <w:pPr>
        <w:spacing w:after="80" w:line="480" w:lineRule="auto"/>
      </w:pPr>
      <w:r>
        <w:rPr>
          <w:b/>
        </w:rPr>
        <w:t>1. Direksiyon sisteminin görevlerini maddeler hâlinde yazınız.</w:t>
      </w:r>
    </w:p>
    <w:p w14:paraId="718CDA27" w14:textId="0B56C131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a</w:t>
      </w:r>
      <w:r>
        <w:t>. Aracı istenilen yöne yönlendirmek</w:t>
      </w:r>
    </w:p>
    <w:p w14:paraId="439A0C05" w14:textId="49D89AF1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b</w:t>
      </w:r>
      <w:r>
        <w:t>. Tekerlekleri kolay ve düzgün çevirmek</w:t>
      </w:r>
    </w:p>
    <w:p w14:paraId="07CBED6B" w14:textId="0A32FFF0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c</w:t>
      </w:r>
      <w:r>
        <w:t>. Yol darbelerinin direksiyon hâkimiyetini bozmasını azaltmak</w:t>
      </w:r>
    </w:p>
    <w:p w14:paraId="355FCDEE" w14:textId="1CD09647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d</w:t>
      </w:r>
      <w:r>
        <w:t>. Dönüş sonrası direksiyonun düz konuma dönmesine yardımcı olmak</w:t>
      </w:r>
    </w:p>
    <w:p w14:paraId="376BF5CF" w14:textId="77777777" w:rsidR="006518B1" w:rsidRDefault="00000000">
      <w:pPr>
        <w:spacing w:after="80" w:line="480" w:lineRule="auto"/>
      </w:pPr>
      <w:r>
        <w:rPr>
          <w:b/>
        </w:rPr>
        <w:t>2. Direksiyon sisteminin temel parçalarını maddeler hâlinde yazınız.</w:t>
      </w:r>
    </w:p>
    <w:p w14:paraId="43C1D194" w14:textId="76AB53F0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a</w:t>
      </w:r>
      <w:r>
        <w:t>. Direksiyon simidi</w:t>
      </w:r>
    </w:p>
    <w:p w14:paraId="7D91EA43" w14:textId="5255A25F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b</w:t>
      </w:r>
      <w:r>
        <w:t>. Direksiyon mili ve kovanı</w:t>
      </w:r>
    </w:p>
    <w:p w14:paraId="61D501D3" w14:textId="38A634DB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c</w:t>
      </w:r>
      <w:r>
        <w:t>. Direksiyon dişli kutusu</w:t>
      </w:r>
    </w:p>
    <w:p w14:paraId="43B3F4A9" w14:textId="3A20CE72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d</w:t>
      </w:r>
      <w:r>
        <w:t>. Rotlar ve rot başları</w:t>
      </w:r>
    </w:p>
    <w:p w14:paraId="69BDDEA5" w14:textId="753C754A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e</w:t>
      </w:r>
      <w:r>
        <w:t>. Komuta kolu (pitman)</w:t>
      </w:r>
    </w:p>
    <w:p w14:paraId="34134552" w14:textId="7F417F40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f</w:t>
      </w:r>
      <w:r>
        <w:t>. Deveboynu</w:t>
      </w:r>
    </w:p>
    <w:p w14:paraId="62572B69" w14:textId="77777777" w:rsidR="006518B1" w:rsidRPr="009E145E" w:rsidRDefault="00000000" w:rsidP="009E145E">
      <w:pPr>
        <w:spacing w:after="20" w:line="480" w:lineRule="auto"/>
        <w:rPr>
          <w:b/>
          <w:bCs/>
        </w:rPr>
      </w:pPr>
      <w:r w:rsidRPr="009E145E">
        <w:rPr>
          <w:b/>
          <w:bCs/>
        </w:rPr>
        <w:t xml:space="preserve">3. Direksiyon simidinin dönme hareketini direksiyon bağlantılarına uygun harekete </w:t>
      </w:r>
      <w:proofErr w:type="spellStart"/>
      <w:r w:rsidRPr="009E145E">
        <w:rPr>
          <w:b/>
          <w:bCs/>
        </w:rPr>
        <w:t>dönüştürür</w:t>
      </w:r>
      <w:proofErr w:type="spellEnd"/>
      <w:r w:rsidRPr="009E145E">
        <w:rPr>
          <w:b/>
          <w:bCs/>
        </w:rPr>
        <w:t xml:space="preserve"> </w:t>
      </w:r>
      <w:proofErr w:type="spellStart"/>
      <w:r w:rsidRPr="009E145E">
        <w:rPr>
          <w:b/>
          <w:bCs/>
        </w:rPr>
        <w:t>ve</w:t>
      </w:r>
      <w:proofErr w:type="spellEnd"/>
      <w:r w:rsidRPr="009E145E">
        <w:rPr>
          <w:b/>
          <w:bCs/>
        </w:rPr>
        <w:t xml:space="preserve"> </w:t>
      </w:r>
      <w:proofErr w:type="spellStart"/>
      <w:r w:rsidRPr="009E145E">
        <w:rPr>
          <w:b/>
          <w:bCs/>
        </w:rPr>
        <w:t>kuvveti</w:t>
      </w:r>
      <w:proofErr w:type="spellEnd"/>
      <w:r w:rsidRPr="009E145E">
        <w:rPr>
          <w:b/>
          <w:bCs/>
        </w:rPr>
        <w:t xml:space="preserve"> </w:t>
      </w:r>
      <w:proofErr w:type="spellStart"/>
      <w:r w:rsidRPr="009E145E">
        <w:rPr>
          <w:b/>
          <w:bCs/>
        </w:rPr>
        <w:t>artırır</w:t>
      </w:r>
      <w:proofErr w:type="spellEnd"/>
      <w:r w:rsidRPr="009E145E">
        <w:rPr>
          <w:b/>
          <w:bCs/>
        </w:rPr>
        <w:t>.</w:t>
      </w:r>
    </w:p>
    <w:p w14:paraId="45294611" w14:textId="77777777" w:rsidR="006518B1" w:rsidRPr="009E145E" w:rsidRDefault="00000000" w:rsidP="009E145E">
      <w:pPr>
        <w:spacing w:after="20" w:line="480" w:lineRule="auto"/>
        <w:rPr>
          <w:b/>
          <w:bCs/>
        </w:rPr>
      </w:pPr>
      <w:r w:rsidRPr="009E145E">
        <w:rPr>
          <w:b/>
          <w:bCs/>
        </w:rPr>
        <w:t xml:space="preserve">4. Pinyon dişlinin dönmesiyle kremayer sağa veya sola </w:t>
      </w:r>
      <w:proofErr w:type="spellStart"/>
      <w:r w:rsidRPr="009E145E">
        <w:rPr>
          <w:b/>
          <w:bCs/>
        </w:rPr>
        <w:t>doğrusal</w:t>
      </w:r>
      <w:proofErr w:type="spellEnd"/>
      <w:r w:rsidRPr="009E145E">
        <w:rPr>
          <w:b/>
          <w:bCs/>
        </w:rPr>
        <w:t xml:space="preserve"> </w:t>
      </w:r>
      <w:proofErr w:type="spellStart"/>
      <w:r w:rsidRPr="009E145E">
        <w:rPr>
          <w:b/>
          <w:bCs/>
        </w:rPr>
        <w:t>hareket</w:t>
      </w:r>
      <w:proofErr w:type="spellEnd"/>
      <w:r w:rsidRPr="009E145E">
        <w:rPr>
          <w:b/>
          <w:bCs/>
        </w:rPr>
        <w:t xml:space="preserve"> </w:t>
      </w:r>
      <w:proofErr w:type="spellStart"/>
      <w:r w:rsidRPr="009E145E">
        <w:rPr>
          <w:b/>
          <w:bCs/>
        </w:rPr>
        <w:t>eder</w:t>
      </w:r>
      <w:proofErr w:type="spellEnd"/>
      <w:r w:rsidRPr="009E145E">
        <w:rPr>
          <w:b/>
          <w:bCs/>
        </w:rPr>
        <w:t>.</w:t>
      </w:r>
    </w:p>
    <w:p w14:paraId="5B71DBBB" w14:textId="77777777" w:rsidR="006518B1" w:rsidRDefault="00000000">
      <w:pPr>
        <w:spacing w:after="80" w:line="480" w:lineRule="auto"/>
      </w:pPr>
      <w:r>
        <w:rPr>
          <w:b/>
        </w:rPr>
        <w:t>5. Hidrolik yardımlı direksiyon sisteminin avantajlarını maddeler hâlinde yazınız.</w:t>
      </w:r>
    </w:p>
    <w:p w14:paraId="3A0781CE" w14:textId="5F2C0C05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a</w:t>
      </w:r>
      <w:r>
        <w:t>. Direksiyon kuvvetini azaltır</w:t>
      </w:r>
    </w:p>
    <w:p w14:paraId="4D0B92C1" w14:textId="26FBB72B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b</w:t>
      </w:r>
      <w:r>
        <w:t>. Sürüş konforunu artırır</w:t>
      </w:r>
    </w:p>
    <w:p w14:paraId="5009C490" w14:textId="486AF544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c</w:t>
      </w:r>
      <w:r>
        <w:t>. Yol darbelerinin direksiyonda hissedilmesini azaltır</w:t>
      </w:r>
    </w:p>
    <w:p w14:paraId="21C6A8F9" w14:textId="7965015C" w:rsidR="006518B1" w:rsidRDefault="00000000">
      <w:pPr>
        <w:spacing w:after="20" w:line="480" w:lineRule="auto"/>
        <w:ind w:left="283"/>
      </w:pPr>
      <w:r>
        <w:t xml:space="preserve">   </w:t>
      </w:r>
      <w:r w:rsidR="009E145E">
        <w:t>d</w:t>
      </w:r>
      <w:r>
        <w:t>. Yön kontrolünü kolaylaştırır</w:t>
      </w:r>
    </w:p>
    <w:p w14:paraId="5D4D1812" w14:textId="77777777" w:rsidR="006518B1" w:rsidRPr="009E145E" w:rsidRDefault="00000000" w:rsidP="009E145E">
      <w:pPr>
        <w:spacing w:after="20" w:line="480" w:lineRule="auto"/>
        <w:rPr>
          <w:b/>
          <w:bCs/>
        </w:rPr>
      </w:pPr>
      <w:r w:rsidRPr="009E145E">
        <w:rPr>
          <w:b/>
          <w:bCs/>
        </w:rPr>
        <w:t xml:space="preserve">6. Yağa basınç kazandırarak </w:t>
      </w:r>
      <w:proofErr w:type="spellStart"/>
      <w:r w:rsidRPr="009E145E">
        <w:rPr>
          <w:b/>
          <w:bCs/>
        </w:rPr>
        <w:t>hidrolik</w:t>
      </w:r>
      <w:proofErr w:type="spellEnd"/>
      <w:r w:rsidRPr="009E145E">
        <w:rPr>
          <w:b/>
          <w:bCs/>
        </w:rPr>
        <w:t xml:space="preserve"> </w:t>
      </w:r>
      <w:proofErr w:type="spellStart"/>
      <w:r w:rsidRPr="009E145E">
        <w:rPr>
          <w:b/>
          <w:bCs/>
        </w:rPr>
        <w:t>direksiyon</w:t>
      </w:r>
      <w:proofErr w:type="spellEnd"/>
      <w:r w:rsidRPr="009E145E">
        <w:rPr>
          <w:b/>
          <w:bCs/>
        </w:rPr>
        <w:t xml:space="preserve"> </w:t>
      </w:r>
      <w:proofErr w:type="spellStart"/>
      <w:r w:rsidRPr="009E145E">
        <w:rPr>
          <w:b/>
          <w:bCs/>
        </w:rPr>
        <w:t>sistemine</w:t>
      </w:r>
      <w:proofErr w:type="spellEnd"/>
      <w:r w:rsidRPr="009E145E">
        <w:rPr>
          <w:b/>
          <w:bCs/>
        </w:rPr>
        <w:t xml:space="preserve"> </w:t>
      </w:r>
      <w:proofErr w:type="spellStart"/>
      <w:r w:rsidRPr="009E145E">
        <w:rPr>
          <w:b/>
          <w:bCs/>
        </w:rPr>
        <w:t>gönderir</w:t>
      </w:r>
      <w:proofErr w:type="spellEnd"/>
      <w:r w:rsidRPr="009E145E">
        <w:rPr>
          <w:b/>
          <w:bCs/>
        </w:rPr>
        <w:t>.</w:t>
      </w:r>
    </w:p>
    <w:p w14:paraId="71A14C8B" w14:textId="77777777" w:rsidR="006518B1" w:rsidRPr="009E145E" w:rsidRDefault="00000000" w:rsidP="009E145E">
      <w:pPr>
        <w:spacing w:after="20" w:line="480" w:lineRule="auto"/>
        <w:rPr>
          <w:b/>
          <w:bCs/>
        </w:rPr>
      </w:pPr>
      <w:r w:rsidRPr="009E145E">
        <w:rPr>
          <w:b/>
          <w:bCs/>
        </w:rPr>
        <w:t>7. Basınç ve hareket iletmek, parçaları yağlamak ve sistemin düzgün çalışmasına yardımcı olmaktır.</w:t>
      </w:r>
    </w:p>
    <w:p w14:paraId="540260D0" w14:textId="77777777" w:rsidR="006518B1" w:rsidRPr="009E145E" w:rsidRDefault="00000000" w:rsidP="009E145E">
      <w:pPr>
        <w:spacing w:after="20" w:line="480" w:lineRule="auto"/>
        <w:rPr>
          <w:b/>
          <w:bCs/>
        </w:rPr>
      </w:pPr>
      <w:r w:rsidRPr="009E145E">
        <w:rPr>
          <w:b/>
          <w:bCs/>
        </w:rPr>
        <w:t>8. Direksiyon desteğini elektrik motoruyla sağlayarak motor gücü kaybını azaltmasıdır.</w:t>
      </w:r>
    </w:p>
    <w:p w14:paraId="7A48F030" w14:textId="77777777" w:rsidR="006518B1" w:rsidRPr="009E145E" w:rsidRDefault="00000000" w:rsidP="009E145E">
      <w:pPr>
        <w:spacing w:after="20" w:line="480" w:lineRule="auto"/>
        <w:rPr>
          <w:b/>
          <w:bCs/>
        </w:rPr>
      </w:pPr>
      <w:r w:rsidRPr="009E145E">
        <w:rPr>
          <w:b/>
          <w:bCs/>
        </w:rPr>
        <w:t>9. Direksiyon simidinin dönüş açısını ve yönünü kontrol ünitesine bildirmektir.</w:t>
      </w:r>
    </w:p>
    <w:p w14:paraId="5B335F77" w14:textId="77777777" w:rsidR="006518B1" w:rsidRPr="009E145E" w:rsidRDefault="00000000" w:rsidP="009E145E">
      <w:pPr>
        <w:spacing w:after="20" w:line="480" w:lineRule="auto"/>
        <w:rPr>
          <w:b/>
          <w:bCs/>
        </w:rPr>
      </w:pPr>
      <w:r w:rsidRPr="009E145E">
        <w:rPr>
          <w:b/>
          <w:bCs/>
        </w:rPr>
        <w:t>10. Aracın manevra kabiliyetini ve yön kararlılığını artırmaktır.</w:t>
      </w:r>
    </w:p>
    <w:sectPr w:rsidR="006518B1" w:rsidRPr="009E145E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2B2B23"/>
    <w:rsid w:val="003216CA"/>
    <w:rsid w:val="00326F90"/>
    <w:rsid w:val="005E2E6A"/>
    <w:rsid w:val="006518B1"/>
    <w:rsid w:val="00762E17"/>
    <w:rsid w:val="009E145E"/>
    <w:rsid w:val="00AA1D8D"/>
    <w:rsid w:val="00B47730"/>
    <w:rsid w:val="00B676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9FC7C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2026-09-23T14:38:00Z</dcterms:modified>
  <cp:category/>
</cp:coreProperties>
</file>