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B89C0" w14:textId="77777777" w:rsidR="00DD579A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YAHŞİHAN MESLEKİ EĞİTİM MERKEZİ</w:t>
      </w:r>
    </w:p>
    <w:p w14:paraId="62A04FE8" w14:textId="77777777" w:rsidR="00DD579A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2026/2027 EĞİTİM ÖĞRETİM YILI MOTORLU ARAÇLAR TEKNOLOJİSİ ALANI</w:t>
      </w:r>
    </w:p>
    <w:p w14:paraId="3B266A39" w14:textId="77777777" w:rsidR="00DD579A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ÖN DÜZEN TEKNOLOJİSİ DERSİ 1. DÖNEM 1. YAZILI SINAVI - B GRUBU</w:t>
      </w:r>
    </w:p>
    <w:p w14:paraId="4BC5D89C" w14:textId="77777777" w:rsidR="00DD579A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0013B297" w14:textId="77777777" w:rsidR="00DD579A" w:rsidRDefault="00000000">
      <w:pPr>
        <w:jc w:val="center"/>
      </w:pPr>
      <w:r>
        <w:rPr>
          <w:b/>
          <w:sz w:val="22"/>
        </w:rPr>
        <w:t>SORULAR</w:t>
      </w:r>
    </w:p>
    <w:p w14:paraId="0EB6FD23" w14:textId="2D3CAF30" w:rsidR="00DD579A" w:rsidRDefault="00000000">
      <w:pPr>
        <w:spacing w:after="60" w:line="480" w:lineRule="auto"/>
      </w:pPr>
      <w:r w:rsidRPr="00337F17">
        <w:rPr>
          <w:b/>
          <w:bCs/>
        </w:rPr>
        <w:t>1.</w:t>
      </w:r>
      <w:r>
        <w:t xml:space="preserve"> Direksiyon bağlantı </w:t>
      </w:r>
      <w:proofErr w:type="spellStart"/>
      <w:r>
        <w:t>elemanlarını</w:t>
      </w:r>
      <w:proofErr w:type="spellEnd"/>
      <w:r>
        <w:t xml:space="preserve"> </w:t>
      </w:r>
      <w:proofErr w:type="spellStart"/>
      <w:r w:rsidR="00337F17">
        <w:t>resim</w:t>
      </w:r>
      <w:proofErr w:type="spellEnd"/>
      <w:r w:rsidR="00337F17">
        <w:t xml:space="preserve"> </w:t>
      </w:r>
      <w:proofErr w:type="spellStart"/>
      <w:r w:rsidR="00337F17">
        <w:t>üzerinde</w:t>
      </w:r>
      <w:proofErr w:type="spellEnd"/>
      <w:r w:rsidR="00337F17">
        <w:t xml:space="preserve"> </w:t>
      </w:r>
      <w:proofErr w:type="spellStart"/>
      <w:r w:rsidR="00337F17">
        <w:t>yazınız</w:t>
      </w:r>
      <w:proofErr w:type="spellEnd"/>
      <w:r>
        <w:t>. (15 Puan)</w:t>
      </w:r>
    </w:p>
    <w:p w14:paraId="2E53679B" w14:textId="781850AF" w:rsidR="00337F17" w:rsidRDefault="00337F17">
      <w:pPr>
        <w:spacing w:after="60" w:line="480" w:lineRule="auto"/>
        <w:rPr>
          <w:bCs/>
        </w:rPr>
      </w:pPr>
      <w:r>
        <w:rPr>
          <w:bCs/>
          <w:noProof/>
        </w:rPr>
        <w:drawing>
          <wp:inline distT="0" distB="0" distL="0" distR="0" wp14:anchorId="57DC3399" wp14:editId="68A67C97">
            <wp:extent cx="3413760" cy="2335369"/>
            <wp:effectExtent l="0" t="0" r="0" b="8255"/>
            <wp:docPr id="109860110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601103" name="Resim 109860110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19196" cy="233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9D6A0" w14:textId="77777777" w:rsidR="00DD579A" w:rsidRDefault="00000000">
      <w:pPr>
        <w:spacing w:after="60" w:line="480" w:lineRule="auto"/>
        <w:rPr>
          <w:bCs/>
        </w:rPr>
      </w:pPr>
      <w:r w:rsidRPr="00337F17">
        <w:rPr>
          <w:b/>
          <w:bCs/>
        </w:rPr>
        <w:t>2.</w:t>
      </w:r>
      <w:r>
        <w:t xml:space="preserve"> Hidrolik yardımlı direksiyon sisteminin temel elemanlarını maddeler hâlinde yazınız. (15 Puan)</w:t>
      </w:r>
    </w:p>
    <w:p w14:paraId="034B6E05" w14:textId="77777777" w:rsidR="00DD579A" w:rsidRDefault="00000000">
      <w:pPr>
        <w:spacing w:after="60" w:line="480" w:lineRule="auto"/>
        <w:rPr>
          <w:bCs/>
        </w:rPr>
      </w:pPr>
      <w:r w:rsidRPr="00337F17">
        <w:rPr>
          <w:b/>
          <w:bCs/>
        </w:rPr>
        <w:t>3.</w:t>
      </w:r>
      <w:r>
        <w:t xml:space="preserve"> Direksiyon amortisörünün görevi nedir? (10 Puan)</w:t>
      </w:r>
    </w:p>
    <w:p w14:paraId="7FC8786D" w14:textId="77777777" w:rsidR="00DD579A" w:rsidRDefault="00000000">
      <w:pPr>
        <w:spacing w:after="60" w:line="480" w:lineRule="auto"/>
        <w:rPr>
          <w:bCs/>
        </w:rPr>
      </w:pPr>
      <w:r w:rsidRPr="00337F17">
        <w:rPr>
          <w:b/>
          <w:bCs/>
        </w:rPr>
        <w:t>4.</w:t>
      </w:r>
      <w:r>
        <w:t xml:space="preserve"> Rot başının görevi nedir? (10 Puan)</w:t>
      </w:r>
    </w:p>
    <w:p w14:paraId="48C0D9CC" w14:textId="77777777" w:rsidR="00DD579A" w:rsidRDefault="00000000">
      <w:pPr>
        <w:spacing w:after="60" w:line="480" w:lineRule="auto"/>
        <w:rPr>
          <w:bCs/>
        </w:rPr>
      </w:pPr>
      <w:r w:rsidRPr="00337F17">
        <w:rPr>
          <w:b/>
          <w:bCs/>
        </w:rPr>
        <w:t>5.</w:t>
      </w:r>
      <w:r>
        <w:t xml:space="preserve"> Elektrik yardımlı direksiyon sisteminde direksiyon desteği nasıl sağlanır? (10 Puan)</w:t>
      </w:r>
    </w:p>
    <w:p w14:paraId="29703CC1" w14:textId="77777777" w:rsidR="00DD579A" w:rsidRDefault="00000000">
      <w:pPr>
        <w:spacing w:after="60" w:line="480" w:lineRule="auto"/>
        <w:rPr>
          <w:bCs/>
        </w:rPr>
      </w:pPr>
      <w:r w:rsidRPr="00337F17">
        <w:rPr>
          <w:b/>
          <w:bCs/>
        </w:rPr>
        <w:t>6.</w:t>
      </w:r>
      <w:r>
        <w:t xml:space="preserve"> Direksiyon simidi boşluğunun fazla olmasına neden olabilecek bir arıza yazınız. (10 Puan)</w:t>
      </w:r>
    </w:p>
    <w:p w14:paraId="51D78331" w14:textId="77777777" w:rsidR="00DD579A" w:rsidRDefault="00000000">
      <w:pPr>
        <w:spacing w:after="60" w:line="480" w:lineRule="auto"/>
        <w:rPr>
          <w:bCs/>
        </w:rPr>
      </w:pPr>
      <w:r w:rsidRPr="00337F17">
        <w:rPr>
          <w:b/>
          <w:bCs/>
        </w:rPr>
        <w:t>7.</w:t>
      </w:r>
      <w:r>
        <w:t xml:space="preserve"> Direksiyon dişli kutusunda doğrusal hareket yapan parçaya ____________________ denir. (10 Puan)</w:t>
      </w:r>
    </w:p>
    <w:p w14:paraId="53D0C8CA" w14:textId="77777777" w:rsidR="00DD579A" w:rsidRDefault="00000000">
      <w:pPr>
        <w:spacing w:after="60" w:line="480" w:lineRule="auto"/>
        <w:rPr>
          <w:bCs/>
        </w:rPr>
      </w:pPr>
      <w:r w:rsidRPr="00337F17">
        <w:rPr>
          <w:b/>
          <w:bCs/>
        </w:rPr>
        <w:t>8.</w:t>
      </w:r>
      <w:r>
        <w:t xml:space="preserve"> Direksiyonun dönüş açısını algılayan elemana ____________________ denir. (10 Puan)</w:t>
      </w:r>
    </w:p>
    <w:p w14:paraId="0BB3CCFF" w14:textId="77777777" w:rsidR="00DD579A" w:rsidRDefault="00000000">
      <w:pPr>
        <w:spacing w:after="60" w:line="480" w:lineRule="auto"/>
        <w:rPr>
          <w:bCs/>
        </w:rPr>
      </w:pPr>
      <w:r w:rsidRPr="00337F17">
        <w:rPr>
          <w:b/>
          <w:bCs/>
        </w:rPr>
        <w:t>9.</w:t>
      </w:r>
      <w:r>
        <w:t xml:space="preserve"> </w:t>
      </w:r>
      <w:proofErr w:type="gramStart"/>
      <w:r>
        <w:t>(    )</w:t>
      </w:r>
      <w:proofErr w:type="gramEnd"/>
      <w:r>
        <w:t xml:space="preserve"> Hidrolik direksiyon pompası sisteme gerekli yağ basıncını sağlar. (5 Puan)</w:t>
      </w:r>
    </w:p>
    <w:p w14:paraId="0BCBFD6D" w14:textId="77777777" w:rsidR="00DD579A" w:rsidRDefault="00000000">
      <w:pPr>
        <w:spacing w:after="60" w:line="480" w:lineRule="auto"/>
        <w:rPr>
          <w:bCs/>
        </w:rPr>
      </w:pPr>
      <w:r w:rsidRPr="00337F17">
        <w:rPr>
          <w:b/>
          <w:bCs/>
        </w:rPr>
        <w:t>10.</w:t>
      </w:r>
      <w:r>
        <w:t xml:space="preserve"> </w:t>
      </w:r>
      <w:proofErr w:type="gramStart"/>
      <w:r>
        <w:t>(    )</w:t>
      </w:r>
      <w:proofErr w:type="gramEnd"/>
      <w:r>
        <w:t xml:space="preserve"> 4WS sisteminde yalnızca ön tekerlekler yönlendirilir. (5 Puan)</w:t>
      </w:r>
    </w:p>
    <w:p w14:paraId="2BC5E736" w14:textId="0B094C1C" w:rsidR="00DD579A" w:rsidRDefault="00000000">
      <w:pPr>
        <w:spacing w:before="60"/>
      </w:pPr>
      <w:r>
        <w:rPr>
          <w:b/>
        </w:rPr>
        <w:tab/>
      </w:r>
      <w:r w:rsidR="00337F17">
        <w:rPr>
          <w:b/>
        </w:rPr>
        <w:tab/>
      </w:r>
      <w:r w:rsidR="00337F17">
        <w:rPr>
          <w:b/>
        </w:rPr>
        <w:tab/>
      </w:r>
      <w:r w:rsidR="00337F17">
        <w:rPr>
          <w:b/>
        </w:rPr>
        <w:tab/>
      </w:r>
      <w:r w:rsidR="00337F17">
        <w:rPr>
          <w:b/>
        </w:rPr>
        <w:tab/>
      </w:r>
      <w:r w:rsidR="00337F17">
        <w:rPr>
          <w:b/>
        </w:rPr>
        <w:tab/>
      </w:r>
      <w:r w:rsidR="00337F17">
        <w:rPr>
          <w:b/>
        </w:rPr>
        <w:tab/>
      </w:r>
      <w:r w:rsidR="00337F17">
        <w:rPr>
          <w:b/>
        </w:rPr>
        <w:tab/>
      </w:r>
      <w:r w:rsidR="00337F17">
        <w:rPr>
          <w:b/>
        </w:rPr>
        <w:tab/>
        <w:t xml:space="preserve">    </w:t>
      </w:r>
      <w:proofErr w:type="spellStart"/>
      <w:r>
        <w:rPr>
          <w:b/>
        </w:rPr>
        <w:t>Başarılar</w:t>
      </w:r>
      <w:proofErr w:type="spellEnd"/>
    </w:p>
    <w:p w14:paraId="6243C753" w14:textId="77777777" w:rsidR="00DD579A" w:rsidRDefault="00000000">
      <w:r w:rsidRPr="00337F17">
        <w:rPr>
          <w:b/>
          <w:bCs/>
          <w:u w:val="single"/>
        </w:rPr>
        <w:t>Süre:</w:t>
      </w:r>
      <w:r>
        <w:t xml:space="preserve"> 40 Dk                                                                                    </w:t>
      </w:r>
      <w:proofErr w:type="gramStart"/>
      <w:r>
        <w:t>Mot.Arç.Tekn</w:t>
      </w:r>
      <w:proofErr w:type="gramEnd"/>
      <w:r>
        <w:t xml:space="preserve"> Öğrt Abdullah YANIK</w:t>
      </w:r>
    </w:p>
    <w:p w14:paraId="5D42AAA5" w14:textId="77777777" w:rsidR="00DD579A" w:rsidRDefault="00000000">
      <w:r>
        <w:br w:type="page"/>
      </w:r>
    </w:p>
    <w:p w14:paraId="61996092" w14:textId="77777777" w:rsidR="00DD579A" w:rsidRDefault="00000000">
      <w:pPr>
        <w:jc w:val="center"/>
      </w:pPr>
      <w:r>
        <w:rPr>
          <w:b/>
        </w:rPr>
        <w:lastRenderedPageBreak/>
        <w:t>CEVAP ANAHTARI</w:t>
      </w:r>
    </w:p>
    <w:p w14:paraId="541A98B4" w14:textId="64D5B332" w:rsidR="00DD579A" w:rsidRDefault="00337F17" w:rsidP="00337F17">
      <w:pPr>
        <w:spacing w:after="80"/>
        <w:ind w:left="2880"/>
      </w:pPr>
      <w:r>
        <w:rPr>
          <w:b/>
        </w:rPr>
        <w:t xml:space="preserve">            </w:t>
      </w:r>
      <w:r w:rsidR="00000000">
        <w:rPr>
          <w:b/>
        </w:rPr>
        <w:t>ÖN DÜZEN TEKNOLOJİSİ - B GRUBU</w:t>
      </w:r>
    </w:p>
    <w:p w14:paraId="4AA98031" w14:textId="2BEA6537" w:rsidR="00337F17" w:rsidRPr="00337F17" w:rsidRDefault="00000000" w:rsidP="00337F17">
      <w:pPr>
        <w:spacing w:after="20"/>
        <w:rPr>
          <w:b/>
          <w:bCs/>
        </w:rPr>
      </w:pPr>
      <w:r w:rsidRPr="00337F17">
        <w:rPr>
          <w:b/>
          <w:bCs/>
        </w:rPr>
        <w:t xml:space="preserve">1. </w:t>
      </w:r>
      <w:proofErr w:type="spellStart"/>
      <w:r w:rsidR="00337F17" w:rsidRPr="00337F17">
        <w:rPr>
          <w:b/>
          <w:bCs/>
        </w:rPr>
        <w:t>Direksiyon</w:t>
      </w:r>
      <w:proofErr w:type="spellEnd"/>
      <w:r w:rsidR="00337F17" w:rsidRPr="00337F17">
        <w:rPr>
          <w:b/>
          <w:bCs/>
        </w:rPr>
        <w:t xml:space="preserve"> </w:t>
      </w:r>
      <w:proofErr w:type="spellStart"/>
      <w:r w:rsidR="00337F17" w:rsidRPr="00337F17">
        <w:rPr>
          <w:b/>
          <w:bCs/>
        </w:rPr>
        <w:t>bağlantı</w:t>
      </w:r>
      <w:proofErr w:type="spellEnd"/>
      <w:r w:rsidR="00337F17" w:rsidRPr="00337F17">
        <w:rPr>
          <w:b/>
          <w:bCs/>
        </w:rPr>
        <w:t xml:space="preserve"> </w:t>
      </w:r>
      <w:proofErr w:type="spellStart"/>
      <w:r w:rsidR="00337F17" w:rsidRPr="00337F17">
        <w:rPr>
          <w:b/>
          <w:bCs/>
        </w:rPr>
        <w:t>elemanlarını</w:t>
      </w:r>
      <w:proofErr w:type="spellEnd"/>
      <w:r w:rsidR="00337F17" w:rsidRPr="00337F17">
        <w:rPr>
          <w:b/>
          <w:bCs/>
        </w:rPr>
        <w:t xml:space="preserve"> </w:t>
      </w:r>
      <w:proofErr w:type="spellStart"/>
      <w:r w:rsidR="00337F17" w:rsidRPr="00337F17">
        <w:rPr>
          <w:b/>
          <w:bCs/>
        </w:rPr>
        <w:t>resim</w:t>
      </w:r>
      <w:proofErr w:type="spellEnd"/>
      <w:r w:rsidR="00337F17" w:rsidRPr="00337F17">
        <w:rPr>
          <w:b/>
          <w:bCs/>
        </w:rPr>
        <w:t xml:space="preserve"> </w:t>
      </w:r>
      <w:proofErr w:type="spellStart"/>
      <w:r w:rsidR="00337F17" w:rsidRPr="00337F17">
        <w:rPr>
          <w:b/>
          <w:bCs/>
        </w:rPr>
        <w:t>üzerinde</w:t>
      </w:r>
      <w:proofErr w:type="spellEnd"/>
      <w:r w:rsidR="00337F17" w:rsidRPr="00337F17">
        <w:rPr>
          <w:b/>
          <w:bCs/>
        </w:rPr>
        <w:t xml:space="preserve"> </w:t>
      </w:r>
      <w:proofErr w:type="spellStart"/>
      <w:r w:rsidR="00337F17" w:rsidRPr="00337F17">
        <w:rPr>
          <w:b/>
          <w:bCs/>
        </w:rPr>
        <w:t>yazınız</w:t>
      </w:r>
      <w:proofErr w:type="spellEnd"/>
      <w:r w:rsidR="00337F17" w:rsidRPr="00337F17">
        <w:rPr>
          <w:b/>
          <w:bCs/>
        </w:rPr>
        <w:t>.</w:t>
      </w:r>
      <w:r w:rsidR="00337F17">
        <w:t xml:space="preserve"> </w:t>
      </w:r>
      <w:r w:rsidR="00337F17">
        <w:rPr>
          <w:b/>
          <w:bCs/>
          <w:noProof/>
        </w:rPr>
        <w:drawing>
          <wp:inline distT="0" distB="0" distL="0" distR="0" wp14:anchorId="1CA19D03" wp14:editId="0ADCF86C">
            <wp:extent cx="4099560" cy="2804528"/>
            <wp:effectExtent l="0" t="0" r="0" b="0"/>
            <wp:docPr id="14551619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16192" name="Resim 14551619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04659" cy="280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AB308" w14:textId="77777777" w:rsidR="00DD579A" w:rsidRPr="00337F17" w:rsidRDefault="00000000" w:rsidP="00337F17">
      <w:pPr>
        <w:spacing w:after="20"/>
        <w:rPr>
          <w:b/>
          <w:bCs/>
        </w:rPr>
      </w:pPr>
      <w:r w:rsidRPr="00337F17">
        <w:rPr>
          <w:b/>
          <w:bCs/>
        </w:rPr>
        <w:t xml:space="preserve">2. Hidrolik yardımlı direksiyon sisteminin temel </w:t>
      </w:r>
      <w:proofErr w:type="spellStart"/>
      <w:r w:rsidRPr="00337F17">
        <w:rPr>
          <w:b/>
          <w:bCs/>
        </w:rPr>
        <w:t>elemanlarını</w:t>
      </w:r>
      <w:proofErr w:type="spellEnd"/>
      <w:r w:rsidRPr="00337F17">
        <w:rPr>
          <w:b/>
          <w:bCs/>
        </w:rPr>
        <w:t xml:space="preserve"> </w:t>
      </w:r>
      <w:proofErr w:type="spellStart"/>
      <w:r w:rsidRPr="00337F17">
        <w:rPr>
          <w:b/>
          <w:bCs/>
        </w:rPr>
        <w:t>maddeler</w:t>
      </w:r>
      <w:proofErr w:type="spellEnd"/>
      <w:r w:rsidRPr="00337F17">
        <w:rPr>
          <w:b/>
          <w:bCs/>
        </w:rPr>
        <w:t xml:space="preserve"> </w:t>
      </w:r>
      <w:proofErr w:type="spellStart"/>
      <w:r w:rsidRPr="00337F17">
        <w:rPr>
          <w:b/>
          <w:bCs/>
        </w:rPr>
        <w:t>hâlinde</w:t>
      </w:r>
      <w:proofErr w:type="spellEnd"/>
      <w:r w:rsidRPr="00337F17">
        <w:rPr>
          <w:b/>
          <w:bCs/>
        </w:rPr>
        <w:t xml:space="preserve"> </w:t>
      </w:r>
      <w:proofErr w:type="spellStart"/>
      <w:r w:rsidRPr="00337F17">
        <w:rPr>
          <w:b/>
          <w:bCs/>
        </w:rPr>
        <w:t>yazınız</w:t>
      </w:r>
      <w:proofErr w:type="spellEnd"/>
      <w:r w:rsidRPr="00337F17">
        <w:rPr>
          <w:b/>
          <w:bCs/>
        </w:rPr>
        <w:t>.</w:t>
      </w:r>
    </w:p>
    <w:p w14:paraId="1B430F8D" w14:textId="77777777" w:rsidR="00DD579A" w:rsidRDefault="00000000">
      <w:pPr>
        <w:spacing w:after="20"/>
        <w:ind w:left="283"/>
      </w:pPr>
      <w:r>
        <w:t xml:space="preserve">   1. Hidrolik pompa</w:t>
      </w:r>
    </w:p>
    <w:p w14:paraId="76B85F4C" w14:textId="77777777" w:rsidR="00DD579A" w:rsidRDefault="00000000">
      <w:pPr>
        <w:spacing w:after="20"/>
        <w:ind w:left="283"/>
      </w:pPr>
      <w:r>
        <w:t xml:space="preserve">   2. Yağ deposu</w:t>
      </w:r>
    </w:p>
    <w:p w14:paraId="1A2CE6F7" w14:textId="77777777" w:rsidR="00DD579A" w:rsidRDefault="00000000">
      <w:pPr>
        <w:spacing w:after="20"/>
        <w:ind w:left="283"/>
      </w:pPr>
      <w:r>
        <w:t xml:space="preserve">   3. Yön kontrol valfi</w:t>
      </w:r>
    </w:p>
    <w:p w14:paraId="47A54B0D" w14:textId="77777777" w:rsidR="00DD579A" w:rsidRDefault="00000000">
      <w:pPr>
        <w:spacing w:after="20"/>
        <w:ind w:left="283"/>
      </w:pPr>
      <w:r>
        <w:t xml:space="preserve">   4. Silindir</w:t>
      </w:r>
    </w:p>
    <w:p w14:paraId="2B3D09D7" w14:textId="77777777" w:rsidR="00DD579A" w:rsidRDefault="00000000">
      <w:pPr>
        <w:spacing w:after="20"/>
        <w:ind w:left="283"/>
      </w:pPr>
      <w:r>
        <w:t xml:space="preserve">   5. Emniyet valfi</w:t>
      </w:r>
    </w:p>
    <w:p w14:paraId="5FAF47F5" w14:textId="77777777" w:rsidR="00DD579A" w:rsidRDefault="00000000">
      <w:pPr>
        <w:spacing w:after="20"/>
        <w:ind w:left="283"/>
      </w:pPr>
      <w:r>
        <w:t xml:space="preserve">   6. Hortum ve bağlantı elemanları</w:t>
      </w:r>
    </w:p>
    <w:p w14:paraId="62686D73" w14:textId="77777777" w:rsidR="00DD579A" w:rsidRDefault="00000000">
      <w:pPr>
        <w:spacing w:after="80"/>
      </w:pPr>
      <w:r>
        <w:rPr>
          <w:b/>
        </w:rPr>
        <w:t>3. Tekerleklerden direksiyon sistemine gelen titreşim ve yol darbelerini sönümler.</w:t>
      </w:r>
    </w:p>
    <w:p w14:paraId="5B3BC0BF" w14:textId="77777777" w:rsidR="00DD579A" w:rsidRDefault="00000000">
      <w:pPr>
        <w:spacing w:after="80"/>
      </w:pPr>
      <w:r>
        <w:rPr>
          <w:b/>
        </w:rPr>
        <w:t>4. Rotu deveboynuna ve diğer direksiyon bağlantılarına mafsallı olarak bağlar.</w:t>
      </w:r>
    </w:p>
    <w:p w14:paraId="1E5E55C7" w14:textId="77777777" w:rsidR="00DD579A" w:rsidRDefault="00000000">
      <w:pPr>
        <w:spacing w:after="80"/>
      </w:pPr>
      <w:r>
        <w:rPr>
          <w:b/>
        </w:rPr>
        <w:t>5. Elektrik motorunun ürettiği yardımcı torkla sağlanır.</w:t>
      </w:r>
    </w:p>
    <w:p w14:paraId="240D6679" w14:textId="77777777" w:rsidR="00DD579A" w:rsidRDefault="00000000">
      <w:pPr>
        <w:spacing w:after="80"/>
      </w:pPr>
      <w:r>
        <w:rPr>
          <w:b/>
        </w:rPr>
        <w:t>6. Direksiyon dişlisinin aşınması, bağlantı mafsallarının aşınması veya gevşeklik gibi arızalar neden olabilir.</w:t>
      </w:r>
    </w:p>
    <w:p w14:paraId="3120E5C2" w14:textId="77777777" w:rsidR="00DD579A" w:rsidRDefault="00000000">
      <w:pPr>
        <w:spacing w:after="80"/>
      </w:pPr>
      <w:r>
        <w:rPr>
          <w:b/>
        </w:rPr>
        <w:t>7. kremayer</w:t>
      </w:r>
    </w:p>
    <w:p w14:paraId="561B06FC" w14:textId="77777777" w:rsidR="00DD579A" w:rsidRDefault="00000000">
      <w:pPr>
        <w:spacing w:after="80"/>
      </w:pPr>
      <w:r>
        <w:rPr>
          <w:b/>
        </w:rPr>
        <w:t>8. direksiyon açı sensörü</w:t>
      </w:r>
    </w:p>
    <w:p w14:paraId="65E7E4A2" w14:textId="77777777" w:rsidR="00DD579A" w:rsidRDefault="00000000">
      <w:pPr>
        <w:spacing w:after="80"/>
      </w:pPr>
      <w:r>
        <w:rPr>
          <w:b/>
        </w:rPr>
        <w:t>9. Doğru</w:t>
      </w:r>
    </w:p>
    <w:p w14:paraId="0C3B1B0F" w14:textId="77777777" w:rsidR="00DD579A" w:rsidRDefault="00000000">
      <w:pPr>
        <w:spacing w:after="80"/>
      </w:pPr>
      <w:r>
        <w:rPr>
          <w:b/>
        </w:rPr>
        <w:t>10. Yanlış</w:t>
      </w:r>
    </w:p>
    <w:sectPr w:rsidR="00DD579A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474120">
    <w:abstractNumId w:val="8"/>
  </w:num>
  <w:num w:numId="2" w16cid:durableId="342903323">
    <w:abstractNumId w:val="6"/>
  </w:num>
  <w:num w:numId="3" w16cid:durableId="964308371">
    <w:abstractNumId w:val="5"/>
  </w:num>
  <w:num w:numId="4" w16cid:durableId="611009852">
    <w:abstractNumId w:val="4"/>
  </w:num>
  <w:num w:numId="5" w16cid:durableId="1970554372">
    <w:abstractNumId w:val="7"/>
  </w:num>
  <w:num w:numId="6" w16cid:durableId="1472019926">
    <w:abstractNumId w:val="3"/>
  </w:num>
  <w:num w:numId="7" w16cid:durableId="1401513165">
    <w:abstractNumId w:val="2"/>
  </w:num>
  <w:num w:numId="8" w16cid:durableId="934215804">
    <w:abstractNumId w:val="1"/>
  </w:num>
  <w:num w:numId="9" w16cid:durableId="126630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4D41"/>
    <w:rsid w:val="0029639D"/>
    <w:rsid w:val="00326F90"/>
    <w:rsid w:val="00337F17"/>
    <w:rsid w:val="003C0A2A"/>
    <w:rsid w:val="005E2E6A"/>
    <w:rsid w:val="005F278E"/>
    <w:rsid w:val="006C4C2A"/>
    <w:rsid w:val="00AA1D8D"/>
    <w:rsid w:val="00B47730"/>
    <w:rsid w:val="00CA595C"/>
    <w:rsid w:val="00CB0664"/>
    <w:rsid w:val="00DD57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DA0C9E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4</cp:revision>
  <dcterms:created xsi:type="dcterms:W3CDTF">2013-12-23T23:15:00Z</dcterms:created>
  <dcterms:modified xsi:type="dcterms:W3CDTF">2026-09-23T14:42:00Z</dcterms:modified>
  <cp:category/>
</cp:coreProperties>
</file>