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C876" w14:textId="77777777" w:rsidR="0021151D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7A0F3726" w14:textId="77777777" w:rsidR="0021151D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34C3964E" w14:textId="77777777" w:rsidR="0021151D" w:rsidRDefault="00000000">
      <w:pPr>
        <w:jc w:val="center"/>
      </w:pPr>
      <w:r>
        <w:rPr>
          <w:b/>
          <w:sz w:val="24"/>
        </w:rPr>
        <w:t>ÖN DÜZEN TEKNOLOJİSİ DERSİ 2. DÖNEM 1. YAZILI SINAVI - A GRUBU</w:t>
      </w:r>
    </w:p>
    <w:p w14:paraId="4E69FE95" w14:textId="77777777" w:rsidR="0021151D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53588893" w14:textId="77777777" w:rsidR="0021151D" w:rsidRDefault="00000000">
      <w:pPr>
        <w:jc w:val="center"/>
      </w:pPr>
      <w:r>
        <w:rPr>
          <w:b/>
          <w:sz w:val="22"/>
        </w:rPr>
        <w:t>SORULAR</w:t>
      </w:r>
    </w:p>
    <w:p w14:paraId="067C3F34" w14:textId="77777777" w:rsidR="0021151D" w:rsidRDefault="00000000">
      <w:pPr>
        <w:spacing w:after="60" w:line="360" w:lineRule="auto"/>
        <w:rPr>
          <w:bCs/>
        </w:rPr>
      </w:pPr>
      <w:r>
        <w:rPr>
          <w:b/>
        </w:rPr>
        <w:t xml:space="preserve">1. </w:t>
      </w:r>
      <w:r w:rsidRPr="007813B1">
        <w:rPr>
          <w:bCs/>
        </w:rPr>
        <w:t>Fren sisteminin görevlerini maddeler hâlinde yazınız. (10 Puan)</w:t>
      </w:r>
    </w:p>
    <w:p w14:paraId="67917286" w14:textId="77777777" w:rsidR="0021151D" w:rsidRDefault="00000000">
      <w:pPr>
        <w:spacing w:after="60" w:line="360" w:lineRule="auto"/>
        <w:rPr>
          <w:bCs/>
        </w:rPr>
      </w:pPr>
      <w:r>
        <w:rPr>
          <w:b/>
        </w:rPr>
        <w:t xml:space="preserve">2. </w:t>
      </w:r>
      <w:r w:rsidRPr="007813B1">
        <w:rPr>
          <w:bCs/>
        </w:rPr>
        <w:t>Hidrolik fren sisteminde hava alma işlemi neden yapılır? (10 Puan)</w:t>
      </w:r>
    </w:p>
    <w:p w14:paraId="51E36734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3. </w:t>
      </w:r>
      <w:r w:rsidRPr="007813B1">
        <w:rPr>
          <w:bCs/>
        </w:rPr>
        <w:t>Fren ana merkez pompasının görevi nedir? (10 Puan)</w:t>
      </w:r>
    </w:p>
    <w:p w14:paraId="1BFB1EA5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4. </w:t>
      </w:r>
      <w:r w:rsidRPr="007813B1">
        <w:rPr>
          <w:bCs/>
        </w:rPr>
        <w:t>Hidrovağın görevi nedir? (10 Puan)</w:t>
      </w:r>
    </w:p>
    <w:p w14:paraId="0BD350E0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5. </w:t>
      </w:r>
      <w:r w:rsidRPr="007813B1">
        <w:rPr>
          <w:bCs/>
        </w:rPr>
        <w:t>Diskli fren sisteminin temel parçalarını maddeler hâlinde yazınız. (10 Puan)</w:t>
      </w:r>
    </w:p>
    <w:p w14:paraId="44D245F1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6. </w:t>
      </w:r>
      <w:r w:rsidRPr="007813B1">
        <w:rPr>
          <w:bCs/>
        </w:rPr>
        <w:t>Kampanalı fren sisteminin temel parçalarını maddeler hâlinde yazınız. (10 Puan)</w:t>
      </w:r>
    </w:p>
    <w:p w14:paraId="51D1FA9A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7. </w:t>
      </w:r>
      <w:r w:rsidRPr="007813B1">
        <w:rPr>
          <w:bCs/>
        </w:rPr>
        <w:t>Fren limitörünün görevi nedir? (10 Puan)</w:t>
      </w:r>
    </w:p>
    <w:p w14:paraId="7F87CDCB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8. </w:t>
      </w:r>
      <w:r w:rsidRPr="007813B1">
        <w:rPr>
          <w:bCs/>
        </w:rPr>
        <w:t>Elektromekanik park freninin görevi nedir? (10 Puan)</w:t>
      </w:r>
    </w:p>
    <w:p w14:paraId="17EEDB83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9. </w:t>
      </w:r>
      <w:r w:rsidRPr="007813B1">
        <w:rPr>
          <w:bCs/>
        </w:rPr>
        <w:t>Havalı fren sisteminde basınçlı havanın görevi nedir? (10 Puan)</w:t>
      </w:r>
    </w:p>
    <w:p w14:paraId="4167E052" w14:textId="77777777" w:rsidR="0021151D" w:rsidRPr="007813B1" w:rsidRDefault="00000000">
      <w:pPr>
        <w:spacing w:after="60" w:line="360" w:lineRule="auto"/>
        <w:rPr>
          <w:bCs/>
        </w:rPr>
      </w:pPr>
      <w:r>
        <w:rPr>
          <w:b/>
        </w:rPr>
        <w:t xml:space="preserve">10. </w:t>
      </w:r>
      <w:r w:rsidRPr="007813B1">
        <w:rPr>
          <w:bCs/>
        </w:rPr>
        <w:t>ABS sisteminin temel görevi nedir? (10 Puan)</w:t>
      </w:r>
    </w:p>
    <w:p w14:paraId="49157850" w14:textId="5463B000" w:rsidR="0021151D" w:rsidRDefault="00000000">
      <w:pPr>
        <w:spacing w:after="60" w:line="240" w:lineRule="auto"/>
      </w:pPr>
      <w:r>
        <w:tab/>
      </w:r>
      <w:r w:rsidR="007813B1">
        <w:tab/>
      </w:r>
      <w:r w:rsidR="007813B1">
        <w:tab/>
      </w:r>
      <w:r w:rsidR="007813B1">
        <w:tab/>
      </w:r>
      <w:r w:rsidR="007813B1">
        <w:tab/>
      </w:r>
      <w:r w:rsidR="007813B1">
        <w:tab/>
      </w:r>
      <w:r w:rsidR="007813B1">
        <w:tab/>
      </w:r>
      <w:r w:rsidR="007813B1">
        <w:tab/>
      </w:r>
      <w:r w:rsidR="007813B1">
        <w:tab/>
        <w:t xml:space="preserve">      </w:t>
      </w:r>
      <w:proofErr w:type="spellStart"/>
      <w:r>
        <w:t>Başarılar</w:t>
      </w:r>
      <w:proofErr w:type="spellEnd"/>
    </w:p>
    <w:p w14:paraId="57B57CB0" w14:textId="77777777" w:rsidR="0021151D" w:rsidRDefault="00000000">
      <w:pPr>
        <w:spacing w:before="60"/>
        <w:rPr>
          <w:bCs/>
        </w:rPr>
      </w:pPr>
      <w:r>
        <w:rPr>
          <w:b/>
          <w:u w:val="single"/>
        </w:rPr>
        <w:t>Süre:</w:t>
      </w:r>
      <w:r w:rsidRPr="007813B1">
        <w:rPr>
          <w:bCs/>
        </w:rPr>
        <w:t xml:space="preserve"> 40 Dk                                                                                    </w:t>
      </w:r>
      <w:proofErr w:type="gramStart"/>
      <w:r w:rsidRPr="007813B1">
        <w:rPr>
          <w:bCs/>
        </w:rPr>
        <w:t>Mot.Arç.Tekn</w:t>
      </w:r>
      <w:proofErr w:type="gramEnd"/>
      <w:r w:rsidRPr="007813B1">
        <w:rPr>
          <w:bCs/>
        </w:rPr>
        <w:t xml:space="preserve"> Öğrt Abdullah YANIK</w:t>
      </w:r>
    </w:p>
    <w:p w14:paraId="687D4DCB" w14:textId="77777777" w:rsidR="0021151D" w:rsidRDefault="00000000">
      <w:r>
        <w:br w:type="page"/>
      </w:r>
    </w:p>
    <w:p w14:paraId="2A1E4721" w14:textId="77777777" w:rsidR="0021151D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669B836B" w14:textId="77777777" w:rsidR="0021151D" w:rsidRDefault="00000000">
      <w:pPr>
        <w:jc w:val="center"/>
      </w:pPr>
      <w:r>
        <w:rPr>
          <w:b/>
        </w:rPr>
        <w:t>ÖN DÜZEN TEKNOLOJİSİ - A GRUBU</w:t>
      </w:r>
    </w:p>
    <w:p w14:paraId="770D962E" w14:textId="77777777" w:rsidR="0021151D" w:rsidRDefault="00000000">
      <w:pPr>
        <w:spacing w:after="80" w:line="480" w:lineRule="auto"/>
      </w:pPr>
      <w:r>
        <w:rPr>
          <w:b/>
        </w:rPr>
        <w:t>1. Fren sisteminin görevlerini maddeler hâlinde yazınız.</w:t>
      </w:r>
    </w:p>
    <w:p w14:paraId="5F475BA5" w14:textId="77777777" w:rsidR="0021151D" w:rsidRDefault="00000000">
      <w:pPr>
        <w:spacing w:after="20" w:line="480" w:lineRule="auto"/>
        <w:ind w:left="283"/>
      </w:pPr>
      <w:r>
        <w:t xml:space="preserve">   1. Aracı yavaşlatmak</w:t>
      </w:r>
    </w:p>
    <w:p w14:paraId="4F93A960" w14:textId="77777777" w:rsidR="0021151D" w:rsidRDefault="00000000">
      <w:pPr>
        <w:spacing w:after="20" w:line="480" w:lineRule="auto"/>
        <w:ind w:left="283"/>
      </w:pPr>
      <w:r>
        <w:t xml:space="preserve">   2. Aracı durdurmak</w:t>
      </w:r>
    </w:p>
    <w:p w14:paraId="6ED598F2" w14:textId="77777777" w:rsidR="0021151D" w:rsidRDefault="00000000">
      <w:pPr>
        <w:spacing w:after="20" w:line="480" w:lineRule="auto"/>
        <w:ind w:left="283"/>
      </w:pPr>
      <w:r>
        <w:t xml:space="preserve">   3. Duran aracı sabit tutmak</w:t>
      </w:r>
    </w:p>
    <w:p w14:paraId="13596A49" w14:textId="77777777" w:rsidR="0021151D" w:rsidRDefault="00000000">
      <w:pPr>
        <w:spacing w:after="20" w:line="480" w:lineRule="auto"/>
        <w:ind w:left="283"/>
      </w:pPr>
      <w:r>
        <w:t xml:space="preserve">   4. Hızı güvenli biçimde kontrol etmek</w:t>
      </w:r>
    </w:p>
    <w:p w14:paraId="684F3B6C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 xml:space="preserve">2. Sistemdeki havayı çıkararak hidrolik basıncın </w:t>
      </w:r>
      <w:proofErr w:type="spellStart"/>
      <w:r w:rsidRPr="007813B1">
        <w:rPr>
          <w:b/>
          <w:bCs/>
        </w:rPr>
        <w:t>doğru</w:t>
      </w:r>
      <w:proofErr w:type="spellEnd"/>
      <w:r w:rsidRPr="007813B1">
        <w:rPr>
          <w:b/>
          <w:bCs/>
        </w:rPr>
        <w:t xml:space="preserve"> </w:t>
      </w:r>
      <w:proofErr w:type="spellStart"/>
      <w:r w:rsidRPr="007813B1">
        <w:rPr>
          <w:b/>
          <w:bCs/>
        </w:rPr>
        <w:t>iletilmesini</w:t>
      </w:r>
      <w:proofErr w:type="spellEnd"/>
      <w:r w:rsidRPr="007813B1">
        <w:rPr>
          <w:b/>
          <w:bCs/>
        </w:rPr>
        <w:t xml:space="preserve"> </w:t>
      </w:r>
      <w:proofErr w:type="spellStart"/>
      <w:r w:rsidRPr="007813B1">
        <w:rPr>
          <w:b/>
          <w:bCs/>
        </w:rPr>
        <w:t>sağlamak</w:t>
      </w:r>
      <w:proofErr w:type="spellEnd"/>
      <w:r w:rsidRPr="007813B1">
        <w:rPr>
          <w:b/>
          <w:bCs/>
        </w:rPr>
        <w:t xml:space="preserve"> </w:t>
      </w:r>
      <w:proofErr w:type="spellStart"/>
      <w:r w:rsidRPr="007813B1">
        <w:rPr>
          <w:b/>
          <w:bCs/>
        </w:rPr>
        <w:t>için</w:t>
      </w:r>
      <w:proofErr w:type="spellEnd"/>
      <w:r w:rsidRPr="007813B1">
        <w:rPr>
          <w:b/>
          <w:bCs/>
        </w:rPr>
        <w:t>.</w:t>
      </w:r>
    </w:p>
    <w:p w14:paraId="42A79452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3. Pedaldan gelen kuvveti hidrolik basınca dönüştürerek fren devresine göndermektir.</w:t>
      </w:r>
    </w:p>
    <w:p w14:paraId="31F1F1D2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4. Fren pedalına uygulanan kuvveti vakum yardımıyla artırmaktır.</w:t>
      </w:r>
    </w:p>
    <w:p w14:paraId="29D6CB93" w14:textId="77777777" w:rsidR="0021151D" w:rsidRDefault="00000000">
      <w:pPr>
        <w:spacing w:after="80" w:line="480" w:lineRule="auto"/>
      </w:pPr>
      <w:r>
        <w:rPr>
          <w:b/>
        </w:rPr>
        <w:t>5. Diskli fren sisteminin temel parçalarını maddeler hâlinde yazınız.</w:t>
      </w:r>
    </w:p>
    <w:p w14:paraId="304C886A" w14:textId="77777777" w:rsidR="0021151D" w:rsidRDefault="00000000">
      <w:pPr>
        <w:spacing w:after="20" w:line="480" w:lineRule="auto"/>
        <w:ind w:left="283"/>
      </w:pPr>
      <w:r>
        <w:t xml:space="preserve">   1. Fren diski</w:t>
      </w:r>
    </w:p>
    <w:p w14:paraId="031A2553" w14:textId="77777777" w:rsidR="0021151D" w:rsidRDefault="00000000">
      <w:pPr>
        <w:spacing w:after="20" w:line="480" w:lineRule="auto"/>
        <w:ind w:left="283"/>
      </w:pPr>
      <w:r>
        <w:t xml:space="preserve">   2. Kaliper</w:t>
      </w:r>
    </w:p>
    <w:p w14:paraId="1D169A53" w14:textId="77777777" w:rsidR="0021151D" w:rsidRDefault="00000000">
      <w:pPr>
        <w:spacing w:after="20" w:line="480" w:lineRule="auto"/>
        <w:ind w:left="283"/>
      </w:pPr>
      <w:r>
        <w:t xml:space="preserve">   3. Fren balataları</w:t>
      </w:r>
    </w:p>
    <w:p w14:paraId="072B2C56" w14:textId="77777777" w:rsidR="0021151D" w:rsidRDefault="00000000">
      <w:pPr>
        <w:spacing w:after="20" w:line="480" w:lineRule="auto"/>
        <w:ind w:left="283"/>
      </w:pPr>
      <w:r>
        <w:t xml:space="preserve">   4. Kaliper pistonu</w:t>
      </w:r>
    </w:p>
    <w:p w14:paraId="1E50A2FB" w14:textId="77777777" w:rsidR="0021151D" w:rsidRDefault="00000000">
      <w:pPr>
        <w:spacing w:after="80" w:line="480" w:lineRule="auto"/>
      </w:pPr>
      <w:r>
        <w:rPr>
          <w:b/>
        </w:rPr>
        <w:t>6. Kampanalı fren sisteminin temel parçalarını maddeler hâlinde yazınız.</w:t>
      </w:r>
    </w:p>
    <w:p w14:paraId="16893274" w14:textId="77777777" w:rsidR="0021151D" w:rsidRDefault="00000000">
      <w:pPr>
        <w:spacing w:after="20" w:line="480" w:lineRule="auto"/>
        <w:ind w:left="283"/>
      </w:pPr>
      <w:r>
        <w:t xml:space="preserve">   1. Fren kampanası</w:t>
      </w:r>
    </w:p>
    <w:p w14:paraId="2861599E" w14:textId="77777777" w:rsidR="0021151D" w:rsidRDefault="00000000">
      <w:pPr>
        <w:spacing w:after="20" w:line="480" w:lineRule="auto"/>
        <w:ind w:left="283"/>
      </w:pPr>
      <w:r>
        <w:t xml:space="preserve">   2. Fren pabuçları</w:t>
      </w:r>
    </w:p>
    <w:p w14:paraId="39B7D532" w14:textId="77777777" w:rsidR="0021151D" w:rsidRDefault="00000000">
      <w:pPr>
        <w:spacing w:after="20" w:line="480" w:lineRule="auto"/>
        <w:ind w:left="283"/>
      </w:pPr>
      <w:r>
        <w:t xml:space="preserve">   3. Tekerlek silindiri</w:t>
      </w:r>
    </w:p>
    <w:p w14:paraId="5C7AADFD" w14:textId="77777777" w:rsidR="0021151D" w:rsidRDefault="00000000">
      <w:pPr>
        <w:spacing w:after="20" w:line="480" w:lineRule="auto"/>
        <w:ind w:left="283"/>
      </w:pPr>
      <w:r>
        <w:t xml:space="preserve">   4. Geri getirme yayları</w:t>
      </w:r>
    </w:p>
    <w:p w14:paraId="6971A00B" w14:textId="77777777" w:rsidR="0021151D" w:rsidRDefault="00000000">
      <w:pPr>
        <w:spacing w:after="20" w:line="480" w:lineRule="auto"/>
        <w:ind w:left="283"/>
      </w:pPr>
      <w:r>
        <w:t xml:space="preserve">   5. Ayar mekanizması</w:t>
      </w:r>
    </w:p>
    <w:p w14:paraId="4715BDBB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7. Arka frenlere giden basıncı uygun oranda sınırlandırarak tekerleklerin erken kilitlenmesini azaltmaktır.</w:t>
      </w:r>
    </w:p>
    <w:p w14:paraId="281C92D1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8. Park frenini elektrik motoru ve elektronik kumanda ile devreye almak ve bırakmaktır.</w:t>
      </w:r>
    </w:p>
    <w:p w14:paraId="6B391445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9. Fren mekanizmalarını çalıştırmak için gerekli kuvveti iletmektir.</w:t>
      </w:r>
    </w:p>
    <w:p w14:paraId="07CB8BB0" w14:textId="77777777" w:rsidR="0021151D" w:rsidRPr="007813B1" w:rsidRDefault="00000000" w:rsidP="007813B1">
      <w:pPr>
        <w:spacing w:after="20" w:line="480" w:lineRule="auto"/>
        <w:rPr>
          <w:b/>
          <w:bCs/>
        </w:rPr>
      </w:pPr>
      <w:r w:rsidRPr="007813B1">
        <w:rPr>
          <w:b/>
          <w:bCs/>
        </w:rPr>
        <w:t>10. Frenleme sırasında tekerleklerin kilitlenmesini önlemektir.</w:t>
      </w:r>
    </w:p>
    <w:sectPr w:rsidR="0021151D" w:rsidRPr="007813B1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151D"/>
    <w:rsid w:val="002207C1"/>
    <w:rsid w:val="0029639D"/>
    <w:rsid w:val="002B2B23"/>
    <w:rsid w:val="003216CA"/>
    <w:rsid w:val="00326F90"/>
    <w:rsid w:val="005E2E6A"/>
    <w:rsid w:val="00762E17"/>
    <w:rsid w:val="007813B1"/>
    <w:rsid w:val="00AA1D8D"/>
    <w:rsid w:val="00B47730"/>
    <w:rsid w:val="00B676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4064C3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2026-09-23T14:50:00Z</dcterms:modified>
  <cp:category/>
</cp:coreProperties>
</file>